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4869E" w14:textId="77777777" w:rsidR="0071512F" w:rsidRPr="0071512F" w:rsidRDefault="001B09E9" w:rsidP="001B09E9">
      <w:pPr>
        <w:rPr>
          <w:rFonts w:ascii="TH SarabunPSK" w:hAnsi="TH SarabunPSK" w:cs="TH SarabunPSK"/>
          <w:sz w:val="14"/>
          <w:szCs w:val="14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A7C988C" w14:textId="658C9A33" w:rsidR="00C23C6A" w:rsidRDefault="00FB5DB2" w:rsidP="001B09E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E8E1A8F" wp14:editId="7F7B7037">
                <wp:simplePos x="0" y="0"/>
                <wp:positionH relativeFrom="column">
                  <wp:posOffset>5796793</wp:posOffset>
                </wp:positionH>
                <wp:positionV relativeFrom="paragraph">
                  <wp:posOffset>-469783</wp:posOffset>
                </wp:positionV>
                <wp:extent cx="360726" cy="243280"/>
                <wp:effectExtent l="0" t="0" r="0" b="0"/>
                <wp:wrapNone/>
                <wp:docPr id="518654655" name="สี่เหลี่ยมผืนผ้า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726" cy="243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49391C0" id="สี่เหลี่ยมผืนผ้า 65" o:spid="_x0000_s1026" style="position:absolute;margin-left:456.45pt;margin-top:-37pt;width:28.4pt;height:19.1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" fillcolor="white [3201]" stroked="f" strokeweight="1pt"/>
            </w:pict>
          </mc:Fallback>
        </mc:AlternateContent>
      </w:r>
    </w:p>
    <w:p w14:paraId="63B1255C" w14:textId="1EFE3D26" w:rsidR="001B09E9" w:rsidRPr="00665CDF" w:rsidRDefault="001B09E9" w:rsidP="00936FCC">
      <w:pPr>
        <w:jc w:val="center"/>
        <w:rPr>
          <w:rFonts w:ascii="TH SarabunPSK" w:hAnsi="TH SarabunPSK" w:cs="TH SarabunPSK"/>
          <w:b/>
          <w:bCs/>
          <w:color w:val="000000" w:themeColor="text1"/>
          <w:sz w:val="72"/>
          <w:szCs w:val="72"/>
        </w:rPr>
      </w:pPr>
      <w:r w:rsidRPr="00665CDF">
        <w:rPr>
          <w:rFonts w:ascii="TH SarabunPSK" w:hAnsi="TH SarabunPSK" w:cs="TH SarabunPSK" w:hint="cs"/>
          <w:b/>
          <w:bCs/>
          <w:color w:val="000000" w:themeColor="text1"/>
          <w:sz w:val="72"/>
          <w:szCs w:val="72"/>
          <w:cs/>
        </w:rPr>
        <w:t>แผนเผชิญเหตุความปลอดภัยสถานศึกษา</w:t>
      </w:r>
    </w:p>
    <w:p w14:paraId="1DF32965" w14:textId="68C7A711" w:rsidR="001B09E9" w:rsidRDefault="001B09E9" w:rsidP="00936FCC">
      <w:pPr>
        <w:jc w:val="center"/>
        <w:rPr>
          <w:rFonts w:ascii="TH SarabunPSK" w:hAnsi="TH SarabunPSK" w:cs="TH SarabunPSK"/>
          <w:b/>
          <w:bCs/>
          <w:color w:val="000000" w:themeColor="text1"/>
          <w:sz w:val="72"/>
          <w:szCs w:val="72"/>
          <w:cs/>
        </w:rPr>
      </w:pPr>
      <w:r w:rsidRPr="00665CDF">
        <w:rPr>
          <w:rFonts w:ascii="TH SarabunPSK" w:hAnsi="TH SarabunPSK" w:cs="TH SarabunPSK" w:hint="cs"/>
          <w:b/>
          <w:bCs/>
          <w:color w:val="000000" w:themeColor="text1"/>
          <w:sz w:val="72"/>
          <w:szCs w:val="72"/>
          <w:cs/>
        </w:rPr>
        <w:t xml:space="preserve">ประจำปีการศึกษา </w:t>
      </w:r>
      <w:r w:rsidR="00685726">
        <w:rPr>
          <w:rFonts w:ascii="TH SarabunPSK" w:hAnsi="TH SarabunPSK" w:cs="TH SarabunPSK" w:hint="cs"/>
          <w:b/>
          <w:bCs/>
          <w:color w:val="000000" w:themeColor="text1"/>
          <w:sz w:val="72"/>
          <w:szCs w:val="72"/>
          <w:cs/>
        </w:rPr>
        <w:t>๒๕๖๙</w:t>
      </w:r>
    </w:p>
    <w:p w14:paraId="1487BB8B" w14:textId="77777777" w:rsidR="001B09E9" w:rsidRDefault="001B09E9" w:rsidP="00936FCC">
      <w:pPr>
        <w:jc w:val="center"/>
        <w:rPr>
          <w:rFonts w:ascii="TH SarabunPSK" w:hAnsi="TH SarabunPSK" w:cs="TH SarabunPSK"/>
          <w:b/>
          <w:bCs/>
          <w:color w:val="000000" w:themeColor="text1"/>
          <w:sz w:val="72"/>
          <w:szCs w:val="72"/>
        </w:rPr>
      </w:pPr>
    </w:p>
    <w:p w14:paraId="0EF198B4" w14:textId="77777777" w:rsidR="000217DA" w:rsidRDefault="000217DA" w:rsidP="00936FCC">
      <w:pPr>
        <w:jc w:val="center"/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</w:pPr>
    </w:p>
    <w:p w14:paraId="3E1F9004" w14:textId="77777777" w:rsidR="000217DA" w:rsidRDefault="000217DA" w:rsidP="00936FCC">
      <w:pPr>
        <w:jc w:val="center"/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</w:pPr>
    </w:p>
    <w:p w14:paraId="207BBA78" w14:textId="77777777" w:rsidR="000217DA" w:rsidRDefault="000217DA" w:rsidP="00936FCC">
      <w:pPr>
        <w:jc w:val="center"/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</w:pPr>
    </w:p>
    <w:p w14:paraId="58636EC5" w14:textId="77777777" w:rsidR="000217DA" w:rsidRDefault="000217DA" w:rsidP="00936FCC">
      <w:pPr>
        <w:jc w:val="center"/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</w:pPr>
    </w:p>
    <w:p w14:paraId="21FC9EB2" w14:textId="77777777" w:rsidR="000217DA" w:rsidRDefault="000217DA" w:rsidP="000217DA">
      <w:pPr>
        <w:jc w:val="center"/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</w:pPr>
    </w:p>
    <w:p w14:paraId="25D5AD49" w14:textId="77777777" w:rsidR="000217DA" w:rsidRDefault="000217DA" w:rsidP="000217DA">
      <w:pPr>
        <w:jc w:val="center"/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</w:pPr>
    </w:p>
    <w:p w14:paraId="00D48DA5" w14:textId="77777777" w:rsidR="000217DA" w:rsidRDefault="000217DA" w:rsidP="000217DA">
      <w:pPr>
        <w:jc w:val="center"/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</w:pPr>
    </w:p>
    <w:p w14:paraId="459BA20F" w14:textId="63073262" w:rsidR="000217DA" w:rsidRDefault="000217DA" w:rsidP="000217DA">
      <w:pPr>
        <w:jc w:val="center"/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</w:pPr>
    </w:p>
    <w:p w14:paraId="4C0BC17D" w14:textId="7A0AC641" w:rsidR="003F69BE" w:rsidRDefault="003F69BE" w:rsidP="000217DA">
      <w:pPr>
        <w:jc w:val="center"/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</w:pPr>
    </w:p>
    <w:p w14:paraId="0A64A766" w14:textId="77777777" w:rsidR="003F69BE" w:rsidRDefault="003F69BE" w:rsidP="000217DA">
      <w:pPr>
        <w:jc w:val="center"/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</w:pPr>
    </w:p>
    <w:p w14:paraId="0BC0D994" w14:textId="77777777" w:rsidR="000217DA" w:rsidRDefault="000217DA" w:rsidP="000217DA">
      <w:pPr>
        <w:jc w:val="center"/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</w:pPr>
    </w:p>
    <w:p w14:paraId="74A30689" w14:textId="77777777" w:rsidR="000217DA" w:rsidRDefault="000217DA" w:rsidP="000217DA">
      <w:pPr>
        <w:jc w:val="center"/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</w:pPr>
    </w:p>
    <w:p w14:paraId="4CD0E941" w14:textId="77777777" w:rsidR="000217DA" w:rsidRDefault="000217DA" w:rsidP="000217DA">
      <w:pPr>
        <w:jc w:val="center"/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</w:pPr>
    </w:p>
    <w:p w14:paraId="1B62DB07" w14:textId="43847D8A" w:rsidR="00936FCC" w:rsidRDefault="001B09E9" w:rsidP="000217DA">
      <w:pPr>
        <w:jc w:val="center"/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</w:pPr>
      <w:r w:rsidRPr="00665CDF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</w:rPr>
        <w:t>โรงเรียน</w:t>
      </w:r>
      <w:r w:rsidR="00936FCC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</w:rPr>
        <w:t>บ้านนาสีนวน</w:t>
      </w:r>
    </w:p>
    <w:p w14:paraId="7CEA3F0C" w14:textId="4BF9BA58" w:rsidR="001B09E9" w:rsidRPr="00665CDF" w:rsidRDefault="00AF7A22" w:rsidP="001B09E9">
      <w:pPr>
        <w:jc w:val="center"/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</w:pPr>
      <w:r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  <w:t xml:space="preserve"> </w:t>
      </w:r>
      <w:r w:rsidR="001B09E9" w:rsidRPr="00665CDF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</w:rPr>
        <w:t>สำนักงานเขตพื้นที่การศึกษา</w:t>
      </w:r>
      <w:r w:rsidR="00685726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</w:rPr>
        <w:t>ประถมศึกษามหาสารคาม เขต ๑</w:t>
      </w:r>
    </w:p>
    <w:p w14:paraId="41819D81" w14:textId="2D63603F" w:rsidR="001B09E9" w:rsidRPr="00665CDF" w:rsidRDefault="001B09E9" w:rsidP="001B09E9">
      <w:pPr>
        <w:jc w:val="center"/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</w:pPr>
      <w:r w:rsidRPr="00665CDF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</w:rPr>
        <w:t>สำนักงานคณะกรรมการการศึกษาขั้นพื้นฐาน</w:t>
      </w:r>
    </w:p>
    <w:p w14:paraId="7F92E3A5" w14:textId="3DA4355F" w:rsidR="001B09E9" w:rsidRDefault="001B09E9" w:rsidP="001B09E9">
      <w:pPr>
        <w:jc w:val="center"/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</w:pPr>
      <w:r w:rsidRPr="00665CDF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</w:rPr>
        <w:t>กระทรวงศึกษาธิการ</w:t>
      </w:r>
    </w:p>
    <w:p w14:paraId="66EB1E6C" w14:textId="5FA04511" w:rsidR="00653E41" w:rsidRDefault="0071512F" w:rsidP="001B09E9">
      <w:pPr>
        <w:jc w:val="center"/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</w:pPr>
      <w:r>
        <w:rPr>
          <w:rFonts w:ascii="TH SarabunPSK" w:hAnsi="TH SarabunPSK" w:cs="TH SarabunPSK" w:hint="cs"/>
          <w:b/>
          <w:bCs/>
          <w:noProof/>
          <w:color w:val="000000" w:themeColor="text1"/>
          <w:sz w:val="52"/>
          <w:szCs w:val="52"/>
          <w14:ligatures w14:val="standardContextual"/>
        </w:rPr>
        <w:lastRenderedPageBreak/>
        <w:drawing>
          <wp:anchor distT="0" distB="0" distL="114300" distR="114300" simplePos="0" relativeHeight="251869184" behindDoc="1" locked="0" layoutInCell="1" allowOverlap="1" wp14:anchorId="047A3918" wp14:editId="05B156E9">
            <wp:simplePos x="0" y="0"/>
            <wp:positionH relativeFrom="page">
              <wp:align>left</wp:align>
            </wp:positionH>
            <wp:positionV relativeFrom="paragraph">
              <wp:posOffset>-868756</wp:posOffset>
            </wp:positionV>
            <wp:extent cx="7740650" cy="10094976"/>
            <wp:effectExtent l="0" t="0" r="0" b="1905"/>
            <wp:wrapNone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ปกแผนเผชิญเหตุ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266" cy="1011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3D943B" w14:textId="0CCB1BD9" w:rsidR="00653E41" w:rsidRPr="001B09E9" w:rsidRDefault="00653E41" w:rsidP="001B09E9">
      <w:pPr>
        <w:jc w:val="center"/>
        <w:rPr>
          <w:rFonts w:ascii="TH SarabunPSK" w:hAnsi="TH SarabunPSK" w:cs="TH SarabunPSK"/>
          <w:b/>
          <w:bCs/>
          <w:color w:val="000000" w:themeColor="text1"/>
          <w:sz w:val="52"/>
          <w:szCs w:val="52"/>
          <w:cs/>
        </w:rPr>
        <w:sectPr w:rsidR="00653E41" w:rsidRPr="001B09E9" w:rsidSect="0071512F">
          <w:headerReference w:type="even" r:id="rId9"/>
          <w:headerReference w:type="default" r:id="rId10"/>
          <w:footerReference w:type="even" r:id="rId11"/>
          <w:footerReference w:type="default" r:id="rId12"/>
          <w:pgSz w:w="12240" w:h="15840" w:code="1"/>
          <w:pgMar w:top="720" w:right="720" w:bottom="720" w:left="720" w:header="720" w:footer="720" w:gutter="0"/>
          <w:pgNumType w:fmt="thaiNumbers" w:start="1"/>
          <w:cols w:space="720"/>
          <w:docGrid w:linePitch="360"/>
        </w:sectPr>
      </w:pPr>
    </w:p>
    <w:p w14:paraId="7E0E3B59" w14:textId="7A5E0F44" w:rsidR="00C61103" w:rsidRPr="00CA0318" w:rsidRDefault="005214B0" w:rsidP="00C61103">
      <w:pPr>
        <w:rPr>
          <w:rFonts w:ascii="TH SarabunPSK" w:hAnsi="TH SarabunPSK" w:cs="TH SarabunPSK"/>
          <w:b/>
          <w:bCs/>
          <w:color w:val="A8D08D" w:themeColor="accent6" w:themeTint="99"/>
          <w:sz w:val="96"/>
          <w:szCs w:val="96"/>
        </w:rPr>
      </w:pPr>
      <w:r w:rsidRPr="00CA0318">
        <w:rPr>
          <w:rFonts w:ascii="TH SarabunPSK" w:hAnsi="TH SarabunPSK" w:cs="TH SarabunPSK" w:hint="cs"/>
          <w:b/>
          <w:bCs/>
          <w:color w:val="A8D08D" w:themeColor="accent6" w:themeTint="99"/>
          <w:sz w:val="96"/>
          <w:szCs w:val="96"/>
          <w:cs/>
        </w:rPr>
        <w:lastRenderedPageBreak/>
        <w:t>คำนำ</w:t>
      </w:r>
    </w:p>
    <w:p w14:paraId="14413263" w14:textId="509C8968" w:rsidR="00176743" w:rsidRPr="00AC7BFD" w:rsidRDefault="00176743" w:rsidP="00176743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แผนเผชิญเหตุในสถานศึกษา โรงเรียน</w:t>
      </w:r>
      <w:r w:rsidR="00936F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บ้านนาสีนวน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จัดทำขึ้นเพื่อใช้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เป็นแนวทางในการดูแลนักเรียนให้ได้รับความปลอดภัย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การจัดทำแผนเผชิญเหตุ (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Incident Response Plan)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เป็นการวางแผนป้องกันความเสี่ยง ๓ ช่วงเวลา ได้แก่ 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ก่อนเกิดเหตุ (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Before the incident)  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ระหว่างเกิดเหตุ (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During the incident) 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และหลังเกิดเหตุ (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After the incident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 หากมีภัยเกิดขึ้นจะทำให้การจัดการเป็นไปอย่างต่อเนื่อง มีประสิทธิภาพ และผู้ประสบภัยมีความปลอดภัย โรงเรียน</w:t>
      </w:r>
      <w:r w:rsidR="00936F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ตระหนักและเห็นความสำคัญของการ</w:t>
      </w:r>
      <w:r w:rsidR="00E579D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ตรียมการ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936FC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เพื่อรับมือกับภัยที่อาจเกิดขึ้น จึงจัดทำแผนเผชิญเหตุในสถานศึกษา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โดยอาศัยนโยบายและจุดเน้นจา</w:t>
      </w:r>
      <w:r w:rsidR="00E579D7">
        <w:rPr>
          <w:rFonts w:ascii="TH SarabunPSK" w:hAnsi="TH SarabunPSK" w:cs="TH SarabunPSK"/>
          <w:color w:val="000000" w:themeColor="text1"/>
          <w:sz w:val="32"/>
          <w:szCs w:val="32"/>
        </w:rPr>
        <w:t>d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กระทรวงศึกษาธิการ แนวทางปฏิบัติและ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มาตรการโรงเรียนปลอดภัยสำนักงานคณะกรรมการการศึกษาขั้นพื้นฐาน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และสภาพบริบทของโรงเรียนในการจัดทำแผนเผชิญเหตุในสถานศึกษา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เพื่อสร้างความมั่นใจและความเชื่อมั่นให้กับนักเรียน ผู้ปกครอง และบุคลากรทางการศึกษา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ขอขอบพระคุณ คณะผู้บริหาร คณะครู บุคลากรทางการศึกษา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นักเรียน ผู้ปกครอง ชุมชน และผู้ที่มีส่วนเกี่ยวข้องที่ทำให้การจัดทำแผนเผชิญเหตุความปลอดภัยในสถานศึกษาและให้ความร่วมมือในการดำเนินงานดูแล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ช่วยเหลือนักเรียน ของโรงเรียน</w:t>
      </w:r>
      <w:r w:rsidR="00936F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สำเร็จลุล่วงไปได้ด้วยดี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</w:p>
    <w:p w14:paraId="2436CE0B" w14:textId="77777777" w:rsidR="00176743" w:rsidRPr="00AC7BFD" w:rsidRDefault="00176743" w:rsidP="00176743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58B39CF" w14:textId="77777777" w:rsidR="00176743" w:rsidRPr="00AC7BFD" w:rsidRDefault="00176743" w:rsidP="00176743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935B4C9" w14:textId="77777777" w:rsidR="00176743" w:rsidRPr="00AC7BFD" w:rsidRDefault="00176743" w:rsidP="00176743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C653CCB" w14:textId="77777777" w:rsidR="00176743" w:rsidRPr="00AC7BFD" w:rsidRDefault="00176743" w:rsidP="00176743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2D9ECF3" w14:textId="42AFD82A" w:rsidR="005214B0" w:rsidRDefault="00936FCC" w:rsidP="00176743">
      <w:pPr>
        <w:ind w:left="64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="000217D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76743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บ้านนาสีนวน</w:t>
      </w:r>
    </w:p>
    <w:p w14:paraId="20A5D0D4" w14:textId="1D1956E0" w:rsidR="001F7EEE" w:rsidRPr="00AC7BFD" w:rsidRDefault="00936FCC" w:rsidP="00176743">
      <w:pPr>
        <w:ind w:left="648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="0068572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๑๑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F7EE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กรกฎาคม </w:t>
      </w:r>
      <w:r w:rsidR="001F7EE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8572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๒๕๖๙</w:t>
      </w:r>
    </w:p>
    <w:p w14:paraId="736D0BD9" w14:textId="5B65F606" w:rsidR="00F90FA2" w:rsidRDefault="00F90FA2" w:rsidP="000F0805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sectPr w:rsidR="00F90FA2" w:rsidSect="00C02E86">
          <w:headerReference w:type="even" r:id="rId13"/>
          <w:headerReference w:type="default" r:id="rId14"/>
          <w:headerReference w:type="first" r:id="rId15"/>
          <w:pgSz w:w="12240" w:h="15840"/>
          <w:pgMar w:top="1440" w:right="1325" w:bottom="993" w:left="1440" w:header="720" w:footer="720" w:gutter="0"/>
          <w:pgNumType w:fmt="thaiNumbers" w:start="1"/>
          <w:cols w:space="720"/>
          <w:docGrid w:linePitch="360"/>
        </w:sectPr>
      </w:pPr>
    </w:p>
    <w:p w14:paraId="4E7BA9F8" w14:textId="2B92BB79" w:rsidR="003D3540" w:rsidRPr="00CA0318" w:rsidRDefault="00176743" w:rsidP="00C61103">
      <w:pPr>
        <w:rPr>
          <w:rFonts w:ascii="TH SarabunPSK" w:hAnsi="TH SarabunPSK" w:cs="TH SarabunPSK"/>
          <w:b/>
          <w:bCs/>
          <w:color w:val="A8D08D" w:themeColor="accent6" w:themeTint="99"/>
          <w:sz w:val="96"/>
          <w:szCs w:val="96"/>
        </w:rPr>
      </w:pPr>
      <w:r w:rsidRPr="00CA0318">
        <w:rPr>
          <w:rFonts w:ascii="TH SarabunPSK" w:hAnsi="TH SarabunPSK" w:cs="TH SarabunPSK" w:hint="cs"/>
          <w:b/>
          <w:bCs/>
          <w:color w:val="A8D08D" w:themeColor="accent6" w:themeTint="99"/>
          <w:sz w:val="96"/>
          <w:szCs w:val="96"/>
          <w:cs/>
        </w:rPr>
        <w:lastRenderedPageBreak/>
        <w:t>สารบัญ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13"/>
        <w:gridCol w:w="654"/>
      </w:tblGrid>
      <w:tr w:rsidR="00F90FA2" w:rsidRPr="003D3540" w14:paraId="09A56D15" w14:textId="77777777" w:rsidTr="001C0C44">
        <w:trPr>
          <w:tblHeader/>
        </w:trPr>
        <w:tc>
          <w:tcPr>
            <w:tcW w:w="8413" w:type="dxa"/>
          </w:tcPr>
          <w:p w14:paraId="213F5ED1" w14:textId="77777777" w:rsidR="00F90FA2" w:rsidRPr="003D3540" w:rsidRDefault="00F90FA2" w:rsidP="00936FC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D354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เรื่อง</w:t>
            </w:r>
            <w:r w:rsidRPr="003D354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654" w:type="dxa"/>
          </w:tcPr>
          <w:p w14:paraId="1725366B" w14:textId="77777777" w:rsidR="00F90FA2" w:rsidRPr="003D3540" w:rsidRDefault="00F90FA2" w:rsidP="00936FCC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D354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หน้า</w:t>
            </w:r>
            <w:r w:rsidRPr="003D354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</w:tr>
      <w:tr w:rsidR="00C61103" w:rsidRPr="003D3540" w14:paraId="4DD7E1D8" w14:textId="77777777" w:rsidTr="001C0C44">
        <w:tc>
          <w:tcPr>
            <w:tcW w:w="8413" w:type="dxa"/>
            <w:shd w:val="clear" w:color="auto" w:fill="C5E0B3" w:themeFill="accent6" w:themeFillTint="66"/>
          </w:tcPr>
          <w:p w14:paraId="74D0E3B9" w14:textId="1003F177" w:rsidR="00C61103" w:rsidRPr="003D3540" w:rsidRDefault="00C61103" w:rsidP="00936FC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คำนำ</w:t>
            </w:r>
          </w:p>
        </w:tc>
        <w:tc>
          <w:tcPr>
            <w:tcW w:w="654" w:type="dxa"/>
            <w:shd w:val="clear" w:color="auto" w:fill="E2EFD9" w:themeFill="accent6" w:themeFillTint="33"/>
          </w:tcPr>
          <w:p w14:paraId="0CBD1B95" w14:textId="1449CFFC" w:rsidR="00C61103" w:rsidRPr="00C61103" w:rsidRDefault="00C61103" w:rsidP="00C6110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6110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</w:t>
            </w:r>
          </w:p>
        </w:tc>
      </w:tr>
      <w:tr w:rsidR="00C61103" w:rsidRPr="003D3540" w14:paraId="79DAB029" w14:textId="77777777" w:rsidTr="001C0C44">
        <w:tc>
          <w:tcPr>
            <w:tcW w:w="8413" w:type="dxa"/>
            <w:shd w:val="clear" w:color="auto" w:fill="C5E0B3" w:themeFill="accent6" w:themeFillTint="66"/>
          </w:tcPr>
          <w:p w14:paraId="0E648712" w14:textId="658121A2" w:rsidR="00C61103" w:rsidRPr="003D3540" w:rsidRDefault="00C61103" w:rsidP="00936FC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สารบัญ</w:t>
            </w:r>
          </w:p>
        </w:tc>
        <w:tc>
          <w:tcPr>
            <w:tcW w:w="654" w:type="dxa"/>
            <w:shd w:val="clear" w:color="auto" w:fill="E2EFD9" w:themeFill="accent6" w:themeFillTint="33"/>
          </w:tcPr>
          <w:p w14:paraId="419E882B" w14:textId="6EBCAEAA" w:rsidR="00C61103" w:rsidRPr="00C61103" w:rsidRDefault="00C61103" w:rsidP="00C6110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6110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</w:t>
            </w:r>
          </w:p>
        </w:tc>
      </w:tr>
      <w:tr w:rsidR="00F90FA2" w:rsidRPr="003D3540" w14:paraId="10DEDA09" w14:textId="77777777" w:rsidTr="001C0C44">
        <w:tc>
          <w:tcPr>
            <w:tcW w:w="8413" w:type="dxa"/>
          </w:tcPr>
          <w:p w14:paraId="2A5679AD" w14:textId="685EFF35" w:rsidR="00F90FA2" w:rsidRPr="003D3540" w:rsidRDefault="00C61103" w:rsidP="00936FC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   </w:t>
            </w:r>
            <w:r w:rsidR="00F90FA2" w:rsidRPr="003D354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ที่มาและความสำคัญ</w:t>
            </w:r>
            <w:r w:rsidR="00F90FA2" w:rsidRPr="003D354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654" w:type="dxa"/>
          </w:tcPr>
          <w:p w14:paraId="52869A6B" w14:textId="77777777" w:rsidR="00F90FA2" w:rsidRPr="003D3540" w:rsidRDefault="00F90FA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๑</w:t>
            </w:r>
          </w:p>
        </w:tc>
      </w:tr>
      <w:tr w:rsidR="00F90FA2" w:rsidRPr="003D3540" w14:paraId="04E1D18E" w14:textId="77777777" w:rsidTr="001C0C44">
        <w:tc>
          <w:tcPr>
            <w:tcW w:w="8413" w:type="dxa"/>
          </w:tcPr>
          <w:p w14:paraId="505F329B" w14:textId="6B4A58DC" w:rsidR="00F90FA2" w:rsidRPr="003D3540" w:rsidRDefault="00C61103" w:rsidP="00936FC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   </w:t>
            </w:r>
            <w:r w:rsidR="00F90FA2" w:rsidRPr="003D354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วัตถุประสงค์</w:t>
            </w:r>
            <w:r w:rsidR="00F90FA2" w:rsidRPr="003D354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654" w:type="dxa"/>
          </w:tcPr>
          <w:p w14:paraId="6F254C02" w14:textId="77777777" w:rsidR="00F90FA2" w:rsidRPr="003D3540" w:rsidRDefault="00F90FA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๑</w:t>
            </w:r>
          </w:p>
        </w:tc>
      </w:tr>
      <w:tr w:rsidR="00F90FA2" w:rsidRPr="003D3540" w14:paraId="79FF62DF" w14:textId="77777777" w:rsidTr="001C0C44">
        <w:tc>
          <w:tcPr>
            <w:tcW w:w="8413" w:type="dxa"/>
          </w:tcPr>
          <w:p w14:paraId="6630EC8E" w14:textId="02530C9D" w:rsidR="00F90FA2" w:rsidRPr="003D3540" w:rsidRDefault="00C61103" w:rsidP="00936FC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="001F7EE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ส่วนที่ ๑ </w:t>
            </w:r>
            <w:r w:rsidR="00F90FA2" w:rsidRPr="003D354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ข้อมูลพื้นฐานของสถานศึกษา</w:t>
            </w:r>
            <w:r w:rsidR="00F90FA2" w:rsidRPr="003D354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654" w:type="dxa"/>
          </w:tcPr>
          <w:p w14:paraId="7DEFF7B9" w14:textId="77777777" w:rsidR="00F90FA2" w:rsidRPr="003D3540" w:rsidRDefault="00F90FA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๒</w:t>
            </w:r>
          </w:p>
        </w:tc>
      </w:tr>
      <w:tr w:rsidR="00BF39E5" w:rsidRPr="003D3540" w14:paraId="32013B0C" w14:textId="77777777" w:rsidTr="001C0C44">
        <w:tc>
          <w:tcPr>
            <w:tcW w:w="8413" w:type="dxa"/>
          </w:tcPr>
          <w:p w14:paraId="15A637B8" w14:textId="0BEEAA56" w:rsidR="00BF39E5" w:rsidRPr="003B3076" w:rsidRDefault="00BF39E5" w:rsidP="00936FC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3B307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ส่วนที่ ๒ การประเมินความเสี่ยงในสถานศึกษา</w:t>
            </w:r>
          </w:p>
        </w:tc>
        <w:tc>
          <w:tcPr>
            <w:tcW w:w="654" w:type="dxa"/>
          </w:tcPr>
          <w:p w14:paraId="24B43FD3" w14:textId="69095037" w:rsidR="00BF39E5" w:rsidRDefault="003B3076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๖</w:t>
            </w:r>
          </w:p>
        </w:tc>
      </w:tr>
      <w:tr w:rsidR="00F90FA2" w:rsidRPr="003D3540" w14:paraId="142F83F8" w14:textId="77777777" w:rsidTr="001C0C44">
        <w:tc>
          <w:tcPr>
            <w:tcW w:w="8413" w:type="dxa"/>
          </w:tcPr>
          <w:p w14:paraId="55811027" w14:textId="0A7838EF" w:rsidR="00F90FA2" w:rsidRPr="003D3540" w:rsidRDefault="00C61103" w:rsidP="00936FC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Style w:val="ad"/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Style w:val="ad"/>
                <w:rFonts w:hint="cs"/>
                <w:cs/>
              </w:rPr>
              <w:t xml:space="preserve">     </w:t>
            </w:r>
            <w:r w:rsidRPr="00C61103">
              <w:rPr>
                <w:rStyle w:val="ad"/>
                <w:rFonts w:ascii="TH SarabunPSK" w:hAnsi="TH SarabunPSK" w:cs="TH SarabunPSK" w:hint="cs"/>
                <w:sz w:val="32"/>
                <w:szCs w:val="32"/>
                <w:cs/>
              </w:rPr>
              <w:t xml:space="preserve">ส่วนที่ </w:t>
            </w:r>
            <w:r w:rsidR="00BF39E5">
              <w:rPr>
                <w:rStyle w:val="ad"/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>
              <w:rPr>
                <w:rStyle w:val="ad"/>
                <w:rFonts w:hint="cs"/>
                <w:cs/>
              </w:rPr>
              <w:t xml:space="preserve"> </w:t>
            </w:r>
            <w:r w:rsidR="00F90FA2" w:rsidRPr="003D3540">
              <w:rPr>
                <w:rStyle w:val="ad"/>
                <w:rFonts w:ascii="TH SarabunPSK" w:hAnsi="TH SarabunPSK" w:cs="TH SarabunPSK" w:hint="cs"/>
                <w:sz w:val="32"/>
                <w:szCs w:val="32"/>
                <w:cs/>
              </w:rPr>
              <w:t>แผนเผชิญเหตุในการป้องกันและจัดการความเสี่ยง</w:t>
            </w:r>
          </w:p>
        </w:tc>
        <w:tc>
          <w:tcPr>
            <w:tcW w:w="654" w:type="dxa"/>
          </w:tcPr>
          <w:p w14:paraId="53558DD8" w14:textId="4B6B7B1D" w:rsidR="00F90FA2" w:rsidRPr="003D354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๘</w:t>
            </w:r>
          </w:p>
        </w:tc>
      </w:tr>
      <w:tr w:rsidR="00F90FA2" w:rsidRPr="003D3540" w14:paraId="18F72CC9" w14:textId="77777777" w:rsidTr="001C0C44">
        <w:tc>
          <w:tcPr>
            <w:tcW w:w="8413" w:type="dxa"/>
            <w:shd w:val="clear" w:color="auto" w:fill="C5E0B3" w:themeFill="accent6" w:themeFillTint="66"/>
          </w:tcPr>
          <w:p w14:paraId="7DE6752A" w14:textId="7F945014" w:rsidR="00F90FA2" w:rsidRPr="003D3540" w:rsidRDefault="00C61103" w:rsidP="00936FC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Style w:val="ad"/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Style w:val="ad"/>
                <w:rFonts w:hint="cs"/>
                <w:cs/>
              </w:rPr>
              <w:t xml:space="preserve">        </w:t>
            </w:r>
            <w:r w:rsidR="00F90FA2" w:rsidRPr="003D3540">
              <w:rPr>
                <w:rStyle w:val="ad"/>
                <w:rFonts w:ascii="TH SarabunPSK" w:hAnsi="TH SarabunPSK" w:cs="TH SarabunPSK" w:hint="cs"/>
                <w:sz w:val="32"/>
                <w:szCs w:val="32"/>
                <w:cs/>
              </w:rPr>
              <w:t>ภัยที่เกิดจากการใช้ความรุนแรงของมนุษย์</w:t>
            </w:r>
          </w:p>
        </w:tc>
        <w:tc>
          <w:tcPr>
            <w:tcW w:w="654" w:type="dxa"/>
            <w:shd w:val="clear" w:color="auto" w:fill="C5E0B3" w:themeFill="accent6" w:themeFillTint="66"/>
          </w:tcPr>
          <w:p w14:paraId="0D29D5AE" w14:textId="51C39D9C" w:rsidR="00F90FA2" w:rsidRPr="003D354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๑๐</w:t>
            </w:r>
          </w:p>
        </w:tc>
      </w:tr>
      <w:tr w:rsidR="00F90FA2" w:rsidRPr="003D3540" w14:paraId="4057CFD3" w14:textId="77777777" w:rsidTr="001C0C44">
        <w:tc>
          <w:tcPr>
            <w:tcW w:w="8413" w:type="dxa"/>
          </w:tcPr>
          <w:p w14:paraId="5D7DD3D0" w14:textId="7FC7FA2F" w:rsidR="00F90FA2" w:rsidRPr="003D3540" w:rsidRDefault="00C61103" w:rsidP="00936FC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="00F90FA2" w:rsidRPr="003D354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การล่วงละเมิดทางเพศ</w:t>
            </w:r>
          </w:p>
        </w:tc>
        <w:tc>
          <w:tcPr>
            <w:tcW w:w="654" w:type="dxa"/>
          </w:tcPr>
          <w:p w14:paraId="3F33C6A0" w14:textId="0B99BA56" w:rsidR="00F90FA2" w:rsidRPr="003D354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๑๐</w:t>
            </w:r>
          </w:p>
        </w:tc>
      </w:tr>
      <w:tr w:rsidR="00F90FA2" w:rsidRPr="003D3540" w14:paraId="7C27F2EF" w14:textId="77777777" w:rsidTr="001C0C44">
        <w:trPr>
          <w:trHeight w:val="223"/>
        </w:trPr>
        <w:tc>
          <w:tcPr>
            <w:tcW w:w="8413" w:type="dxa"/>
          </w:tcPr>
          <w:p w14:paraId="03CCBA7B" w14:textId="3579BB82" w:rsidR="00F90FA2" w:rsidRPr="003D3540" w:rsidRDefault="00C61103" w:rsidP="00936FC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="00F90FA2" w:rsidRPr="003D354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การทะเลาะวิวาท</w:t>
            </w:r>
          </w:p>
        </w:tc>
        <w:tc>
          <w:tcPr>
            <w:tcW w:w="654" w:type="dxa"/>
          </w:tcPr>
          <w:p w14:paraId="601AB894" w14:textId="7BD001D6" w:rsidR="00F90FA2" w:rsidRPr="003D354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๑๑</w:t>
            </w:r>
          </w:p>
        </w:tc>
      </w:tr>
      <w:tr w:rsidR="00F90FA2" w:rsidRPr="003D3540" w14:paraId="4D4F85F1" w14:textId="77777777" w:rsidTr="001C0C44">
        <w:trPr>
          <w:trHeight w:val="223"/>
        </w:trPr>
        <w:tc>
          <w:tcPr>
            <w:tcW w:w="8413" w:type="dxa"/>
          </w:tcPr>
          <w:p w14:paraId="239FAD9E" w14:textId="7F3AD18A" w:rsidR="00F90FA2" w:rsidRPr="003D3540" w:rsidRDefault="00C61103" w:rsidP="00936FC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="00F90FA2" w:rsidRPr="003D354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การกลั่นแกล้ง/รังแก</w:t>
            </w:r>
          </w:p>
        </w:tc>
        <w:tc>
          <w:tcPr>
            <w:tcW w:w="654" w:type="dxa"/>
          </w:tcPr>
          <w:p w14:paraId="3FD4445D" w14:textId="7FC4DCEF" w:rsidR="00F90FA2" w:rsidRPr="003D3540" w:rsidRDefault="00F90FA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๑</w:t>
            </w:r>
            <w:r w:rsidR="00C40F5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๓</w:t>
            </w:r>
          </w:p>
        </w:tc>
      </w:tr>
      <w:tr w:rsidR="00F90FA2" w:rsidRPr="003D3540" w14:paraId="6BD6763B" w14:textId="77777777" w:rsidTr="001C0C44">
        <w:trPr>
          <w:trHeight w:val="244"/>
        </w:trPr>
        <w:tc>
          <w:tcPr>
            <w:tcW w:w="8413" w:type="dxa"/>
          </w:tcPr>
          <w:p w14:paraId="7ED24670" w14:textId="64E41AE7" w:rsidR="00F90FA2" w:rsidRPr="003D3540" w:rsidRDefault="00C61103" w:rsidP="00936FC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="00F90FA2" w:rsidRPr="003D354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การชุมนุมประท้วงและการจลาจล</w:t>
            </w:r>
          </w:p>
        </w:tc>
        <w:tc>
          <w:tcPr>
            <w:tcW w:w="654" w:type="dxa"/>
          </w:tcPr>
          <w:p w14:paraId="63E5395C" w14:textId="76D2954B" w:rsidR="00F90FA2" w:rsidRPr="003D354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๑๔</w:t>
            </w:r>
          </w:p>
        </w:tc>
      </w:tr>
      <w:tr w:rsidR="00F90FA2" w:rsidRPr="003D3540" w14:paraId="70CD5DC1" w14:textId="77777777" w:rsidTr="001C0C44">
        <w:trPr>
          <w:trHeight w:val="203"/>
        </w:trPr>
        <w:tc>
          <w:tcPr>
            <w:tcW w:w="8413" w:type="dxa"/>
          </w:tcPr>
          <w:p w14:paraId="1D82A049" w14:textId="090A348A" w:rsidR="00F90FA2" w:rsidRPr="003D3540" w:rsidRDefault="00C61103" w:rsidP="00936FC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="00F90FA2" w:rsidRPr="003D354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การก่อวินาศกรรม</w:t>
            </w:r>
          </w:p>
        </w:tc>
        <w:tc>
          <w:tcPr>
            <w:tcW w:w="654" w:type="dxa"/>
          </w:tcPr>
          <w:p w14:paraId="374BC4E5" w14:textId="249044B8" w:rsidR="00F90FA2" w:rsidRPr="003D354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๑๕</w:t>
            </w:r>
          </w:p>
        </w:tc>
      </w:tr>
      <w:tr w:rsidR="00F90FA2" w:rsidRPr="003D3540" w14:paraId="77F7E32D" w14:textId="77777777" w:rsidTr="001C0C44">
        <w:trPr>
          <w:trHeight w:val="244"/>
        </w:trPr>
        <w:tc>
          <w:tcPr>
            <w:tcW w:w="8413" w:type="dxa"/>
          </w:tcPr>
          <w:p w14:paraId="1192A9C8" w14:textId="0B04E11A" w:rsidR="00F90FA2" w:rsidRPr="003D3540" w:rsidRDefault="00C61103" w:rsidP="00936FC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="00F90FA2" w:rsidRPr="003D354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การระเบิด</w:t>
            </w:r>
          </w:p>
        </w:tc>
        <w:tc>
          <w:tcPr>
            <w:tcW w:w="654" w:type="dxa"/>
          </w:tcPr>
          <w:p w14:paraId="42880A17" w14:textId="0773EF7B" w:rsidR="00F90FA2" w:rsidRPr="003D354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๑๗</w:t>
            </w:r>
          </w:p>
        </w:tc>
      </w:tr>
      <w:tr w:rsidR="00F90FA2" w:rsidRPr="003D3540" w14:paraId="2682C4B8" w14:textId="77777777" w:rsidTr="001C0C44">
        <w:trPr>
          <w:trHeight w:val="176"/>
        </w:trPr>
        <w:tc>
          <w:tcPr>
            <w:tcW w:w="8413" w:type="dxa"/>
          </w:tcPr>
          <w:p w14:paraId="7BD338D8" w14:textId="34D16BA6" w:rsidR="00F90FA2" w:rsidRPr="003D3540" w:rsidRDefault="00C61103" w:rsidP="00936FC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="00F90FA2" w:rsidRPr="003D3540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สารเคมีและวัตถุอันตราย</w:t>
            </w:r>
          </w:p>
        </w:tc>
        <w:tc>
          <w:tcPr>
            <w:tcW w:w="654" w:type="dxa"/>
          </w:tcPr>
          <w:p w14:paraId="7138AE47" w14:textId="2B31B829" w:rsidR="00F90FA2" w:rsidRPr="003D354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๑๘</w:t>
            </w:r>
          </w:p>
        </w:tc>
      </w:tr>
      <w:tr w:rsidR="00F90FA2" w:rsidRPr="003D3540" w14:paraId="37D525E4" w14:textId="77777777" w:rsidTr="001C0C44">
        <w:trPr>
          <w:trHeight w:val="264"/>
        </w:trPr>
        <w:tc>
          <w:tcPr>
            <w:tcW w:w="8413" w:type="dxa"/>
          </w:tcPr>
          <w:p w14:paraId="01C1821E" w14:textId="7E6D1B10" w:rsidR="00F90FA2" w:rsidRPr="003D3540" w:rsidRDefault="00C61103" w:rsidP="00936FC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="00F90FA2" w:rsidRPr="003D354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การลักพาตัว</w:t>
            </w:r>
          </w:p>
        </w:tc>
        <w:tc>
          <w:tcPr>
            <w:tcW w:w="654" w:type="dxa"/>
          </w:tcPr>
          <w:p w14:paraId="77A96002" w14:textId="12051B0A" w:rsidR="00F90FA2" w:rsidRPr="003D354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๒๐</w:t>
            </w:r>
          </w:p>
        </w:tc>
      </w:tr>
      <w:tr w:rsidR="00F90FA2" w:rsidRPr="003D3540" w14:paraId="310695A0" w14:textId="77777777" w:rsidTr="001C0C44">
        <w:trPr>
          <w:trHeight w:val="298"/>
        </w:trPr>
        <w:tc>
          <w:tcPr>
            <w:tcW w:w="8413" w:type="dxa"/>
          </w:tcPr>
          <w:p w14:paraId="071B5B4C" w14:textId="52A204A9" w:rsidR="00F90FA2" w:rsidRPr="003D3540" w:rsidRDefault="00C61103" w:rsidP="00936FC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="00F90FA2" w:rsidRPr="003D354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การกราดยิง</w:t>
            </w:r>
          </w:p>
        </w:tc>
        <w:tc>
          <w:tcPr>
            <w:tcW w:w="654" w:type="dxa"/>
          </w:tcPr>
          <w:p w14:paraId="3F8A2051" w14:textId="0872ACC0" w:rsidR="00F90FA2" w:rsidRPr="003D3540" w:rsidRDefault="00F90FA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๒</w:t>
            </w:r>
            <w:r w:rsidR="00C40F5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๑</w:t>
            </w:r>
          </w:p>
        </w:tc>
      </w:tr>
      <w:tr w:rsidR="004F35C0" w:rsidRPr="003D3540" w14:paraId="3D36558B" w14:textId="77777777" w:rsidTr="001C0C44">
        <w:trPr>
          <w:trHeight w:val="117"/>
        </w:trPr>
        <w:tc>
          <w:tcPr>
            <w:tcW w:w="8413" w:type="dxa"/>
          </w:tcPr>
          <w:p w14:paraId="4A057009" w14:textId="15779CAB" w:rsidR="004F35C0" w:rsidRPr="003D3540" w:rsidRDefault="00C61103" w:rsidP="00936F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="004F35C0">
              <w:rPr>
                <w:rFonts w:ascii="TH SarabunPSK" w:hAnsi="TH SarabunPSK" w:cs="TH SarabunPSK" w:hint="cs"/>
                <w:sz w:val="32"/>
                <w:szCs w:val="32"/>
                <w:cs/>
              </w:rPr>
              <w:t>ยาเสตติด</w:t>
            </w:r>
          </w:p>
        </w:tc>
        <w:tc>
          <w:tcPr>
            <w:tcW w:w="654" w:type="dxa"/>
          </w:tcPr>
          <w:p w14:paraId="4DA7E62E" w14:textId="41802A1E" w:rsidR="004F35C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๒๒</w:t>
            </w:r>
          </w:p>
        </w:tc>
      </w:tr>
      <w:tr w:rsidR="00F90FA2" w:rsidRPr="003D3540" w14:paraId="74CF793E" w14:textId="77777777" w:rsidTr="001C0C44">
        <w:trPr>
          <w:trHeight w:val="196"/>
        </w:trPr>
        <w:tc>
          <w:tcPr>
            <w:tcW w:w="8413" w:type="dxa"/>
            <w:shd w:val="clear" w:color="auto" w:fill="C5E0B3" w:themeFill="accent6" w:themeFillTint="66"/>
          </w:tcPr>
          <w:p w14:paraId="64A6D890" w14:textId="43473407" w:rsidR="00F90FA2" w:rsidRPr="003D3540" w:rsidRDefault="00C61103" w:rsidP="00936FC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Style w:val="ad"/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Style w:val="ad"/>
                <w:rFonts w:hint="cs"/>
                <w:cs/>
              </w:rPr>
              <w:t xml:space="preserve">        </w:t>
            </w:r>
            <w:r w:rsidR="00F90FA2" w:rsidRPr="003D3540">
              <w:rPr>
                <w:rStyle w:val="ad"/>
                <w:rFonts w:ascii="TH SarabunPSK" w:hAnsi="TH SarabunPSK" w:cs="TH SarabunPSK" w:hint="cs"/>
                <w:sz w:val="32"/>
                <w:szCs w:val="32"/>
                <w:cs/>
              </w:rPr>
              <w:t>ภัยที่เกิดจากอุบัติเหตุ</w:t>
            </w:r>
          </w:p>
        </w:tc>
        <w:tc>
          <w:tcPr>
            <w:tcW w:w="654" w:type="dxa"/>
            <w:shd w:val="clear" w:color="auto" w:fill="C5E0B3" w:themeFill="accent6" w:themeFillTint="66"/>
          </w:tcPr>
          <w:p w14:paraId="6FCF0A6A" w14:textId="3C9524DC" w:rsidR="00F90FA2" w:rsidRPr="003D354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๒๕</w:t>
            </w:r>
          </w:p>
        </w:tc>
      </w:tr>
      <w:tr w:rsidR="00F90FA2" w:rsidRPr="003D3540" w14:paraId="0BDEC7C9" w14:textId="77777777" w:rsidTr="001C0C44">
        <w:trPr>
          <w:trHeight w:val="268"/>
        </w:trPr>
        <w:tc>
          <w:tcPr>
            <w:tcW w:w="8413" w:type="dxa"/>
          </w:tcPr>
          <w:p w14:paraId="566B3FBA" w14:textId="7F26153C" w:rsidR="00F90FA2" w:rsidRPr="003D3540" w:rsidRDefault="00C61103" w:rsidP="00936FC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F90FA2" w:rsidRPr="003D3540">
              <w:rPr>
                <w:rFonts w:ascii="TH SarabunPSK" w:hAnsi="TH SarabunPSK" w:cs="TH SarabunPSK" w:hint="cs"/>
                <w:sz w:val="32"/>
                <w:szCs w:val="32"/>
                <w:cs/>
              </w:rPr>
              <w:t>ภัยธรรมชาติ</w:t>
            </w:r>
          </w:p>
        </w:tc>
        <w:tc>
          <w:tcPr>
            <w:tcW w:w="654" w:type="dxa"/>
          </w:tcPr>
          <w:p w14:paraId="6B789451" w14:textId="4E974E92" w:rsidR="00F90FA2" w:rsidRPr="003D354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๒๕</w:t>
            </w:r>
          </w:p>
        </w:tc>
      </w:tr>
      <w:tr w:rsidR="003C3E7B" w:rsidRPr="003D3540" w14:paraId="56A68FAC" w14:textId="77777777" w:rsidTr="001C0C44">
        <w:trPr>
          <w:trHeight w:val="144"/>
        </w:trPr>
        <w:tc>
          <w:tcPr>
            <w:tcW w:w="8413" w:type="dxa"/>
          </w:tcPr>
          <w:p w14:paraId="1E010384" w14:textId="673B9F27" w:rsidR="003C3E7B" w:rsidRPr="003D3540" w:rsidRDefault="00C61103" w:rsidP="00936F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3C3E7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ภัยฝุ่น </w:t>
            </w:r>
            <w:r w:rsidR="003C3E7B">
              <w:rPr>
                <w:rFonts w:ascii="TH SarabunPSK" w:hAnsi="TH SarabunPSK" w:cs="TH SarabunPSK"/>
                <w:sz w:val="32"/>
                <w:szCs w:val="32"/>
              </w:rPr>
              <w:t>PM2.5</w:t>
            </w:r>
          </w:p>
        </w:tc>
        <w:tc>
          <w:tcPr>
            <w:tcW w:w="654" w:type="dxa"/>
          </w:tcPr>
          <w:p w14:paraId="27F0A995" w14:textId="7252EE7C" w:rsidR="003C3E7B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๒๖</w:t>
            </w:r>
          </w:p>
        </w:tc>
      </w:tr>
      <w:tr w:rsidR="00F90FA2" w:rsidRPr="003D3540" w14:paraId="0F0C3781" w14:textId="77777777" w:rsidTr="001C0C44">
        <w:trPr>
          <w:trHeight w:val="196"/>
        </w:trPr>
        <w:tc>
          <w:tcPr>
            <w:tcW w:w="8413" w:type="dxa"/>
          </w:tcPr>
          <w:p w14:paraId="7CA33445" w14:textId="5570CE37" w:rsidR="00F90FA2" w:rsidRPr="003D3540" w:rsidRDefault="00C61103" w:rsidP="00936FC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F90FA2" w:rsidRPr="003D3540">
              <w:rPr>
                <w:rFonts w:ascii="TH SarabunPSK" w:hAnsi="TH SarabunPSK" w:cs="TH SarabunPSK" w:hint="cs"/>
                <w:sz w:val="32"/>
                <w:szCs w:val="32"/>
                <w:cs/>
              </w:rPr>
              <w:t>ภัยจากอาคารและการก่อสร้าง</w:t>
            </w:r>
          </w:p>
        </w:tc>
        <w:tc>
          <w:tcPr>
            <w:tcW w:w="654" w:type="dxa"/>
          </w:tcPr>
          <w:p w14:paraId="1C193B7F" w14:textId="2612ED02" w:rsidR="00F90FA2" w:rsidRPr="003D354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๒๘</w:t>
            </w:r>
          </w:p>
        </w:tc>
      </w:tr>
      <w:tr w:rsidR="00F90FA2" w:rsidRPr="003D3540" w14:paraId="55619B8B" w14:textId="77777777" w:rsidTr="001C0C44">
        <w:trPr>
          <w:trHeight w:val="234"/>
        </w:trPr>
        <w:tc>
          <w:tcPr>
            <w:tcW w:w="8413" w:type="dxa"/>
          </w:tcPr>
          <w:p w14:paraId="62BA0476" w14:textId="7A97D624" w:rsidR="00F90FA2" w:rsidRPr="003D3540" w:rsidRDefault="00C61103" w:rsidP="00936FC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F90FA2" w:rsidRPr="003D3540">
              <w:rPr>
                <w:rFonts w:ascii="TH SarabunPSK" w:hAnsi="TH SarabunPSK" w:cs="TH SarabunPSK" w:hint="cs"/>
                <w:sz w:val="32"/>
                <w:szCs w:val="32"/>
                <w:cs/>
              </w:rPr>
              <w:t>ภัยจากยานพาหนะ</w:t>
            </w:r>
          </w:p>
        </w:tc>
        <w:tc>
          <w:tcPr>
            <w:tcW w:w="654" w:type="dxa"/>
          </w:tcPr>
          <w:p w14:paraId="154A1057" w14:textId="12407CF3" w:rsidR="00F90FA2" w:rsidRPr="003D354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๒๙</w:t>
            </w:r>
          </w:p>
        </w:tc>
      </w:tr>
      <w:tr w:rsidR="00F90FA2" w:rsidRPr="003D3540" w14:paraId="7824DC24" w14:textId="77777777" w:rsidTr="001C0C44">
        <w:trPr>
          <w:trHeight w:val="210"/>
        </w:trPr>
        <w:tc>
          <w:tcPr>
            <w:tcW w:w="8413" w:type="dxa"/>
          </w:tcPr>
          <w:p w14:paraId="1C98F758" w14:textId="15734023" w:rsidR="00F90FA2" w:rsidRPr="003D3540" w:rsidRDefault="00C61103" w:rsidP="00936F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F90FA2" w:rsidRPr="003D3540">
              <w:rPr>
                <w:rFonts w:ascii="TH SarabunPSK" w:hAnsi="TH SarabunPSK" w:cs="TH SarabunPSK" w:hint="cs"/>
                <w:sz w:val="32"/>
                <w:szCs w:val="32"/>
                <w:cs/>
              </w:rPr>
              <w:t>ภัยจากการจัดกิจกรรม</w:t>
            </w:r>
          </w:p>
        </w:tc>
        <w:tc>
          <w:tcPr>
            <w:tcW w:w="654" w:type="dxa"/>
          </w:tcPr>
          <w:p w14:paraId="3355A843" w14:textId="403B5B99" w:rsidR="00F90FA2" w:rsidRPr="003D354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๓๐</w:t>
            </w:r>
          </w:p>
        </w:tc>
      </w:tr>
      <w:tr w:rsidR="00F90FA2" w:rsidRPr="003D3540" w14:paraId="1788BD1C" w14:textId="77777777" w:rsidTr="001C0C44">
        <w:trPr>
          <w:trHeight w:val="292"/>
        </w:trPr>
        <w:tc>
          <w:tcPr>
            <w:tcW w:w="8413" w:type="dxa"/>
          </w:tcPr>
          <w:p w14:paraId="391E4E0F" w14:textId="50BB0C3F" w:rsidR="00F90FA2" w:rsidRPr="003D3540" w:rsidRDefault="00C61103" w:rsidP="00936F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F90FA2" w:rsidRPr="003D3540">
              <w:rPr>
                <w:rFonts w:ascii="TH SarabunPSK" w:hAnsi="TH SarabunPSK" w:cs="TH SarabunPSK" w:hint="cs"/>
                <w:sz w:val="32"/>
                <w:szCs w:val="32"/>
                <w:cs/>
              </w:rPr>
              <w:t>ภัยจากเครื่องมืออุปกรณ์</w:t>
            </w:r>
          </w:p>
        </w:tc>
        <w:tc>
          <w:tcPr>
            <w:tcW w:w="654" w:type="dxa"/>
          </w:tcPr>
          <w:p w14:paraId="5AA56E63" w14:textId="1FDB0BAB" w:rsidR="00F90FA2" w:rsidRPr="003D354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๓๒</w:t>
            </w:r>
          </w:p>
        </w:tc>
      </w:tr>
      <w:tr w:rsidR="004F35C0" w:rsidRPr="003D3540" w14:paraId="23F9D86A" w14:textId="77777777" w:rsidTr="001C0C44">
        <w:trPr>
          <w:trHeight w:val="117"/>
        </w:trPr>
        <w:tc>
          <w:tcPr>
            <w:tcW w:w="8413" w:type="dxa"/>
          </w:tcPr>
          <w:p w14:paraId="2BB96443" w14:textId="4C9EE761" w:rsidR="004F35C0" w:rsidRPr="003D3540" w:rsidRDefault="00C61103" w:rsidP="00936F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4F35C0">
              <w:rPr>
                <w:rFonts w:ascii="TH SarabunPSK" w:hAnsi="TH SarabunPSK" w:cs="TH SarabunPSK" w:hint="cs"/>
                <w:sz w:val="32"/>
                <w:szCs w:val="32"/>
                <w:cs/>
              </w:rPr>
              <w:t>ภัยอัคคีไฟ (ไฟไหม้)</w:t>
            </w:r>
          </w:p>
        </w:tc>
        <w:tc>
          <w:tcPr>
            <w:tcW w:w="654" w:type="dxa"/>
          </w:tcPr>
          <w:p w14:paraId="02481FD5" w14:textId="0855FA34" w:rsidR="004F35C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๓๓</w:t>
            </w:r>
          </w:p>
        </w:tc>
      </w:tr>
      <w:tr w:rsidR="00F90FA2" w:rsidRPr="003D3540" w14:paraId="5FE0D7AF" w14:textId="77777777" w:rsidTr="001C0C44">
        <w:trPr>
          <w:trHeight w:val="198"/>
        </w:trPr>
        <w:tc>
          <w:tcPr>
            <w:tcW w:w="8413" w:type="dxa"/>
            <w:shd w:val="clear" w:color="auto" w:fill="C5E0B3" w:themeFill="accent6" w:themeFillTint="66"/>
          </w:tcPr>
          <w:p w14:paraId="73CB9949" w14:textId="3E8AE1AA" w:rsidR="00F90FA2" w:rsidRPr="003D3540" w:rsidRDefault="00C40F52" w:rsidP="00936F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Style w:val="ad"/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="00F90FA2" w:rsidRPr="003D3540">
              <w:rPr>
                <w:rStyle w:val="ad"/>
                <w:rFonts w:ascii="TH SarabunPSK" w:hAnsi="TH SarabunPSK" w:cs="TH SarabunPSK" w:hint="cs"/>
                <w:sz w:val="32"/>
                <w:szCs w:val="32"/>
                <w:cs/>
              </w:rPr>
              <w:t>ภัยที่เกิดจากการถูกละเมิดสิทธิ</w:t>
            </w:r>
          </w:p>
        </w:tc>
        <w:tc>
          <w:tcPr>
            <w:tcW w:w="654" w:type="dxa"/>
            <w:shd w:val="clear" w:color="auto" w:fill="C5E0B3" w:themeFill="accent6" w:themeFillTint="66"/>
          </w:tcPr>
          <w:p w14:paraId="64C4759C" w14:textId="309A7F03" w:rsidR="00F90FA2" w:rsidRPr="003D354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๓๕</w:t>
            </w:r>
          </w:p>
        </w:tc>
      </w:tr>
      <w:tr w:rsidR="00F90FA2" w:rsidRPr="003D3540" w14:paraId="511E0966" w14:textId="77777777" w:rsidTr="001C0C44">
        <w:trPr>
          <w:trHeight w:val="198"/>
        </w:trPr>
        <w:tc>
          <w:tcPr>
            <w:tcW w:w="8413" w:type="dxa"/>
          </w:tcPr>
          <w:p w14:paraId="4FBF31A2" w14:textId="2EA9E9B8" w:rsidR="00F90FA2" w:rsidRPr="003D3540" w:rsidRDefault="00725305" w:rsidP="00936F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F90FA2" w:rsidRPr="003D354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การถูกปล่อยปละละเลย ทอดทิ้ง</w:t>
            </w:r>
          </w:p>
        </w:tc>
        <w:tc>
          <w:tcPr>
            <w:tcW w:w="654" w:type="dxa"/>
          </w:tcPr>
          <w:p w14:paraId="74E0049E" w14:textId="4D829224" w:rsidR="00F90FA2" w:rsidRPr="003D354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๓๕</w:t>
            </w:r>
          </w:p>
        </w:tc>
      </w:tr>
      <w:tr w:rsidR="00F90FA2" w:rsidRPr="003D3540" w14:paraId="36A9021E" w14:textId="77777777" w:rsidTr="001C0C44">
        <w:trPr>
          <w:trHeight w:val="246"/>
        </w:trPr>
        <w:tc>
          <w:tcPr>
            <w:tcW w:w="8413" w:type="dxa"/>
          </w:tcPr>
          <w:p w14:paraId="085B6C65" w14:textId="6442CA55" w:rsidR="00F90FA2" w:rsidRPr="003D3540" w:rsidRDefault="00725305" w:rsidP="00936F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F90FA2" w:rsidRPr="003D354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การคุกคามทางเพศ</w:t>
            </w:r>
          </w:p>
        </w:tc>
        <w:tc>
          <w:tcPr>
            <w:tcW w:w="654" w:type="dxa"/>
          </w:tcPr>
          <w:p w14:paraId="365A061B" w14:textId="1E6E4EC6" w:rsidR="00F90FA2" w:rsidRPr="003D354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๓๖</w:t>
            </w:r>
          </w:p>
        </w:tc>
      </w:tr>
      <w:tr w:rsidR="00F90FA2" w:rsidRPr="003D3540" w14:paraId="74E4FE64" w14:textId="77777777" w:rsidTr="001C0C44">
        <w:trPr>
          <w:trHeight w:val="148"/>
        </w:trPr>
        <w:tc>
          <w:tcPr>
            <w:tcW w:w="8413" w:type="dxa"/>
            <w:shd w:val="clear" w:color="auto" w:fill="C5E0B3" w:themeFill="accent6" w:themeFillTint="66"/>
          </w:tcPr>
          <w:p w14:paraId="0CC2F73E" w14:textId="3343A7E5" w:rsidR="00F90FA2" w:rsidRPr="003D3540" w:rsidRDefault="00725305" w:rsidP="00936F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Style w:val="ad"/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Style w:val="ad"/>
                <w:rFonts w:hint="cs"/>
                <w:cs/>
              </w:rPr>
              <w:t xml:space="preserve">       </w:t>
            </w:r>
            <w:r w:rsidR="00F90FA2" w:rsidRPr="003D3540">
              <w:rPr>
                <w:rStyle w:val="ad"/>
                <w:rFonts w:ascii="TH SarabunPSK" w:hAnsi="TH SarabunPSK" w:cs="TH SarabunPSK" w:hint="cs"/>
                <w:sz w:val="32"/>
                <w:szCs w:val="32"/>
                <w:cs/>
              </w:rPr>
              <w:t>ภัยที่เกิดจากผลกระทบต่อสุขภาวะทางกายและจิตใจ</w:t>
            </w:r>
          </w:p>
        </w:tc>
        <w:tc>
          <w:tcPr>
            <w:tcW w:w="654" w:type="dxa"/>
            <w:shd w:val="clear" w:color="auto" w:fill="C5E0B3" w:themeFill="accent6" w:themeFillTint="66"/>
          </w:tcPr>
          <w:p w14:paraId="2E93BDCC" w14:textId="07940BA0" w:rsidR="00F90FA2" w:rsidRPr="003D354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๓๘</w:t>
            </w:r>
          </w:p>
        </w:tc>
      </w:tr>
      <w:tr w:rsidR="00F90FA2" w:rsidRPr="003D3540" w14:paraId="5E960F2F" w14:textId="77777777" w:rsidTr="001C0C44">
        <w:trPr>
          <w:trHeight w:val="198"/>
        </w:trPr>
        <w:tc>
          <w:tcPr>
            <w:tcW w:w="8413" w:type="dxa"/>
          </w:tcPr>
          <w:p w14:paraId="100046E1" w14:textId="387E5490" w:rsidR="00F90FA2" w:rsidRPr="003D3540" w:rsidRDefault="00725305" w:rsidP="00936F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F90FA2" w:rsidRPr="003D3540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ภาวะทางจิตเวช</w:t>
            </w:r>
          </w:p>
        </w:tc>
        <w:tc>
          <w:tcPr>
            <w:tcW w:w="654" w:type="dxa"/>
          </w:tcPr>
          <w:p w14:paraId="75ABE5A6" w14:textId="31F968BE" w:rsidR="00F90FA2" w:rsidRPr="003D354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๓๘</w:t>
            </w:r>
          </w:p>
        </w:tc>
      </w:tr>
      <w:tr w:rsidR="00F90FA2" w:rsidRPr="003D3540" w14:paraId="0CB16CDB" w14:textId="77777777" w:rsidTr="001C0C44">
        <w:trPr>
          <w:trHeight w:val="209"/>
        </w:trPr>
        <w:tc>
          <w:tcPr>
            <w:tcW w:w="8413" w:type="dxa"/>
          </w:tcPr>
          <w:p w14:paraId="3DD15DE8" w14:textId="004495C4" w:rsidR="00F90FA2" w:rsidRPr="003D3540" w:rsidRDefault="00725305" w:rsidP="00936F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ภาวะ</w:t>
            </w:r>
            <w:r w:rsidR="00F90FA2" w:rsidRPr="003D3540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ติดเกม</w:t>
            </w:r>
          </w:p>
        </w:tc>
        <w:tc>
          <w:tcPr>
            <w:tcW w:w="654" w:type="dxa"/>
          </w:tcPr>
          <w:p w14:paraId="240C7356" w14:textId="2A28C5C7" w:rsidR="00F90FA2" w:rsidRPr="003D354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๓๙</w:t>
            </w:r>
          </w:p>
        </w:tc>
      </w:tr>
      <w:tr w:rsidR="00F90FA2" w:rsidRPr="003D3540" w14:paraId="1FBB1928" w14:textId="77777777" w:rsidTr="001C0C44">
        <w:trPr>
          <w:trHeight w:val="173"/>
        </w:trPr>
        <w:tc>
          <w:tcPr>
            <w:tcW w:w="8413" w:type="dxa"/>
          </w:tcPr>
          <w:p w14:paraId="0DA9D365" w14:textId="16628F4D" w:rsidR="00F90FA2" w:rsidRPr="003D3540" w:rsidRDefault="00725305" w:rsidP="00936F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             </w:t>
            </w:r>
            <w:r w:rsidR="00F90FA2" w:rsidRPr="003D3540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โรคระบาดในมนุษย์</w:t>
            </w:r>
          </w:p>
        </w:tc>
        <w:tc>
          <w:tcPr>
            <w:tcW w:w="654" w:type="dxa"/>
          </w:tcPr>
          <w:p w14:paraId="471F8842" w14:textId="706876E2" w:rsidR="00F90FA2" w:rsidRPr="003D354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๔๐</w:t>
            </w:r>
          </w:p>
        </w:tc>
      </w:tr>
      <w:tr w:rsidR="00F90FA2" w:rsidRPr="003D3540" w14:paraId="74424E69" w14:textId="77777777" w:rsidTr="001C0C44">
        <w:trPr>
          <w:trHeight w:val="185"/>
        </w:trPr>
        <w:tc>
          <w:tcPr>
            <w:tcW w:w="8413" w:type="dxa"/>
          </w:tcPr>
          <w:p w14:paraId="67C0CA74" w14:textId="0B561002" w:rsidR="00F90FA2" w:rsidRPr="003D3540" w:rsidRDefault="00725305" w:rsidP="00936F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F90FA2" w:rsidRPr="003D3540">
              <w:rPr>
                <w:rFonts w:ascii="TH SarabunPSK" w:hAnsi="TH SarabunPSK" w:cs="TH SarabunPSK" w:hint="cs"/>
                <w:sz w:val="32"/>
                <w:szCs w:val="32"/>
                <w:cs/>
              </w:rPr>
              <w:t>ภัยไซเบอร์</w:t>
            </w:r>
          </w:p>
        </w:tc>
        <w:tc>
          <w:tcPr>
            <w:tcW w:w="654" w:type="dxa"/>
          </w:tcPr>
          <w:p w14:paraId="6A23A372" w14:textId="7C1BB288" w:rsidR="00F90FA2" w:rsidRPr="003D354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๔๒</w:t>
            </w:r>
          </w:p>
        </w:tc>
      </w:tr>
      <w:tr w:rsidR="00F90FA2" w:rsidRPr="003D3540" w14:paraId="44BB6F4B" w14:textId="77777777" w:rsidTr="001C0C44">
        <w:trPr>
          <w:trHeight w:val="222"/>
        </w:trPr>
        <w:tc>
          <w:tcPr>
            <w:tcW w:w="8413" w:type="dxa"/>
          </w:tcPr>
          <w:p w14:paraId="2EC717F8" w14:textId="57F37CDE" w:rsidR="00F90FA2" w:rsidRPr="003D3540" w:rsidRDefault="00725305" w:rsidP="00936F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F90FA2" w:rsidRPr="003D3540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ติดการพนัน</w:t>
            </w:r>
          </w:p>
        </w:tc>
        <w:tc>
          <w:tcPr>
            <w:tcW w:w="654" w:type="dxa"/>
          </w:tcPr>
          <w:p w14:paraId="26EF4875" w14:textId="1C2A5517" w:rsidR="00F90FA2" w:rsidRPr="003D354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๔๓</w:t>
            </w:r>
          </w:p>
        </w:tc>
      </w:tr>
      <w:tr w:rsidR="00F90FA2" w:rsidRPr="003D3540" w14:paraId="31D6961F" w14:textId="77777777" w:rsidTr="001C0C44">
        <w:trPr>
          <w:trHeight w:val="246"/>
        </w:trPr>
        <w:tc>
          <w:tcPr>
            <w:tcW w:w="8413" w:type="dxa"/>
          </w:tcPr>
          <w:p w14:paraId="65A97253" w14:textId="2C28E941" w:rsidR="00F90FA2" w:rsidRPr="003D3540" w:rsidRDefault="00725305" w:rsidP="00936F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F90FA2" w:rsidRPr="003D3540">
              <w:rPr>
                <w:rFonts w:ascii="TH SarabunPSK" w:hAnsi="TH SarabunPSK" w:cs="TH SarabunPSK" w:hint="cs"/>
                <w:sz w:val="32"/>
                <w:szCs w:val="32"/>
                <w:cs/>
              </w:rPr>
              <w:t>มลภาวะเป็นพิษ</w:t>
            </w:r>
          </w:p>
        </w:tc>
        <w:tc>
          <w:tcPr>
            <w:tcW w:w="654" w:type="dxa"/>
          </w:tcPr>
          <w:p w14:paraId="3093D170" w14:textId="3B43CC14" w:rsidR="00F90FA2" w:rsidRPr="003D354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๔๔</w:t>
            </w:r>
          </w:p>
        </w:tc>
      </w:tr>
      <w:tr w:rsidR="00F90FA2" w:rsidRPr="003D3540" w14:paraId="32001315" w14:textId="77777777" w:rsidTr="001C0C44">
        <w:trPr>
          <w:trHeight w:val="197"/>
        </w:trPr>
        <w:tc>
          <w:tcPr>
            <w:tcW w:w="8413" w:type="dxa"/>
          </w:tcPr>
          <w:p w14:paraId="1049F456" w14:textId="1EE868E0" w:rsidR="00F90FA2" w:rsidRPr="003D3540" w:rsidRDefault="00725305" w:rsidP="00936F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F90FA2" w:rsidRPr="003D3540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โรคระบาดในสัตว์</w:t>
            </w:r>
          </w:p>
        </w:tc>
        <w:tc>
          <w:tcPr>
            <w:tcW w:w="654" w:type="dxa"/>
          </w:tcPr>
          <w:p w14:paraId="002F4F41" w14:textId="147ADF0D" w:rsidR="00F90FA2" w:rsidRPr="003D354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๔๕</w:t>
            </w:r>
          </w:p>
        </w:tc>
      </w:tr>
      <w:tr w:rsidR="00F90FA2" w:rsidRPr="003D3540" w14:paraId="54D1B131" w14:textId="77777777" w:rsidTr="001C0C44">
        <w:trPr>
          <w:trHeight w:val="274"/>
        </w:trPr>
        <w:tc>
          <w:tcPr>
            <w:tcW w:w="8413" w:type="dxa"/>
          </w:tcPr>
          <w:p w14:paraId="47E8D563" w14:textId="285F343D" w:rsidR="00F90FA2" w:rsidRPr="003D3540" w:rsidRDefault="00725305" w:rsidP="00936F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F90FA2" w:rsidRPr="003D3540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ภาวะ</w:t>
            </w:r>
            <w:proofErr w:type="spellStart"/>
            <w:r w:rsidR="00F90FA2" w:rsidRPr="003D3540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ทุพ</w:t>
            </w:r>
            <w:proofErr w:type="spellEnd"/>
            <w:r w:rsidR="00F90FA2" w:rsidRPr="003D3540">
              <w:rPr>
                <w:rFonts w:ascii="TH SarabunPSK" w:hAnsi="TH SarabunPSK" w:cs="TH SarabunPSK" w:hint="cs"/>
                <w:sz w:val="32"/>
                <w:szCs w:val="32"/>
                <w:cs/>
              </w:rPr>
              <w:t>โภชนาการ</w:t>
            </w:r>
          </w:p>
        </w:tc>
        <w:tc>
          <w:tcPr>
            <w:tcW w:w="654" w:type="dxa"/>
          </w:tcPr>
          <w:p w14:paraId="4A4F0723" w14:textId="4A5ADCDE" w:rsidR="00F90FA2" w:rsidRPr="003D3540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๔๖</w:t>
            </w:r>
          </w:p>
        </w:tc>
      </w:tr>
      <w:tr w:rsidR="000C465C" w:rsidRPr="003D3540" w14:paraId="55D146C5" w14:textId="77777777" w:rsidTr="001C0C44">
        <w:trPr>
          <w:trHeight w:val="294"/>
        </w:trPr>
        <w:tc>
          <w:tcPr>
            <w:tcW w:w="8413" w:type="dxa"/>
          </w:tcPr>
          <w:p w14:paraId="3A3F5D31" w14:textId="6018FF67" w:rsidR="000C465C" w:rsidRPr="003D3540" w:rsidRDefault="00725305" w:rsidP="00936F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0C465C">
              <w:rPr>
                <w:rFonts w:ascii="TH SarabunPSK" w:hAnsi="TH SarabunPSK" w:cs="TH SarabunPSK" w:hint="cs"/>
                <w:sz w:val="32"/>
                <w:szCs w:val="32"/>
                <w:cs/>
              </w:rPr>
              <w:t>บุหรี่ไฟฟ้า</w:t>
            </w:r>
          </w:p>
        </w:tc>
        <w:tc>
          <w:tcPr>
            <w:tcW w:w="654" w:type="dxa"/>
          </w:tcPr>
          <w:p w14:paraId="2BE6F1A6" w14:textId="5FD9B87D" w:rsidR="000C465C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๔๗</w:t>
            </w:r>
          </w:p>
        </w:tc>
      </w:tr>
      <w:tr w:rsidR="006D6988" w:rsidRPr="003D3540" w14:paraId="4FCB64E2" w14:textId="77777777" w:rsidTr="001C0C44">
        <w:trPr>
          <w:trHeight w:val="169"/>
        </w:trPr>
        <w:tc>
          <w:tcPr>
            <w:tcW w:w="8413" w:type="dxa"/>
            <w:shd w:val="clear" w:color="auto" w:fill="C5E0B3" w:themeFill="accent6" w:themeFillTint="66"/>
          </w:tcPr>
          <w:p w14:paraId="79C7A804" w14:textId="64259B86" w:rsidR="006D6988" w:rsidRPr="006D6988" w:rsidRDefault="00725305" w:rsidP="00936FC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</w:t>
            </w:r>
            <w:r w:rsidR="006D6988" w:rsidRPr="006D69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ภัยที่เกิดจากการนำนักเรียนไปทัศนศึกษานอกสถานที่</w:t>
            </w:r>
          </w:p>
        </w:tc>
        <w:tc>
          <w:tcPr>
            <w:tcW w:w="654" w:type="dxa"/>
            <w:shd w:val="clear" w:color="auto" w:fill="C5E0B3" w:themeFill="accent6" w:themeFillTint="66"/>
          </w:tcPr>
          <w:p w14:paraId="7B859C55" w14:textId="664794EA" w:rsidR="006D6988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๕๐</w:t>
            </w:r>
          </w:p>
        </w:tc>
      </w:tr>
      <w:tr w:rsidR="006D6988" w:rsidRPr="003D3540" w14:paraId="122F117A" w14:textId="77777777" w:rsidTr="001C0C44">
        <w:trPr>
          <w:trHeight w:val="235"/>
        </w:trPr>
        <w:tc>
          <w:tcPr>
            <w:tcW w:w="8413" w:type="dxa"/>
          </w:tcPr>
          <w:p w14:paraId="47ABFAF3" w14:textId="79CE960A" w:rsidR="006D6988" w:rsidRDefault="006D6988" w:rsidP="00936F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72530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แผนเผชิญเหตุนำนักเรียนไปทัศนศึกษา</w:t>
            </w:r>
          </w:p>
        </w:tc>
        <w:tc>
          <w:tcPr>
            <w:tcW w:w="654" w:type="dxa"/>
          </w:tcPr>
          <w:p w14:paraId="2BC726FA" w14:textId="441162AE" w:rsidR="006D6988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๕๐</w:t>
            </w:r>
          </w:p>
        </w:tc>
      </w:tr>
      <w:tr w:rsidR="006D6988" w:rsidRPr="003D3540" w14:paraId="0F5FDE0F" w14:textId="77777777" w:rsidTr="001C0C44">
        <w:trPr>
          <w:trHeight w:val="333"/>
        </w:trPr>
        <w:tc>
          <w:tcPr>
            <w:tcW w:w="8413" w:type="dxa"/>
          </w:tcPr>
          <w:p w14:paraId="1D228F8C" w14:textId="5D01421B" w:rsidR="006D6988" w:rsidRDefault="00725305" w:rsidP="00936F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6D6988">
              <w:rPr>
                <w:rFonts w:ascii="TH SarabunPSK" w:hAnsi="TH SarabunPSK" w:cs="TH SarabunPSK"/>
                <w:sz w:val="32"/>
                <w:szCs w:val="32"/>
                <w:cs/>
              </w:rPr>
              <w:t>แผนเผชิญเหตุกรณี อุบัติเหตุบนรถทัศนศึกษา</w:t>
            </w:r>
          </w:p>
        </w:tc>
        <w:tc>
          <w:tcPr>
            <w:tcW w:w="654" w:type="dxa"/>
          </w:tcPr>
          <w:p w14:paraId="51E9BF61" w14:textId="3F231CE3" w:rsidR="006D6988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๕๑</w:t>
            </w:r>
          </w:p>
        </w:tc>
      </w:tr>
      <w:tr w:rsidR="00CD06A7" w:rsidRPr="003D3540" w14:paraId="3CE4A8AB" w14:textId="77777777" w:rsidTr="001C0C44">
        <w:trPr>
          <w:trHeight w:val="198"/>
        </w:trPr>
        <w:tc>
          <w:tcPr>
            <w:tcW w:w="8413" w:type="dxa"/>
            <w:shd w:val="clear" w:color="auto" w:fill="C5E0B3" w:themeFill="accent6" w:themeFillTint="66"/>
          </w:tcPr>
          <w:p w14:paraId="2B4B7A8D" w14:textId="1A788F36" w:rsidR="00CD06A7" w:rsidRPr="00CD06A7" w:rsidRDefault="00725305" w:rsidP="00936FC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</w:t>
            </w:r>
            <w:r w:rsidR="00CD06A7" w:rsidRPr="00CD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ภัยพิบัติเขตพื้นที่พิเศษ</w:t>
            </w:r>
          </w:p>
        </w:tc>
        <w:tc>
          <w:tcPr>
            <w:tcW w:w="654" w:type="dxa"/>
            <w:shd w:val="clear" w:color="auto" w:fill="C5E0B3" w:themeFill="accent6" w:themeFillTint="66"/>
          </w:tcPr>
          <w:p w14:paraId="09A93F0E" w14:textId="7CB47D1A" w:rsidR="00CD06A7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๕๔</w:t>
            </w:r>
          </w:p>
        </w:tc>
      </w:tr>
      <w:tr w:rsidR="00CD06A7" w:rsidRPr="003D3540" w14:paraId="7D954E19" w14:textId="77777777" w:rsidTr="001C0C44">
        <w:trPr>
          <w:trHeight w:val="209"/>
        </w:trPr>
        <w:tc>
          <w:tcPr>
            <w:tcW w:w="8413" w:type="dxa"/>
          </w:tcPr>
          <w:p w14:paraId="0DA0C593" w14:textId="0D89FA9D" w:rsidR="00CD06A7" w:rsidRDefault="00725305" w:rsidP="00936F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CD06A7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แผนเผชิญเหตุแผ่นดินไหว</w:t>
            </w:r>
          </w:p>
        </w:tc>
        <w:tc>
          <w:tcPr>
            <w:tcW w:w="654" w:type="dxa"/>
          </w:tcPr>
          <w:p w14:paraId="6BC84894" w14:textId="71C4BCD2" w:rsidR="00C40F52" w:rsidRDefault="00C40F52" w:rsidP="00C40F5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๕๔</w:t>
            </w:r>
          </w:p>
        </w:tc>
      </w:tr>
      <w:tr w:rsidR="00CD06A7" w:rsidRPr="003D3540" w14:paraId="5D23BA0F" w14:textId="77777777" w:rsidTr="001C0C44">
        <w:trPr>
          <w:trHeight w:val="173"/>
        </w:trPr>
        <w:tc>
          <w:tcPr>
            <w:tcW w:w="8413" w:type="dxa"/>
          </w:tcPr>
          <w:p w14:paraId="43628F60" w14:textId="1EB73757" w:rsidR="00CD06A7" w:rsidRDefault="00725305" w:rsidP="00CD06A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CD06A7" w:rsidRPr="009D7A41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แผนเผชิญเหตุ</w:t>
            </w:r>
            <w:proofErr w:type="spellStart"/>
            <w:r w:rsidR="00CD06A7">
              <w:rPr>
                <w:rFonts w:ascii="TH SarabunPSK" w:hAnsi="TH SarabunPSK" w:cs="TH SarabunPSK" w:hint="cs"/>
                <w:sz w:val="32"/>
                <w:szCs w:val="32"/>
                <w:cs/>
              </w:rPr>
              <w:t>สึ</w:t>
            </w:r>
            <w:proofErr w:type="spellEnd"/>
            <w:r w:rsidR="00CD06A7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นามิ</w:t>
            </w:r>
          </w:p>
        </w:tc>
        <w:tc>
          <w:tcPr>
            <w:tcW w:w="654" w:type="dxa"/>
          </w:tcPr>
          <w:p w14:paraId="372337E2" w14:textId="1D6CB1A6" w:rsidR="00CD06A7" w:rsidRDefault="00C40F52" w:rsidP="00CD06A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๕๕</w:t>
            </w:r>
          </w:p>
        </w:tc>
      </w:tr>
      <w:tr w:rsidR="00CD06A7" w:rsidRPr="003D3540" w14:paraId="6B99660E" w14:textId="77777777" w:rsidTr="001C0C44">
        <w:trPr>
          <w:trHeight w:val="161"/>
        </w:trPr>
        <w:tc>
          <w:tcPr>
            <w:tcW w:w="8413" w:type="dxa"/>
          </w:tcPr>
          <w:p w14:paraId="35DD29C5" w14:textId="6E7667DB" w:rsidR="00CD06A7" w:rsidRDefault="00725305" w:rsidP="00CD06A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CD06A7" w:rsidRPr="009D7A41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แผนเผชิญเหตุ</w:t>
            </w:r>
            <w:r w:rsidR="00CD06A7">
              <w:rPr>
                <w:rFonts w:ascii="TH SarabunPSK" w:hAnsi="TH SarabunPSK" w:cs="TH SarabunPSK" w:hint="cs"/>
                <w:sz w:val="32"/>
                <w:szCs w:val="32"/>
                <w:cs/>
              </w:rPr>
              <w:t>ดินถล่ม</w:t>
            </w:r>
          </w:p>
        </w:tc>
        <w:tc>
          <w:tcPr>
            <w:tcW w:w="654" w:type="dxa"/>
          </w:tcPr>
          <w:p w14:paraId="00983E44" w14:textId="00722957" w:rsidR="00CD06A7" w:rsidRDefault="00C40F52" w:rsidP="00CD06A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๕๖</w:t>
            </w:r>
          </w:p>
        </w:tc>
      </w:tr>
      <w:tr w:rsidR="00CD06A7" w:rsidRPr="003D3540" w14:paraId="63BF422D" w14:textId="77777777" w:rsidTr="001C0C44">
        <w:trPr>
          <w:trHeight w:val="197"/>
        </w:trPr>
        <w:tc>
          <w:tcPr>
            <w:tcW w:w="8413" w:type="dxa"/>
          </w:tcPr>
          <w:p w14:paraId="21AAFB06" w14:textId="4B2699EA" w:rsidR="00CD06A7" w:rsidRDefault="00725305" w:rsidP="00CD06A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CD06A7" w:rsidRPr="009D7A41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แผนเผชิญเหตุ</w:t>
            </w:r>
            <w:r w:rsidR="00CD06A7">
              <w:rPr>
                <w:rFonts w:ascii="TH SarabunPSK" w:hAnsi="TH SarabunPSK" w:cs="TH SarabunPSK" w:hint="cs"/>
                <w:sz w:val="32"/>
                <w:szCs w:val="32"/>
                <w:cs/>
              </w:rPr>
              <w:t>น้ำท่วม</w:t>
            </w:r>
          </w:p>
        </w:tc>
        <w:tc>
          <w:tcPr>
            <w:tcW w:w="654" w:type="dxa"/>
          </w:tcPr>
          <w:p w14:paraId="376CCB47" w14:textId="35F33109" w:rsidR="00CD06A7" w:rsidRDefault="00C40F52" w:rsidP="00CD06A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๕๘</w:t>
            </w:r>
          </w:p>
        </w:tc>
      </w:tr>
      <w:tr w:rsidR="00CD06A7" w:rsidRPr="003D3540" w14:paraId="62764C6F" w14:textId="77777777" w:rsidTr="001C0C44">
        <w:trPr>
          <w:trHeight w:val="197"/>
        </w:trPr>
        <w:tc>
          <w:tcPr>
            <w:tcW w:w="8413" w:type="dxa"/>
          </w:tcPr>
          <w:p w14:paraId="55AC1451" w14:textId="4EA6AE25" w:rsidR="00CD06A7" w:rsidRDefault="00725305" w:rsidP="00CD06A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CD06A7" w:rsidRPr="009D7A41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แผนเผชิญเหตุ</w:t>
            </w:r>
            <w:r w:rsidR="00CD06A7">
              <w:rPr>
                <w:rFonts w:ascii="TH SarabunPSK" w:hAnsi="TH SarabunPSK" w:cs="TH SarabunPSK" w:hint="cs"/>
                <w:sz w:val="32"/>
                <w:szCs w:val="32"/>
                <w:cs/>
              </w:rPr>
              <w:t>ไฟป่า</w:t>
            </w:r>
          </w:p>
        </w:tc>
        <w:tc>
          <w:tcPr>
            <w:tcW w:w="654" w:type="dxa"/>
          </w:tcPr>
          <w:p w14:paraId="459439B2" w14:textId="54AD35CE" w:rsidR="00CD06A7" w:rsidRDefault="00C40F52" w:rsidP="00CD06A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๕๙</w:t>
            </w:r>
          </w:p>
        </w:tc>
      </w:tr>
      <w:tr w:rsidR="00CD06A7" w:rsidRPr="003D3540" w14:paraId="4CE3D37C" w14:textId="77777777" w:rsidTr="001C0C44">
        <w:trPr>
          <w:trHeight w:val="173"/>
        </w:trPr>
        <w:tc>
          <w:tcPr>
            <w:tcW w:w="8413" w:type="dxa"/>
          </w:tcPr>
          <w:p w14:paraId="13FDA2B9" w14:textId="4F9937D0" w:rsidR="00CD06A7" w:rsidRDefault="00725305" w:rsidP="00CD06A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CD06A7" w:rsidRPr="009D7A41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แผนเผชิญเหตุ</w:t>
            </w:r>
            <w:r w:rsidR="00CD06A7">
              <w:rPr>
                <w:rFonts w:ascii="TH SarabunPSK" w:hAnsi="TH SarabunPSK" w:cs="TH SarabunPSK" w:hint="cs"/>
                <w:sz w:val="32"/>
                <w:szCs w:val="32"/>
                <w:cs/>
              </w:rPr>
              <w:t>วาตภัย</w:t>
            </w:r>
          </w:p>
        </w:tc>
        <w:tc>
          <w:tcPr>
            <w:tcW w:w="654" w:type="dxa"/>
          </w:tcPr>
          <w:p w14:paraId="04585C91" w14:textId="21729457" w:rsidR="00CD06A7" w:rsidRDefault="00C40F52" w:rsidP="00CD06A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๖๐</w:t>
            </w:r>
          </w:p>
        </w:tc>
      </w:tr>
      <w:tr w:rsidR="00CD06A7" w:rsidRPr="003D3540" w14:paraId="2814F1C2" w14:textId="77777777" w:rsidTr="001C0C44">
        <w:trPr>
          <w:trHeight w:val="185"/>
        </w:trPr>
        <w:tc>
          <w:tcPr>
            <w:tcW w:w="8413" w:type="dxa"/>
          </w:tcPr>
          <w:p w14:paraId="222BEF0B" w14:textId="0F77AA39" w:rsidR="00CD06A7" w:rsidRDefault="00725305" w:rsidP="00CD06A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CD06A7" w:rsidRPr="009D7A41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แผนเผชิญเหตุ</w:t>
            </w:r>
            <w:r w:rsidR="00CD06A7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อากาศเป็นพิษ</w:t>
            </w:r>
          </w:p>
        </w:tc>
        <w:tc>
          <w:tcPr>
            <w:tcW w:w="654" w:type="dxa"/>
          </w:tcPr>
          <w:p w14:paraId="0A7E3DC9" w14:textId="2BE9C5AD" w:rsidR="00CD06A7" w:rsidRDefault="00C40F52" w:rsidP="00CD06A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๖๒</w:t>
            </w:r>
          </w:p>
        </w:tc>
      </w:tr>
      <w:tr w:rsidR="00CD06A7" w:rsidRPr="003D3540" w14:paraId="4887433E" w14:textId="77777777" w:rsidTr="001C0C44">
        <w:trPr>
          <w:trHeight w:val="176"/>
        </w:trPr>
        <w:tc>
          <w:tcPr>
            <w:tcW w:w="8413" w:type="dxa"/>
          </w:tcPr>
          <w:p w14:paraId="68F868CA" w14:textId="63B291B6" w:rsidR="00CD06A7" w:rsidRDefault="00725305" w:rsidP="00CD06A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CD06A7" w:rsidRPr="009D7A41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แผนเผชิญเหตุ</w:t>
            </w:r>
            <w:r w:rsidR="00CD06A7">
              <w:rPr>
                <w:rFonts w:ascii="TH SarabunPSK" w:hAnsi="TH SarabunPSK" w:cs="TH SarabunPSK" w:hint="cs"/>
                <w:sz w:val="32"/>
                <w:szCs w:val="32"/>
                <w:cs/>
              </w:rPr>
              <w:t>ภัยแล้ง</w:t>
            </w:r>
          </w:p>
        </w:tc>
        <w:tc>
          <w:tcPr>
            <w:tcW w:w="654" w:type="dxa"/>
          </w:tcPr>
          <w:p w14:paraId="1CD8E99F" w14:textId="4B49CC82" w:rsidR="00CD06A7" w:rsidRDefault="00C40F52" w:rsidP="00CD06A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๖๓</w:t>
            </w:r>
          </w:p>
        </w:tc>
      </w:tr>
      <w:tr w:rsidR="002C6007" w:rsidRPr="003D3540" w14:paraId="71247C8D" w14:textId="77777777" w:rsidTr="001C0C44">
        <w:trPr>
          <w:trHeight w:val="148"/>
        </w:trPr>
        <w:tc>
          <w:tcPr>
            <w:tcW w:w="8413" w:type="dxa"/>
          </w:tcPr>
          <w:p w14:paraId="3E5AEFBB" w14:textId="3AB2AFC2" w:rsidR="002C6007" w:rsidRDefault="00725305" w:rsidP="00CD06A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="00936F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2C600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แผนเผชิญเหตุสงคราม </w:t>
            </w:r>
          </w:p>
        </w:tc>
        <w:tc>
          <w:tcPr>
            <w:tcW w:w="654" w:type="dxa"/>
          </w:tcPr>
          <w:p w14:paraId="41ABA6A2" w14:textId="69F3FBA1" w:rsidR="002C6007" w:rsidRDefault="00C40F52" w:rsidP="00CD06A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๖๔</w:t>
            </w:r>
          </w:p>
        </w:tc>
      </w:tr>
      <w:tr w:rsidR="00CD06A7" w:rsidRPr="003D3540" w14:paraId="14576248" w14:textId="77777777" w:rsidTr="001C0C44">
        <w:trPr>
          <w:trHeight w:val="249"/>
        </w:trPr>
        <w:tc>
          <w:tcPr>
            <w:tcW w:w="8413" w:type="dxa"/>
            <w:shd w:val="clear" w:color="auto" w:fill="C5E0B3" w:themeFill="accent6" w:themeFillTint="66"/>
          </w:tcPr>
          <w:p w14:paraId="0B8778B9" w14:textId="6C3268F1" w:rsidR="00CD06A7" w:rsidRPr="003D3540" w:rsidRDefault="00725305" w:rsidP="00CD06A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</w:t>
            </w:r>
            <w:r w:rsidR="00CD06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การติดตามและประเมินผล</w:t>
            </w:r>
          </w:p>
        </w:tc>
        <w:tc>
          <w:tcPr>
            <w:tcW w:w="654" w:type="dxa"/>
            <w:shd w:val="clear" w:color="auto" w:fill="E2EFD9" w:themeFill="accent6" w:themeFillTint="33"/>
          </w:tcPr>
          <w:p w14:paraId="672F1577" w14:textId="7186C84D" w:rsidR="00CD06A7" w:rsidRPr="003D3540" w:rsidRDefault="00C40F52" w:rsidP="00CD06A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๖๗</w:t>
            </w:r>
          </w:p>
        </w:tc>
      </w:tr>
      <w:tr w:rsidR="003231EA" w:rsidRPr="003D3540" w14:paraId="0CD8B919" w14:textId="77777777" w:rsidTr="001C0C44">
        <w:trPr>
          <w:trHeight w:val="144"/>
        </w:trPr>
        <w:tc>
          <w:tcPr>
            <w:tcW w:w="8413" w:type="dxa"/>
            <w:shd w:val="clear" w:color="auto" w:fill="C5E0B3" w:themeFill="accent6" w:themeFillTint="66"/>
          </w:tcPr>
          <w:p w14:paraId="7C250A6B" w14:textId="784257F1" w:rsidR="003231EA" w:rsidRPr="003D3540" w:rsidRDefault="00725305" w:rsidP="00936FC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</w:t>
            </w:r>
            <w:r w:rsidR="003231EA" w:rsidRPr="003D354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หน่วยงานที่เกี่ยวข้อง</w:t>
            </w:r>
          </w:p>
        </w:tc>
        <w:tc>
          <w:tcPr>
            <w:tcW w:w="654" w:type="dxa"/>
            <w:shd w:val="clear" w:color="auto" w:fill="E2EFD9" w:themeFill="accent6" w:themeFillTint="33"/>
          </w:tcPr>
          <w:p w14:paraId="340DB4AA" w14:textId="51F3BB80" w:rsidR="003231EA" w:rsidRDefault="00C40F52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๖๙</w:t>
            </w:r>
          </w:p>
        </w:tc>
      </w:tr>
      <w:tr w:rsidR="003231EA" w:rsidRPr="003D3540" w14:paraId="397F45F1" w14:textId="77777777" w:rsidTr="001C0C44">
        <w:trPr>
          <w:trHeight w:val="262"/>
        </w:trPr>
        <w:tc>
          <w:tcPr>
            <w:tcW w:w="8413" w:type="dxa"/>
            <w:shd w:val="clear" w:color="auto" w:fill="A8D08D" w:themeFill="accent6" w:themeFillTint="99"/>
          </w:tcPr>
          <w:p w14:paraId="20F85F7B" w14:textId="7274B422" w:rsidR="003231EA" w:rsidRPr="003D3540" w:rsidRDefault="003231EA" w:rsidP="00936FC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ภาคผนวก</w:t>
            </w:r>
          </w:p>
        </w:tc>
        <w:tc>
          <w:tcPr>
            <w:tcW w:w="654" w:type="dxa"/>
            <w:shd w:val="clear" w:color="auto" w:fill="E2EFD9" w:themeFill="accent6" w:themeFillTint="33"/>
          </w:tcPr>
          <w:p w14:paraId="7373B8A3" w14:textId="322D0FF0" w:rsidR="003231EA" w:rsidRDefault="00C40F52" w:rsidP="003B2708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๗๐</w:t>
            </w:r>
          </w:p>
        </w:tc>
      </w:tr>
      <w:tr w:rsidR="001C0C44" w:rsidRPr="003D3540" w14:paraId="269BAAC4" w14:textId="77777777" w:rsidTr="001C0C44">
        <w:trPr>
          <w:trHeight w:val="262"/>
        </w:trPr>
        <w:tc>
          <w:tcPr>
            <w:tcW w:w="8413" w:type="dxa"/>
          </w:tcPr>
          <w:p w14:paraId="520C35D7" w14:textId="6ED0AD77" w:rsidR="001C0C44" w:rsidRDefault="001C0C44" w:rsidP="00936FC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คำสั่งคณะกรรมการความปลอดภัยในสถานศึกษา</w:t>
            </w:r>
          </w:p>
        </w:tc>
        <w:tc>
          <w:tcPr>
            <w:tcW w:w="654" w:type="dxa"/>
            <w:shd w:val="clear" w:color="auto" w:fill="E2EFD9" w:themeFill="accent6" w:themeFillTint="33"/>
          </w:tcPr>
          <w:p w14:paraId="397A5F02" w14:textId="616AAB61" w:rsidR="001C0C44" w:rsidRDefault="00C40F52" w:rsidP="003B2708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๗๑</w:t>
            </w:r>
          </w:p>
        </w:tc>
      </w:tr>
      <w:tr w:rsidR="001C0C44" w:rsidRPr="003D3540" w14:paraId="03F09AD3" w14:textId="77777777" w:rsidTr="001C0C44">
        <w:trPr>
          <w:trHeight w:val="262"/>
        </w:trPr>
        <w:tc>
          <w:tcPr>
            <w:tcW w:w="8413" w:type="dxa"/>
          </w:tcPr>
          <w:p w14:paraId="76F8D6AC" w14:textId="5CE991E8" w:rsidR="001C0C44" w:rsidRDefault="001C0C44" w:rsidP="00C40F5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</w:t>
            </w:r>
            <w:r w:rsidR="00C40F52" w:rsidRPr="00C40F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คำสั่งคณะกรรมการซ้อมแผนเผชิญเหตุ</w:t>
            </w:r>
          </w:p>
        </w:tc>
        <w:tc>
          <w:tcPr>
            <w:tcW w:w="654" w:type="dxa"/>
            <w:shd w:val="clear" w:color="auto" w:fill="E2EFD9" w:themeFill="accent6" w:themeFillTint="33"/>
          </w:tcPr>
          <w:p w14:paraId="43508AFB" w14:textId="1BFF434F" w:rsidR="00C40F52" w:rsidRDefault="00C40F52" w:rsidP="003B2708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๗๓</w:t>
            </w:r>
          </w:p>
        </w:tc>
      </w:tr>
      <w:tr w:rsidR="005C57F2" w:rsidRPr="003D3540" w14:paraId="65EE6F3F" w14:textId="77777777" w:rsidTr="001C0C44">
        <w:trPr>
          <w:trHeight w:val="262"/>
        </w:trPr>
        <w:tc>
          <w:tcPr>
            <w:tcW w:w="8413" w:type="dxa"/>
          </w:tcPr>
          <w:p w14:paraId="1D3A8C2A" w14:textId="00CB93BD" w:rsidR="005C57F2" w:rsidRDefault="005C57F2" w:rsidP="005C57F2">
            <w:pPr>
              <w:ind w:firstLine="7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กำหนดการซ้อม</w:t>
            </w:r>
            <w:r w:rsidRPr="00145B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แผนเผชิญเหตุ (ขับขี่ปลอดภัย)</w:t>
            </w:r>
          </w:p>
        </w:tc>
        <w:tc>
          <w:tcPr>
            <w:tcW w:w="654" w:type="dxa"/>
            <w:shd w:val="clear" w:color="auto" w:fill="E2EFD9" w:themeFill="accent6" w:themeFillTint="33"/>
          </w:tcPr>
          <w:p w14:paraId="6A1FEDB0" w14:textId="76AD0CC9" w:rsidR="005C57F2" w:rsidRDefault="005C57F2" w:rsidP="003B2708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๗๖</w:t>
            </w:r>
          </w:p>
        </w:tc>
      </w:tr>
      <w:tr w:rsidR="00145B2A" w:rsidRPr="003D3540" w14:paraId="30801B36" w14:textId="77777777" w:rsidTr="001C0C44">
        <w:trPr>
          <w:trHeight w:val="262"/>
        </w:trPr>
        <w:tc>
          <w:tcPr>
            <w:tcW w:w="8413" w:type="dxa"/>
          </w:tcPr>
          <w:p w14:paraId="39F8D441" w14:textId="57617B55" w:rsidR="00145B2A" w:rsidRDefault="00145B2A" w:rsidP="00C40F5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</w:t>
            </w:r>
            <w:r w:rsidRPr="00145B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ภาพการซักซ้อมแผนเผชิญเหตุ (ขับขี่ปลอดภัย)</w:t>
            </w:r>
          </w:p>
        </w:tc>
        <w:tc>
          <w:tcPr>
            <w:tcW w:w="654" w:type="dxa"/>
            <w:shd w:val="clear" w:color="auto" w:fill="E2EFD9" w:themeFill="accent6" w:themeFillTint="33"/>
          </w:tcPr>
          <w:p w14:paraId="19F393F7" w14:textId="0684D7E7" w:rsidR="00145B2A" w:rsidRDefault="00145B2A" w:rsidP="003B2708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5C57F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๗๗</w:t>
            </w:r>
          </w:p>
        </w:tc>
      </w:tr>
      <w:tr w:rsidR="001C0C44" w:rsidRPr="003D3540" w14:paraId="3B37A721" w14:textId="77777777" w:rsidTr="001C0C44">
        <w:trPr>
          <w:trHeight w:val="262"/>
        </w:trPr>
        <w:tc>
          <w:tcPr>
            <w:tcW w:w="8413" w:type="dxa"/>
          </w:tcPr>
          <w:p w14:paraId="7BD07020" w14:textId="41A678CD" w:rsidR="001C0C44" w:rsidRPr="001C0C44" w:rsidRDefault="001C0C44" w:rsidP="00936FC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</w:t>
            </w:r>
            <w:r w:rsidR="00C40F52" w:rsidRPr="00C40F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นโยบายด้านความปลอดภัยในสถานศึกษา</w:t>
            </w:r>
          </w:p>
        </w:tc>
        <w:tc>
          <w:tcPr>
            <w:tcW w:w="654" w:type="dxa"/>
            <w:shd w:val="clear" w:color="auto" w:fill="E2EFD9" w:themeFill="accent6" w:themeFillTint="33"/>
          </w:tcPr>
          <w:p w14:paraId="066A6880" w14:textId="143E4414" w:rsidR="001C0C44" w:rsidRDefault="00C40F52" w:rsidP="003B2708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๘๓</w:t>
            </w:r>
          </w:p>
        </w:tc>
      </w:tr>
      <w:tr w:rsidR="001C0C44" w:rsidRPr="003D3540" w14:paraId="05244D51" w14:textId="77777777" w:rsidTr="001C0C44">
        <w:trPr>
          <w:trHeight w:val="262"/>
        </w:trPr>
        <w:tc>
          <w:tcPr>
            <w:tcW w:w="8413" w:type="dxa"/>
          </w:tcPr>
          <w:p w14:paraId="18866D96" w14:textId="12BDFBB4" w:rsidR="001C0C44" w:rsidRDefault="001C0C44" w:rsidP="00936FC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แบบประเมินความพึงพอใจ</w:t>
            </w:r>
          </w:p>
        </w:tc>
        <w:tc>
          <w:tcPr>
            <w:tcW w:w="654" w:type="dxa"/>
            <w:shd w:val="clear" w:color="auto" w:fill="E2EFD9" w:themeFill="accent6" w:themeFillTint="33"/>
          </w:tcPr>
          <w:p w14:paraId="7826D773" w14:textId="72BC9E98" w:rsidR="001C0C44" w:rsidRDefault="00C40F52" w:rsidP="003B2708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๘</w:t>
            </w:r>
            <w:r w:rsidR="005831B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๔</w:t>
            </w:r>
          </w:p>
        </w:tc>
      </w:tr>
      <w:tr w:rsidR="001C0C44" w:rsidRPr="003D3540" w14:paraId="4DA44216" w14:textId="77777777" w:rsidTr="001C0C44">
        <w:trPr>
          <w:trHeight w:val="262"/>
        </w:trPr>
        <w:tc>
          <w:tcPr>
            <w:tcW w:w="8413" w:type="dxa"/>
          </w:tcPr>
          <w:p w14:paraId="23E0805C" w14:textId="011274ED" w:rsidR="001C0C44" w:rsidRDefault="001C0C44" w:rsidP="00936FC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แบบรายงานการซ้อมแผนเผชิญเหตุ</w:t>
            </w:r>
          </w:p>
        </w:tc>
        <w:tc>
          <w:tcPr>
            <w:tcW w:w="654" w:type="dxa"/>
            <w:shd w:val="clear" w:color="auto" w:fill="E2EFD9" w:themeFill="accent6" w:themeFillTint="33"/>
          </w:tcPr>
          <w:p w14:paraId="76A907FC" w14:textId="7F6377B2" w:rsidR="001C0C44" w:rsidRDefault="00C40F52" w:rsidP="003B2708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5831B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๘๖</w:t>
            </w:r>
          </w:p>
        </w:tc>
      </w:tr>
    </w:tbl>
    <w:p w14:paraId="4EEE2647" w14:textId="77777777" w:rsidR="00F90FA2" w:rsidRDefault="00F90FA2" w:rsidP="003D3540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BE69C45" w14:textId="2AB79E6D" w:rsidR="003D3540" w:rsidRPr="00AC7BFD" w:rsidRDefault="003D3540" w:rsidP="00F130C2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8A3C9E7" w14:textId="0E856409" w:rsidR="00F90FA2" w:rsidRDefault="00F90FA2" w:rsidP="00C02E86">
      <w:pPr>
        <w:spacing w:after="160" w:line="259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sectPr w:rsidR="00F90FA2" w:rsidSect="00D80D62">
          <w:headerReference w:type="even" r:id="rId16"/>
          <w:headerReference w:type="default" r:id="rId17"/>
          <w:headerReference w:type="first" r:id="rId18"/>
          <w:pgSz w:w="12240" w:h="15840" w:code="1"/>
          <w:pgMar w:top="1440" w:right="1325" w:bottom="993" w:left="1440" w:header="720" w:footer="720" w:gutter="0"/>
          <w:pgNumType w:fmt="thaiNumbers" w:start="1"/>
          <w:cols w:space="720"/>
          <w:docGrid w:linePitch="360"/>
        </w:sectPr>
      </w:pPr>
    </w:p>
    <w:p w14:paraId="515E138A" w14:textId="13F37249" w:rsidR="006D2DEB" w:rsidRPr="003D1D59" w:rsidRDefault="006D2DEB" w:rsidP="00C02E86">
      <w:pPr>
        <w:spacing w:after="160" w:line="259" w:lineRule="auto"/>
        <w:rPr>
          <w:rFonts w:ascii="TH SarabunPSK" w:hAnsi="TH SarabunPSK" w:cs="TH SarabunPSK"/>
          <w:b/>
          <w:bCs/>
          <w:color w:val="70AD47" w:themeColor="accent6"/>
          <w:sz w:val="48"/>
          <w:szCs w:val="48"/>
        </w:rPr>
      </w:pPr>
      <w:r w:rsidRPr="003D1D59">
        <w:rPr>
          <w:rFonts w:ascii="TH SarabunPSK" w:hAnsi="TH SarabunPSK" w:cs="TH SarabunPSK" w:hint="cs"/>
          <w:b/>
          <w:bCs/>
          <w:color w:val="70AD47" w:themeColor="accent6"/>
          <w:sz w:val="48"/>
          <w:szCs w:val="48"/>
          <w:cs/>
        </w:rPr>
        <w:lastRenderedPageBreak/>
        <w:t>ที่มาและความสำคัญ</w:t>
      </w:r>
      <w:bookmarkStart w:id="0" w:name="_GoBack"/>
      <w:bookmarkEnd w:id="0"/>
    </w:p>
    <w:p w14:paraId="212068E8" w14:textId="133D89DD" w:rsidR="006D2DEB" w:rsidRPr="00AC7BFD" w:rsidRDefault="006D2DEB" w:rsidP="006D2DEB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ตามที่สำนักงานคณะกรรมการการศึกษาขั้นพื้นฐาน ได้ประกาศ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นโยบายและจุดเน้นของสำนักงานคณะกรรมการการศึกษาขั้นพื้นพื้นฐาน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ประจำปีงบประมาณ พ.ศ.</w:t>
      </w:r>
      <w:r w:rsid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๒๕๖</w:t>
      </w:r>
      <w:r w:rsidR="0099084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๙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90846">
        <w:rPr>
          <w:rFonts w:ascii="TH SarabunPSK" w:hAnsi="TH SarabunPSK" w:cs="TH SarabunPSK"/>
          <w:color w:val="000000" w:themeColor="text1"/>
          <w:sz w:val="32"/>
          <w:szCs w:val="32"/>
          <w:cs/>
        </w:rPr>
        <w:t>–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๒๕</w:t>
      </w:r>
      <w:r w:rsidR="0099084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๗๐ ด้านผู้เรียนข้อ ๕ เสริมสร้างทักษะชีวิต ความปลอดภัย สุขภาพจิต ด้านบริหารจัดการข้อ ๙ โรงเรียนมีสภาพแวดล้อมปลอดภัย (</w:t>
      </w:r>
      <w:r w:rsidR="00990846">
        <w:rPr>
          <w:rFonts w:ascii="TH SarabunPSK" w:hAnsi="TH SarabunPSK" w:cs="TH SarabunPSK"/>
          <w:color w:val="000000" w:themeColor="text1"/>
          <w:sz w:val="32"/>
          <w:szCs w:val="32"/>
        </w:rPr>
        <w:t>Safe School</w:t>
      </w:r>
      <w:r w:rsidR="0099084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และนโยบายระยะเร่งด่วน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(Quick Win)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ประจำปีงบประมาณ </w:t>
      </w:r>
      <w:r w:rsidR="00581804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พ.ศ.</w:t>
      </w:r>
      <w:r w:rsidR="0058180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๒๕๖</w:t>
      </w:r>
      <w:r w:rsidR="0099084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๙</w:t>
      </w:r>
      <w:r w:rsidR="00581804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- ๒๕</w:t>
      </w:r>
      <w:r w:rsidR="0099084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๗๐</w:t>
      </w:r>
      <w:r w:rsidR="00581804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9084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ด้านส่งเสริมคุณลักษณะเด็กดี มุ่งการพัฒนา “โรงเรียนหลอดภัย” สุขาดีมีความสุข เพื่อให้นักเรียนมีพื้นที่เรียนรู้ที่ปลอดภัยปราศจากการกลั่นแกล้ง (</w:t>
      </w:r>
      <w:r w:rsidR="00990846">
        <w:rPr>
          <w:rFonts w:ascii="TH SarabunPSK" w:hAnsi="TH SarabunPSK" w:cs="TH SarabunPSK"/>
          <w:color w:val="000000" w:themeColor="text1"/>
          <w:sz w:val="32"/>
          <w:szCs w:val="32"/>
        </w:rPr>
        <w:t>Bullying</w:t>
      </w:r>
      <w:r w:rsidR="0099084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 และมีสุขอนามัยที่ดี เอื้อต่อการเรียนรู้อย่างมีความสุข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โดยเนื้อหาได้กล่าวถึง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มาตรการเสริมสร้างความปลอดภัยของสถานศึกษา เพื่อให้สถานศึกษาเป็นที่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ปลอดภัยและเอื้อต่อการเรียนรู้</w:t>
      </w:r>
    </w:p>
    <w:p w14:paraId="7365429A" w14:textId="217E93F1" w:rsidR="006D2DEB" w:rsidRPr="00AC7BFD" w:rsidRDefault="006D2DEB" w:rsidP="006D2DEB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โรงเรียน</w:t>
      </w:r>
      <w:r w:rsidR="00936F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เล็งเห็นความสำคัญของการเตรียมพร้อมภายใน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สถานศึกษาให้มีความปลอดภัย พร้อมรับมือกับสถานการณ์ที่อาจเกิดขึ้นเสมอ จึงจัดทำคู่มือแผนเผชิญเหตุขึ้น เพื่อให้บุคลากรภายในสถานศึกษา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มีความรู้ ความเข้าใจในสถานการณ์เสียงต่าง ๆ และพร้อมรับมือกับ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สถานการณ์ดังกล่าว เพื่อให้ความรุนแรงของสถานการณ์นั้น ๆ ลดลง หรือ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สามารถแก้ปัญหาเฉพาะได้ โดยมีกระบวนการตามหลัก </w:t>
      </w:r>
      <w:r w:rsidR="00EF4E5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</w:t>
      </w:r>
      <w:r w:rsidR="00EF4E5B">
        <w:rPr>
          <w:rFonts w:ascii="TH SarabunPSK" w:hAnsi="TH SarabunPSK" w:cs="TH SarabunPSK"/>
          <w:color w:val="000000" w:themeColor="text1"/>
          <w:sz w:val="32"/>
          <w:szCs w:val="32"/>
        </w:rPr>
        <w:t>P</w:t>
      </w:r>
      <w:r w:rsidR="00EF4E5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</w:t>
      </w:r>
      <w:r w:rsidR="00EF4E5B">
        <w:rPr>
          <w:rFonts w:ascii="TH SarabunPSK" w:hAnsi="TH SarabunPSK" w:cs="TH SarabunPSK"/>
          <w:color w:val="000000" w:themeColor="text1"/>
          <w:sz w:val="32"/>
          <w:szCs w:val="32"/>
        </w:rPr>
        <w:t>R</w:t>
      </w:r>
    </w:p>
    <w:p w14:paraId="6A978E09" w14:textId="650AE6B8" w:rsidR="006D2DEB" w:rsidRPr="003D1D59" w:rsidRDefault="006D2DEB" w:rsidP="006D2DEB">
      <w:pPr>
        <w:jc w:val="thaiDistribute"/>
        <w:rPr>
          <w:rFonts w:ascii="TH SarabunPSK" w:hAnsi="TH SarabunPSK" w:cs="TH SarabunPSK"/>
          <w:b/>
          <w:bCs/>
          <w:color w:val="70AD47" w:themeColor="accent6"/>
          <w:sz w:val="48"/>
          <w:szCs w:val="48"/>
        </w:rPr>
      </w:pPr>
      <w:r w:rsidRPr="003D1D59">
        <w:rPr>
          <w:rFonts w:ascii="TH SarabunPSK" w:hAnsi="TH SarabunPSK" w:cs="TH SarabunPSK" w:hint="cs"/>
          <w:b/>
          <w:bCs/>
          <w:color w:val="70AD47" w:themeColor="accent6"/>
          <w:sz w:val="48"/>
          <w:szCs w:val="48"/>
          <w:cs/>
        </w:rPr>
        <w:t>วัตถุประสงค์</w:t>
      </w:r>
      <w:r w:rsidRPr="003D1D59">
        <w:rPr>
          <w:rFonts w:ascii="TH SarabunPSK" w:hAnsi="TH SarabunPSK" w:cs="TH SarabunPSK" w:hint="cs"/>
          <w:b/>
          <w:bCs/>
          <w:color w:val="70AD47" w:themeColor="accent6"/>
          <w:sz w:val="48"/>
          <w:szCs w:val="48"/>
        </w:rPr>
        <w:t xml:space="preserve"> </w:t>
      </w:r>
    </w:p>
    <w:p w14:paraId="5330F218" w14:textId="002BC88C" w:rsidR="006D2DEB" w:rsidRPr="00AC7BFD" w:rsidRDefault="006D2DEB" w:rsidP="00821F9A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๑. เพื่อสร้างความปลอดภัยให้แก่นักเรียน ครู และบุคลากรทางการ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ศึกษา ภายในสถานศึกษา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</w:p>
    <w:p w14:paraId="17C4621B" w14:textId="67AE9816" w:rsidR="006D2DEB" w:rsidRPr="00AC7BFD" w:rsidRDefault="006D2DEB" w:rsidP="00821F9A">
      <w:pPr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 เพื่อส่งเสริมให้ครูและบุคลากรทางการศึกษานำแนวทางตาม</w:t>
      </w:r>
      <w:r w:rsidR="00C343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คู่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มือ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แผนเผชิญเหตุในสถานศึกษาไปปรับใช้ได้อย่างเหมาะสม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</w:p>
    <w:p w14:paraId="63F4620D" w14:textId="4FAF0C35" w:rsidR="006D2DEB" w:rsidRPr="00AC7BFD" w:rsidRDefault="006D2DEB" w:rsidP="00821F9A">
      <w:pPr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๓. เพื่อสร้างความมั่นใจ และเชื่อมั่นในความปลอดภัยของสถานศึกษา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ให้กับนักเรียน ผู้ปกครอง ครู บุคลากรทางการศึกษา และชุมชน</w:t>
      </w:r>
    </w:p>
    <w:p w14:paraId="02C8B8F3" w14:textId="2EB3182E" w:rsidR="00821F9A" w:rsidRPr="00AC7BFD" w:rsidRDefault="00821F9A" w:rsidP="00F130C2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96BE292" w14:textId="76517BFC" w:rsidR="00821F9A" w:rsidRDefault="00821F9A" w:rsidP="00F130C2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A8479D3" w14:textId="77777777" w:rsidR="00CA0318" w:rsidRDefault="00CA0318" w:rsidP="00F130C2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5FFDF88" w14:textId="77777777" w:rsidR="00CA0318" w:rsidRDefault="00CA0318" w:rsidP="00F130C2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01E0EF7" w14:textId="77777777" w:rsidR="00CA0318" w:rsidRPr="00AC7BFD" w:rsidRDefault="00CA0318" w:rsidP="00F130C2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ADFDFE5" w14:textId="54CE4B9C" w:rsidR="00821F9A" w:rsidRPr="00AC7BFD" w:rsidRDefault="00821F9A" w:rsidP="00F130C2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p w14:paraId="299D3167" w14:textId="23977720" w:rsidR="00821F9A" w:rsidRDefault="00821F9A" w:rsidP="00F130C2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B5DBB4E" w14:textId="77777777" w:rsidR="00CA0318" w:rsidRDefault="00CA0318" w:rsidP="00F130C2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BDD114B" w14:textId="5BF0749E" w:rsidR="00C23C6A" w:rsidRDefault="00C23C6A" w:rsidP="00F130C2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2B6C3BD" w14:textId="61DE867D" w:rsidR="00936FCC" w:rsidRDefault="00936FCC" w:rsidP="00F130C2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0DA523C" w14:textId="3AD78A47" w:rsidR="00936FCC" w:rsidRDefault="00936FCC" w:rsidP="00F130C2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9E0973D" w14:textId="3816EA02" w:rsidR="00936FCC" w:rsidRDefault="00936FCC" w:rsidP="00F130C2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21C2977" w14:textId="26ED82F4" w:rsidR="00936FCC" w:rsidRDefault="00936FCC" w:rsidP="00F130C2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0C57F9E" w14:textId="1EAC15F8" w:rsidR="00936FCC" w:rsidRDefault="00936FCC" w:rsidP="00F130C2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AD39832" w14:textId="77777777" w:rsidR="00936FCC" w:rsidRDefault="00936FCC" w:rsidP="00F130C2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146A1AB" w14:textId="77777777" w:rsidR="00CA0318" w:rsidRDefault="00CA0318" w:rsidP="00F130C2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4771CE0" w14:textId="7E42112E" w:rsidR="00F90ADC" w:rsidRDefault="00F90ADC" w:rsidP="00F90ADC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3D902B7" w14:textId="77777777" w:rsidR="00990846" w:rsidRDefault="00990846" w:rsidP="00F90ADC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671F6EA" w14:textId="3DDFF998" w:rsidR="00821F9A" w:rsidRPr="003D1D59" w:rsidRDefault="00821F9A" w:rsidP="00F90ADC">
      <w:pPr>
        <w:jc w:val="center"/>
        <w:rPr>
          <w:rFonts w:ascii="TH SarabunPSK" w:hAnsi="TH SarabunPSK" w:cs="TH SarabunPSK"/>
          <w:b/>
          <w:bCs/>
          <w:color w:val="70AD47" w:themeColor="accent6"/>
          <w:sz w:val="48"/>
          <w:szCs w:val="48"/>
        </w:rPr>
      </w:pPr>
      <w:r w:rsidRPr="003D1D59">
        <w:rPr>
          <w:rFonts w:ascii="TH SarabunPSK" w:hAnsi="TH SarabunPSK" w:cs="TH SarabunPSK" w:hint="cs"/>
          <w:b/>
          <w:bCs/>
          <w:color w:val="70AD47" w:themeColor="accent6"/>
          <w:sz w:val="48"/>
          <w:szCs w:val="48"/>
          <w:cs/>
        </w:rPr>
        <w:lastRenderedPageBreak/>
        <w:t>ข้อมูลพื้นฐานของสถานศึกษา</w:t>
      </w:r>
    </w:p>
    <w:p w14:paraId="5D1A1512" w14:textId="77777777" w:rsidR="00D84C9B" w:rsidRPr="00B157E3" w:rsidRDefault="00D84C9B" w:rsidP="00F90FA2">
      <w:pPr>
        <w:pStyle w:val="p1"/>
        <w:jc w:val="thaiDistribute"/>
        <w:rPr>
          <w:color w:val="538135" w:themeColor="accent6" w:themeShade="BF"/>
          <w:sz w:val="36"/>
          <w:szCs w:val="36"/>
        </w:rPr>
      </w:pPr>
      <w:r w:rsidRPr="00B157E3">
        <w:rPr>
          <w:rFonts w:hint="cs"/>
          <w:b/>
          <w:bCs/>
          <w:color w:val="538135" w:themeColor="accent6" w:themeShade="BF"/>
          <w:sz w:val="36"/>
          <w:szCs w:val="36"/>
          <w:cs/>
        </w:rPr>
        <w:t>ประวัติความเป็นมาของสถานศึกษา</w:t>
      </w:r>
    </w:p>
    <w:p w14:paraId="251AF50E" w14:textId="7E1E8518" w:rsidR="004D6147" w:rsidRPr="00E132A9" w:rsidRDefault="00D84C9B" w:rsidP="004D6147">
      <w:pPr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F90FA2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 w:rsidR="00936FCC">
        <w:rPr>
          <w:rFonts w:ascii="TH SarabunPSK" w:hAnsi="TH SarabunPSK" w:cs="TH SarabunPSK" w:hint="cs"/>
          <w:sz w:val="32"/>
          <w:szCs w:val="32"/>
          <w:cs/>
        </w:rPr>
        <w:t xml:space="preserve">บ้านนาสีนวน </w:t>
      </w:r>
      <w:r w:rsidRPr="00F90FA2">
        <w:rPr>
          <w:rFonts w:ascii="TH SarabunPSK" w:hAnsi="TH SarabunPSK" w:cs="TH SarabunPSK" w:hint="cs"/>
          <w:sz w:val="32"/>
          <w:szCs w:val="32"/>
          <w:cs/>
        </w:rPr>
        <w:t>(</w:t>
      </w:r>
      <w:r w:rsidR="00936FCC">
        <w:rPr>
          <w:rFonts w:ascii="TH SarabunPSK" w:hAnsi="TH SarabunPSK" w:cs="TH SarabunPSK"/>
          <w:sz w:val="32"/>
          <w:szCs w:val="32"/>
        </w:rPr>
        <w:t xml:space="preserve">Ban </w:t>
      </w:r>
      <w:proofErr w:type="spellStart"/>
      <w:r w:rsidR="00936FCC">
        <w:rPr>
          <w:rFonts w:ascii="TH SarabunPSK" w:hAnsi="TH SarabunPSK" w:cs="TH SarabunPSK"/>
          <w:sz w:val="32"/>
          <w:szCs w:val="32"/>
        </w:rPr>
        <w:t>naseenuan</w:t>
      </w:r>
      <w:proofErr w:type="spellEnd"/>
      <w:r w:rsidRPr="00F90FA2">
        <w:rPr>
          <w:rFonts w:ascii="TH SarabunPSK" w:hAnsi="TH SarabunPSK" w:cs="TH SarabunPSK" w:hint="cs"/>
          <w:sz w:val="32"/>
          <w:szCs w:val="32"/>
        </w:rPr>
        <w:t xml:space="preserve"> School) </w:t>
      </w:r>
      <w:r w:rsidR="00936FCC">
        <w:rPr>
          <w:rFonts w:ascii="TH SarabunPSK" w:hAnsi="TH SarabunPSK" w:cs="TH SarabunPSK"/>
          <w:sz w:val="32"/>
          <w:szCs w:val="32"/>
        </w:rPr>
        <w:t xml:space="preserve"> </w:t>
      </w:r>
      <w:r w:rsidR="004D6147"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เดิมตั้งอยู่ที่วัดบ้านนาสีนวน  เป็นสาขาของโรงเรียนบ้านตำแย  ตั้งเป็นเอกเทศเมื่อวันที่  7  เดือนตุลาคม  พ.ศ.  2484  ชื่อว่าโรงเรียนประจำตำบลโคกพระ  11 (วัดบ้านนาสีนวน) มีนายจันทร์  ไชยสมบัติ  เป็นครูใหญ่  โรงเรียนบ้านนาสีนวนได้รับการเปลี่ยนแปลงและพัฒนาที่สำคัญจนถึงปัจจุบัน  ดังนี้</w:t>
      </w:r>
    </w:p>
    <w:p w14:paraId="1637E252" w14:textId="77777777" w:rsidR="004D6147" w:rsidRPr="00E132A9" w:rsidRDefault="004D6147" w:rsidP="004D6147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132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ปีการศึกษา  2521  โรงเรียนได้เปลี่ยนหลักสูตรการจัดการเรียนการสอนใหม่  จากหลักสูตรประถมศึกษา  2503  มาเป็นหลักสูตรประถมศึกษาพุทธศักราช  2521  โดยเริ่มจากชั้นประถมศึกษาปีที่  1  และใช้หลักสูตรใหม่ถึงชั้นประถมศึกษาปีที่  6  ในปีการศึกษา  2526  </w:t>
      </w:r>
    </w:p>
    <w:p w14:paraId="78F21B28" w14:textId="77777777" w:rsidR="004D6147" w:rsidRPr="00E132A9" w:rsidRDefault="004D6147" w:rsidP="004D6147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132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เมื่อวันที่  1  ตุลาคม  พ.ศ.  2523  ทางราชการได้โอนโรงเรียนประถมศึกษาจากองค์การบริหารส่วนจังหวัด  สังกัดสำนักงานการประถมศึกษาแห่งชาติ  กระทรวงศึกษาธิการ  โรงเรียนบ้านนาสีนวนจึงได้โอนจากองค์การบริหารส่วนจังหวัดมหาสารคามมาสังกัดสำนักงานการประถมศึกษาอำเภอกันทรวิชัย  สำนักงานการประถมศึกษาจังหวัดมหาสารคาม  สำนักงานการประถมศึกษาแห่งชาติ  กระทรวงศึกษาธิการ</w:t>
      </w:r>
    </w:p>
    <w:p w14:paraId="7B08D6A6" w14:textId="77777777" w:rsidR="004D6147" w:rsidRPr="00E132A9" w:rsidRDefault="004D6147" w:rsidP="004D6147">
      <w:pPr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132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เมื่อวันที่ 24 กันยายน พ.ศ. 2533 โรงเรียนได้รับงบประมาณจากโครงการน้ำพระทัยจากในหลวง  (โครงการอีสานเขียว)  โรงเรียนได้จัดทำโครงการเลี้ยงโคเนื้อ  เพื่อสนับสนุนอาหารกลางวัน  และทางราชการได้ย้ายนายสงบ  บูรพันธ์  มาดำรงตำแหน่งอาจารย์ใหญ่  เมื่อวันที่  27  พฤศจิกายน  พ.ศ.  2533</w:t>
      </w:r>
    </w:p>
    <w:p w14:paraId="1D1F87BB" w14:textId="77777777" w:rsidR="004D6147" w:rsidRPr="00E132A9" w:rsidRDefault="004D6147" w:rsidP="004D6147">
      <w:pPr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เมื่อวันที่  17  เดือนกุมภาพันธ์  พ.ศ.  2534  ได้ต่อเติมชั้นล่างอาคาร  2  (อาคารแบบ ป1 ฉ  พื้นสูง)  โดยงบบริจาคของคณะครู  ผู้ปกครองนักเรียน  จำนวน  4  ห้องเรียน  เพื่อแก้ไขปัญหาขาดแคลนห้องเรียน  </w:t>
      </w:r>
    </w:p>
    <w:p w14:paraId="5DA6DA49" w14:textId="4182E1DD" w:rsidR="004D6147" w:rsidRPr="00E132A9" w:rsidRDefault="004D6147" w:rsidP="004D6147">
      <w:pPr>
        <w:ind w:firstLine="720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 1 พฤษภาคม  พ.ศ.  2535  ได้ก่อสร้างรั้วกำแพงด้านหน้าโรงเรียน  เพื่อป้องกันมลภาวะทางเ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สียงจากรถยนต์เพื่อความสวยงาม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และความปลอดภัยของนักเรียนโดยงบประมาณบริจาคของคณะครู  ผู้ปกครองนักเรียน  และประชาชนผู้มีจิตศรัทธา</w:t>
      </w:r>
    </w:p>
    <w:p w14:paraId="65111C0D" w14:textId="77777777" w:rsidR="004D6147" w:rsidRPr="00E132A9" w:rsidRDefault="004D6147" w:rsidP="004D6147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  25  กรกฎาคม  พ.ศ.  2536  ได้ก่อสร้างอาคารเรียนแบบ  สปช</w:t>
      </w:r>
      <w:r w:rsidRPr="00E132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105 / 29  จำนวน  4  ห้องเรียน  โดยงบประมาณของทางราชการ</w:t>
      </w:r>
    </w:p>
    <w:p w14:paraId="5C6E1063" w14:textId="77777777" w:rsidR="004D6147" w:rsidRPr="00E132A9" w:rsidRDefault="004D6147" w:rsidP="004D6147">
      <w:pPr>
        <w:ind w:firstLine="720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ปีการศึกษา 2540 โรงเรียนได้รับอนุมัติเข้าร่วมโครงการโรงเรียนปฏิรูปการศึกษา  โดยการปฏิรูปการบริหารจัดการให้มีประสิทธิภาพจัดทำระบบประกันคุณภาพการศึกษาปฏิรูปการจัดการเรียนการสอนอาคารสถานที่  โดยจัดทำห้องคอมพิวเตอร์  ห้องปฏิบัติการทางภาษา  ห้องปฏิบัติการทางวิทยาศาสตร์  ทาสีอาคารเรียนใหม่  และปรับปรุงภูมิทัศน์ในโรงเรียนให้เอื้อต่อการเรียน</w:t>
      </w:r>
    </w:p>
    <w:p w14:paraId="057794DD" w14:textId="061B1AA1" w:rsidR="004D6147" w:rsidRPr="00E132A9" w:rsidRDefault="004D6147" w:rsidP="004D6147">
      <w:pPr>
        <w:ind w:firstLine="720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ในปีการศึกษา 2546  โรงเรียนได้ใช้หลักสูตรการศึกษาขั้นพื้นฐาน  สถานศึกษาบ้านนาสีนวน  พ.ศ.  2546  เพื่อให้สอดคล้องกับหลักสูตรการศึกษาขั้นพื้นฐาน  พ.ศ.  2546  วันที่  7  กรกฎาคม  พ.ศ.  2546  โรงเรียนได้โอนไปสังกัดสำนักงานเขตพื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้นที่การศึกษามหาสารคาม เขต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1 ตาม พ.ร.บ. ระเบียบบริหารกระทรวงศึกษาธิการ </w:t>
      </w:r>
    </w:p>
    <w:p w14:paraId="57968F2B" w14:textId="4D99F6D6" w:rsidR="004D6147" w:rsidRPr="00E132A9" w:rsidRDefault="004D6147" w:rsidP="004D6147">
      <w:pPr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พ.ศ. 2546</w:t>
      </w:r>
      <w:r w:rsidRPr="00E132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และในปีนี้โรงเรียนยังได้รับการประเมินภายนอก รอบที่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</w:rPr>
        <w:t>1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จากสำนักงานรับรองมาตรฐานและประเมินคุณภาพการศึกษา  ผลการประเมินอยู่ในเกณฑ์ดีทุกด้าน</w:t>
      </w:r>
    </w:p>
    <w:p w14:paraId="45FF36E4" w14:textId="77777777" w:rsidR="004D6147" w:rsidRPr="00E132A9" w:rsidRDefault="004D6147" w:rsidP="004D6147">
      <w:pPr>
        <w:ind w:firstLine="720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พ.ศ. 2547 โรงเรียนได้ดำเนินการปรับปรุงคุณภาพการศึกษาให้ได้มาตรฐานดียิ่งขึ้น  ได้เน้นพัฒนางานวิชาการ  งานประกันคุณภาพ  การพัฒนาหลักสูตรสถานศึกษา  การวัดผลและประเมินผล  การปฏิรูปการเรียนการการพัฒนาแหล่งเรียนรู้  การพัฒนาครูให้มีความรู้ความสามารถในวิชาที่สอน  และวิธีการสอน  เทคนิคการสอน  การวิจัยในชั้นเรียน  นอกจากนั้นยังได้ปรับปรุงพัฒนาระบบบริหารจัดการให้มีประสิทธิภาพยิ่งขึ้น</w:t>
      </w:r>
    </w:p>
    <w:p w14:paraId="6AE9B399" w14:textId="77777777" w:rsidR="004D6147" w:rsidRPr="00E132A9" w:rsidRDefault="004D6147" w:rsidP="004D6147">
      <w:pPr>
        <w:ind w:firstLine="720"/>
        <w:jc w:val="both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lastRenderedPageBreak/>
        <w:t xml:space="preserve">โรงเรียนบ้านนาสีนวน  ได้รับการประเมินภายนอกรอบที่  2  เมื่อวันที่  8-10  มกราคม  พ.ศ.  2550  ผ่านการประเมินทุกมาตรฐานและได้รับรองมาตรฐานการศึกษาจาก (สมศ.) โรงเรียนได้เข้าร่วมโครงการหนึ่งอำเภอหนึ่งโรงเรียนในฝัน รุ่นที่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2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(โรงเรียนดีใกล้บ้าน) </w:t>
      </w:r>
    </w:p>
    <w:p w14:paraId="229BEE91" w14:textId="77777777" w:rsidR="004D6147" w:rsidRPr="00E132A9" w:rsidRDefault="004D6147" w:rsidP="004D6147">
      <w:pPr>
        <w:ind w:firstLine="720"/>
        <w:jc w:val="both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เมื่อวันที่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27 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ธันวาคม 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2550 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นายสงบ  บูรพันธ์  ผู้อำนวยการโรงเรียนได้ย้ายไปดำรงตำแหน่งที่โรงเรียนบ้านหนอง</w:t>
      </w:r>
      <w:proofErr w:type="spellStart"/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อุ่ม</w:t>
      </w:r>
      <w:proofErr w:type="spellEnd"/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และนายประภาษ  รันศรี  ได้ย้ายมาดำรงตำแหน่งแทน</w:t>
      </w:r>
    </w:p>
    <w:p w14:paraId="531BFF6D" w14:textId="77777777" w:rsidR="004D6147" w:rsidRPr="00E132A9" w:rsidRDefault="004D6147" w:rsidP="004D6147">
      <w:pPr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32A9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ab/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เมื่อวันที่ 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12 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มีนาคม 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2553 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โรงเรียนได้ผ่านการตรวจเยี่ยมเพื่อรับรองให้เป็นต้นแบบโรงเรียนในฝัน รุ่นที่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2 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โรงเรียนดีใกล้บ้าน โดย ดร.บุญทอง  บุญทวี และคณะ</w:t>
      </w:r>
    </w:p>
    <w:p w14:paraId="7422CEC3" w14:textId="77777777" w:rsidR="004D6147" w:rsidRPr="00E132A9" w:rsidRDefault="004D6147" w:rsidP="004D6147">
      <w:pPr>
        <w:jc w:val="both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E132A9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ab/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เมื่อวันที่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</w:rPr>
        <w:t>15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กุมภาพันธ์ 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</w:rPr>
        <w:t>2558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โรงเรียนได้รับมอบอาคารตุ้มโฮมภูมิปัญญานาสีนวน  จากการออกค่ายของนิสิตมหาวิทยาลัยมหาสารคาม  ร่วมกับมูลนิธิอานิโนะโมะโต๊ะ โดย พลเอกสุทัศน์  กาญจนานนท์กุล  ที่ปรึกษา รมช.ศึกษาธิการ  เป็นประธานในพิธีส่งมอบ</w:t>
      </w:r>
    </w:p>
    <w:p w14:paraId="509E323E" w14:textId="624C1016" w:rsidR="004D6147" w:rsidRPr="00E132A9" w:rsidRDefault="004D6147" w:rsidP="004D6147">
      <w:pPr>
        <w:jc w:val="both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E132A9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ab/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วันที่ 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</w:rPr>
        <w:t>6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มีนาคม 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</w:rPr>
        <w:t>2558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เวลา 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16.00 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น. โรงเรียนถูกวาตภัยอย่างรุนแรงอาคารเรียน ป.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1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ฉ เตี้ย  เสียหายทั้งหลัง  ห้องน้ำห้องส้วม  เสียหาย   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3 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หลัง    ต้นไม้ใหญ่หักโค่น  ชุมชน   และหน่วยงานราชการให้การช่วยเหลือขนย้ายสิ่งของ  และให้การช่วยเหลือตามสมควร</w:t>
      </w:r>
    </w:p>
    <w:p w14:paraId="5FFA5DCC" w14:textId="77777777" w:rsidR="004D6147" w:rsidRPr="00E132A9" w:rsidRDefault="004D6147" w:rsidP="004D6147">
      <w:pPr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32A9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ab/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ปีการศึกษา 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2558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โรงเรียนได้เข้าร่วมโครงการนำร่อง  โครงการลดเวลาเรียน  เพิ่มเวลารู้  ตามนโยบายของรัฐมนตรีว่าการกระทรงศึกษาธิการ และได้ต่อเติมเฉลียงด้านหน้าอาคาร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3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โดยได้รับการสนุนงบประมาณจากชุมชน</w:t>
      </w:r>
    </w:p>
    <w:p w14:paraId="22ED3CD1" w14:textId="77777777" w:rsidR="004D6147" w:rsidRPr="00E132A9" w:rsidRDefault="004D6147" w:rsidP="004D6147">
      <w:pPr>
        <w:jc w:val="both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 วันที่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15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ธันวาคม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2558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ได้รับงบประมาณงบกระตุ้นเศรษฐกิจเทพื้นคอนกรีตถนนด้านหลังอาคารโรงอาหารความยาว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57 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เมตร  งบประมาณ 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</w:rPr>
        <w:t>150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,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000 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บาท</w:t>
      </w:r>
    </w:p>
    <w:p w14:paraId="0242F260" w14:textId="77777777" w:rsidR="004D6147" w:rsidRPr="00E132A9" w:rsidRDefault="004D6147" w:rsidP="004D6147">
      <w:pPr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 วันที่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</w:rPr>
        <w:t>17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มกราคม 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2559 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ได้เทพื้นคอนกรีตหน้าอาคาร โดยเงินบริจาคของคณะครูนักเรียน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</w:rPr>
        <w:t>40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,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000 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บาท</w:t>
      </w:r>
    </w:p>
    <w:p w14:paraId="5D58F52F" w14:textId="77777777" w:rsidR="004D6147" w:rsidRPr="00E132A9" w:rsidRDefault="004D6147" w:rsidP="004D6147">
      <w:pPr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32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วันที่ 1 ธันวาคม 2560 ได้ปรับปรุงซ่อมแซมหลังคา</w:t>
      </w:r>
      <w:proofErr w:type="spellStart"/>
      <w:r w:rsidRPr="00E132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เอนกประสงค์</w:t>
      </w:r>
      <w:proofErr w:type="spellEnd"/>
      <w:r w:rsidRPr="00E132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ซึ่งได้รับงบประมาณจัดสรรจากสำนักงานคณะกรรมการการศึกษาขั้นพื้นฐาน  รับมอบเมื่อวันที่   12  ธันวาคม  2560</w:t>
      </w:r>
    </w:p>
    <w:p w14:paraId="38C301A4" w14:textId="77777777" w:rsidR="004D6147" w:rsidRPr="00E132A9" w:rsidRDefault="004D6147" w:rsidP="004D6147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 วันที่  23 มกราคม 2561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เริ่มก่อสร้างอาคารเรียนหลังใหม่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E132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ซึ่งได้รับงบประมาณจัดสรรจากสำนักงานคณะกรรมการการศึกษาขั้นพื้นฐาน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แบบ สปช.105/29 ปรับปรุง</w:t>
      </w:r>
      <w:r w:rsidRPr="00E132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2  ชั</w:t>
      </w:r>
      <w:r w:rsidRPr="00E132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้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น 4 ห้องเรียน ชั้นล่างโล่ง บันไดขึ้น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2 ข้าง</w:t>
      </w:r>
      <w:r w:rsidRPr="00E132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สร้าง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ทดแทนอาคารเรียน </w:t>
      </w:r>
      <w:r w:rsidRPr="00E132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ป.1 </w:t>
      </w:r>
      <w:r w:rsidRPr="00E132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ฉ เตี้ย</w:t>
      </w:r>
      <w:r w:rsidRPr="00E132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หลังเดิมที่ถูกวาตภัยอย่างรุนแรง  เมื่อวันที่ 6 มีนาคม 2558  รับมอบอาคาร เมื่อวันที่   16   ตุลาคม   2561 </w:t>
      </w:r>
    </w:p>
    <w:p w14:paraId="2C22BAD5" w14:textId="77777777" w:rsidR="004D6147" w:rsidRDefault="004D6147" w:rsidP="004D6147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132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วันที่   28  ธันวาคม   2563   เริ่มก่อสร้าง ส้วมหลังใหม่ ซึ่งได้รับงบประมาณจัดสรรจากสำนักงานคณะกรรมการขั้นพื้นฐานแบบ ส้วม </w:t>
      </w:r>
      <w:proofErr w:type="spellStart"/>
      <w:r w:rsidRPr="00E132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สพฐ</w:t>
      </w:r>
      <w:proofErr w:type="spellEnd"/>
      <w:r w:rsidRPr="00E132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.4 (ห้องส้วม 4 ห้อง)  รับมอบ  เมื่อวันที่   8  มีนาคม   2564 </w:t>
      </w:r>
    </w:p>
    <w:p w14:paraId="4B665771" w14:textId="77777777" w:rsidR="004D6147" w:rsidRDefault="004D6147" w:rsidP="004D6147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A4D9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วันที่  </w:t>
      </w:r>
      <w:r w:rsidRPr="005A4D9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  ตุลาคม  256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4</w:t>
      </w:r>
      <w:r w:rsidRPr="005A4D9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5A4D9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นางชล</w:t>
      </w:r>
      <w:proofErr w:type="spellStart"/>
      <w:r w:rsidRPr="005A4D9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ธิ</w:t>
      </w:r>
      <w:proofErr w:type="spellEnd"/>
      <w:r w:rsidRPr="005A4D9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ชา   บุพชาติ วุฒิการศึกษาสูงสุด   ปริญญาโท  สาขาหลักสูตรและการสอน    โทรศัพท์   0900244105  ย้ายมาดำรงตำแหน่ง</w:t>
      </w:r>
      <w:r w:rsidRPr="005A4D9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ผู้อำนวยการโรงเรียนบ้านนาสีนวน</w:t>
      </w:r>
    </w:p>
    <w:p w14:paraId="303570A1" w14:textId="77777777" w:rsidR="004D6147" w:rsidRPr="00E86E4C" w:rsidRDefault="004D6147" w:rsidP="004D6147">
      <w:pPr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86E4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วันที่  1   ตุลาคม  2564  นายปฏิวัติ  ภักดีกุล  วุฒิการศึกษา  ปริญญาตรี (วทบ.เทคโนโลยีการเกษตร</w:t>
      </w:r>
    </w:p>
    <w:p w14:paraId="0D2E9D85" w14:textId="77777777" w:rsidR="004D6147" w:rsidRPr="00E86E4C" w:rsidRDefault="004D6147" w:rsidP="004D6147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86E4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ย้ายมาดำรงตำแหน่ง ครู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คศ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.1 </w:t>
      </w:r>
      <w:r w:rsidRPr="00E86E4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โรงเรียนบ้านนาสีนวน</w:t>
      </w:r>
    </w:p>
    <w:p w14:paraId="505DA04D" w14:textId="0DEF5027" w:rsidR="004D6147" w:rsidRPr="0059329D" w:rsidRDefault="004D6147" w:rsidP="004D6147">
      <w:pPr>
        <w:pStyle w:val="af2"/>
        <w:rPr>
          <w:rFonts w:ascii="TH SarabunPSK" w:hAnsi="TH SarabunPSK" w:cs="TH SarabunPSK"/>
          <w:color w:val="000000" w:themeColor="text1"/>
          <w:szCs w:val="32"/>
        </w:rPr>
      </w:pPr>
      <w:r w:rsidRPr="005A4D9C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          วันที่   </w:t>
      </w:r>
      <w:r w:rsidRPr="005A4D9C">
        <w:rPr>
          <w:rFonts w:ascii="TH SarabunIT๙" w:hAnsi="TH SarabunIT๙" w:cs="TH SarabunIT๙" w:hint="cs"/>
          <w:color w:val="000000" w:themeColor="text1"/>
          <w:sz w:val="32"/>
          <w:szCs w:val="32"/>
          <w:rtl/>
          <w:cs/>
        </w:rPr>
        <w:t xml:space="preserve">24  </w:t>
      </w:r>
      <w:r w:rsidRPr="005A4D9C">
        <w:rPr>
          <w:rFonts w:ascii="TH SarabunIT๙" w:hAnsi="TH SarabunIT๙" w:cs="TH SarabunIT๙" w:hint="cs"/>
          <w:color w:val="000000" w:themeColor="text1"/>
          <w:sz w:val="32"/>
          <w:szCs w:val="32"/>
          <w:rtl/>
          <w:cs/>
          <w:lang w:bidi="th-TH"/>
        </w:rPr>
        <w:t xml:space="preserve">มิถุนายน   </w:t>
      </w:r>
      <w:r w:rsidRPr="005A4D9C">
        <w:rPr>
          <w:rFonts w:ascii="TH SarabunIT๙" w:hAnsi="TH SarabunIT๙" w:cs="TH SarabunIT๙" w:hint="cs"/>
          <w:color w:val="000000" w:themeColor="text1"/>
          <w:sz w:val="32"/>
          <w:szCs w:val="32"/>
          <w:rtl/>
          <w:cs/>
        </w:rPr>
        <w:t xml:space="preserve">2565     </w:t>
      </w:r>
      <w:r w:rsidRPr="005A4D9C">
        <w:rPr>
          <w:rFonts w:ascii="TH SarabunIT๙" w:hAnsi="TH SarabunIT๙" w:cs="TH SarabunIT๙" w:hint="cs"/>
          <w:color w:val="000000" w:themeColor="text1"/>
          <w:sz w:val="32"/>
          <w:szCs w:val="32"/>
          <w:rtl/>
          <w:cs/>
          <w:lang w:bidi="th-TH"/>
        </w:rPr>
        <w:t>โรงเรียนบ้านาสีนวน ได้ขออนุญาตดำเนินการรื้อถอน</w:t>
      </w:r>
      <w:r w:rsidRPr="005A4D9C">
        <w:rPr>
          <w:rFonts w:ascii="TH SarabunPSK" w:hAnsi="TH SarabunPSK" w:cs="TH SarabunPSK" w:hint="cs"/>
          <w:color w:val="000000" w:themeColor="text1"/>
          <w:szCs w:val="32"/>
          <w:cs/>
          <w:lang w:bidi="th-TH"/>
        </w:rPr>
        <w:t xml:space="preserve">อาคารเรียนหลังที่ </w:t>
      </w:r>
      <w:r w:rsidRPr="008920F9">
        <w:rPr>
          <w:rFonts w:ascii="TH SarabunIT๙" w:hAnsi="TH SarabunIT๙" w:cs="TH SarabunIT๙"/>
          <w:color w:val="000000" w:themeColor="text1"/>
          <w:szCs w:val="32"/>
          <w:rtl/>
          <w:cs/>
        </w:rPr>
        <w:t xml:space="preserve">3 </w:t>
      </w:r>
      <w:r w:rsidRPr="008920F9">
        <w:rPr>
          <w:rFonts w:ascii="TH SarabunIT๙" w:hAnsi="TH SarabunIT๙" w:cs="TH SarabunIT๙"/>
          <w:color w:val="000000" w:themeColor="text1"/>
          <w:szCs w:val="32"/>
          <w:rtl/>
          <w:cs/>
          <w:lang w:bidi="th-TH"/>
        </w:rPr>
        <w:t>แบบ ป</w:t>
      </w:r>
      <w:r w:rsidRPr="008920F9">
        <w:rPr>
          <w:rFonts w:ascii="TH SarabunIT๙" w:hAnsi="TH SarabunIT๙" w:cs="TH SarabunIT๙"/>
          <w:color w:val="000000" w:themeColor="text1"/>
          <w:szCs w:val="32"/>
          <w:rtl/>
          <w:cs/>
        </w:rPr>
        <w:t>.</w:t>
      </w:r>
      <w:r w:rsidRPr="008920F9">
        <w:rPr>
          <w:rFonts w:ascii="TH SarabunIT๙" w:hAnsi="TH SarabunIT๙" w:cs="TH SarabunIT๙"/>
          <w:color w:val="000000" w:themeColor="text1"/>
          <w:szCs w:val="32"/>
          <w:cs/>
        </w:rPr>
        <w:t xml:space="preserve">1 </w:t>
      </w:r>
      <w:r w:rsidRPr="008920F9">
        <w:rPr>
          <w:rFonts w:ascii="TH SarabunIT๙" w:hAnsi="TH SarabunIT๙" w:cs="TH SarabunIT๙"/>
          <w:color w:val="000000" w:themeColor="text1"/>
          <w:szCs w:val="32"/>
          <w:cs/>
          <w:lang w:bidi="th-TH"/>
        </w:rPr>
        <w:t xml:space="preserve">ฉ พื้นสูง  </w:t>
      </w:r>
      <w:r w:rsidRPr="008920F9">
        <w:rPr>
          <w:rFonts w:ascii="TH SarabunIT๙" w:hAnsi="TH SarabunIT๙" w:cs="TH SarabunIT๙"/>
          <w:color w:val="000000" w:themeColor="text1"/>
          <w:szCs w:val="32"/>
          <w:rtl/>
          <w:cs/>
        </w:rPr>
        <w:t>3</w:t>
      </w:r>
      <w:r w:rsidRPr="005A4D9C">
        <w:rPr>
          <w:rFonts w:ascii="TH SarabunPSK" w:hAnsi="TH SarabunPSK" w:cs="TH SarabunPSK" w:hint="cs"/>
          <w:color w:val="000000" w:themeColor="text1"/>
          <w:szCs w:val="32"/>
          <w:cs/>
          <w:lang w:bidi="th-TH"/>
        </w:rPr>
        <w:t xml:space="preserve"> เมตร อาคารครึ่งตึกครึ่งไม้  มีความชำรุดทรุดโทรม และหากปล่อยทิ้งไว้อาจเป็นอันตรายแก่นักเร</w:t>
      </w:r>
      <w:r w:rsidR="00685726">
        <w:rPr>
          <w:rFonts w:ascii="TH SarabunPSK" w:hAnsi="TH SarabunPSK" w:cs="TH SarabunPSK" w:hint="cs"/>
          <w:color w:val="000000" w:themeColor="text1"/>
          <w:szCs w:val="32"/>
          <w:cs/>
          <w:lang w:bidi="th-TH"/>
        </w:rPr>
        <w:t>ียนและบุคลากรของโรงเรียน จำนวน ๑</w:t>
      </w:r>
      <w:r w:rsidRPr="005A4D9C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5A4D9C">
        <w:rPr>
          <w:rFonts w:ascii="TH SarabunPSK" w:hAnsi="TH SarabunPSK" w:cs="TH SarabunPSK" w:hint="cs"/>
          <w:color w:val="000000" w:themeColor="text1"/>
          <w:szCs w:val="32"/>
          <w:cs/>
          <w:lang w:bidi="th-TH"/>
        </w:rPr>
        <w:t>หลัง</w:t>
      </w:r>
      <w:r w:rsidRPr="00E132A9">
        <w:rPr>
          <w:rFonts w:ascii="TH SarabunIT๙" w:hAnsi="TH SarabunIT๙" w:cs="TH SarabunIT๙" w:hint="cs"/>
          <w:color w:val="000000" w:themeColor="text1"/>
          <w:sz w:val="32"/>
          <w:szCs w:val="32"/>
          <w:rtl/>
          <w:cs/>
        </w:rPr>
        <w:t xml:space="preserve">            </w:t>
      </w:r>
    </w:p>
    <w:p w14:paraId="32DB9186" w14:textId="5657FF62" w:rsidR="004D6147" w:rsidRDefault="004D6147" w:rsidP="004D6147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32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โรงเรียนบ้านนาสีนวน  มีนโยบายที่จะจัดการศึกษาเพื่อพัฒนาผู้เรียนให้เป็นมนุษย์ที่สมบูรณ์ทั้งร่างกาย จิตใจ สติปัญญา ความรู้และคุณธรรม  มีจริยธรรมและวัฒนธรรมในการดำรงชีวิตสามารถอยู่ร่วมกับผู้อื่นได้อย่างมีความสุขตามหลักปรัชญาของเศรษฐกิจพอเพียง</w:t>
      </w:r>
    </w:p>
    <w:p w14:paraId="08ED2D58" w14:textId="77777777" w:rsidR="00685726" w:rsidRDefault="00685726" w:rsidP="004D6147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FF2E4D1" w14:textId="17E170CC" w:rsidR="00D84C9B" w:rsidRPr="00AC7BFD" w:rsidRDefault="00D84C9B" w:rsidP="004D6147">
      <w:pPr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440E940" w14:textId="77777777" w:rsidR="00821F9A" w:rsidRPr="00B157E3" w:rsidRDefault="00821F9A" w:rsidP="00821F9A">
      <w:pPr>
        <w:rPr>
          <w:rFonts w:ascii="TH SarabunPSK" w:hAnsi="TH SarabunPSK" w:cs="TH SarabunPSK"/>
          <w:b/>
          <w:bCs/>
          <w:color w:val="538135" w:themeColor="accent6" w:themeShade="BF"/>
          <w:sz w:val="40"/>
          <w:szCs w:val="40"/>
        </w:rPr>
      </w:pPr>
      <w:r w:rsidRPr="00B157E3">
        <w:rPr>
          <w:rFonts w:ascii="TH SarabunPSK" w:hAnsi="TH SarabunPSK" w:cs="TH SarabunPSK" w:hint="cs"/>
          <w:b/>
          <w:bCs/>
          <w:color w:val="538135" w:themeColor="accent6" w:themeShade="BF"/>
          <w:sz w:val="40"/>
          <w:szCs w:val="40"/>
          <w:cs/>
        </w:rPr>
        <w:lastRenderedPageBreak/>
        <w:t>ข้อมูลทั่วไป</w:t>
      </w:r>
      <w:r w:rsidRPr="00B157E3">
        <w:rPr>
          <w:rFonts w:ascii="TH SarabunPSK" w:hAnsi="TH SarabunPSK" w:cs="TH SarabunPSK" w:hint="cs"/>
          <w:b/>
          <w:bCs/>
          <w:color w:val="538135" w:themeColor="accent6" w:themeShade="BF"/>
          <w:sz w:val="40"/>
          <w:szCs w:val="40"/>
        </w:rPr>
        <w:t xml:space="preserve"> </w:t>
      </w:r>
    </w:p>
    <w:p w14:paraId="09410ABE" w14:textId="47FDDD04" w:rsidR="00821F9A" w:rsidRPr="00AC7BFD" w:rsidRDefault="00821F9A" w:rsidP="00821F9A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248DB">
        <w:rPr>
          <w:rFonts w:ascii="TH SarabunPSK" w:hAnsi="TH SarabunPSK" w:cs="TH SarabunPSK" w:hint="cs"/>
          <w:b/>
          <w:bCs/>
          <w:color w:val="538135" w:themeColor="accent6" w:themeShade="BF"/>
          <w:sz w:val="32"/>
          <w:szCs w:val="32"/>
          <w:cs/>
        </w:rPr>
        <w:t>ชื่อโรงเรียน</w:t>
      </w:r>
      <w:r w:rsidRPr="008248DB">
        <w:rPr>
          <w:rFonts w:ascii="TH SarabunPSK" w:hAnsi="TH SarabunPSK" w:cs="TH SarabunPSK" w:hint="cs"/>
          <w:color w:val="538135" w:themeColor="accent6" w:themeShade="BF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="00B157E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="004D614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บ้านนาสีนวน</w:t>
      </w:r>
    </w:p>
    <w:p w14:paraId="1F45C596" w14:textId="31369D84" w:rsidR="00821F9A" w:rsidRPr="00AC7BFD" w:rsidRDefault="00821F9A" w:rsidP="00821F9A">
      <w:pPr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248DB">
        <w:rPr>
          <w:rFonts w:ascii="TH SarabunPSK" w:hAnsi="TH SarabunPSK" w:cs="TH SarabunPSK" w:hint="cs"/>
          <w:b/>
          <w:bCs/>
          <w:color w:val="538135" w:themeColor="accent6" w:themeShade="BF"/>
          <w:sz w:val="32"/>
          <w:szCs w:val="32"/>
          <w:cs/>
        </w:rPr>
        <w:t>ที่อยู่</w:t>
      </w:r>
      <w:r w:rsidRPr="008248DB">
        <w:rPr>
          <w:rFonts w:ascii="TH SarabunPSK" w:hAnsi="TH SarabunPSK" w:cs="TH SarabunPSK" w:hint="cs"/>
          <w:color w:val="538135" w:themeColor="accent6" w:themeShade="BF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="00B157E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หมู่ </w:t>
      </w:r>
      <w:r w:rsidR="0068572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๑๗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ตำบล</w:t>
      </w:r>
      <w:r w:rsidR="004D614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นาสีนวน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อำเภอ</w:t>
      </w:r>
      <w:r w:rsidR="004D614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นาสีนวน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จังหวัด</w:t>
      </w:r>
      <w:r w:rsidR="004D614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มหาสารคาม</w:t>
      </w:r>
      <w:r w:rsidR="008B3A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4D614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รหัสไปรษณีย์ ๔๔๑๕</w:t>
      </w:r>
      <w:r w:rsidR="00782D3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๐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</w:p>
    <w:p w14:paraId="52B9C590" w14:textId="3A111D27" w:rsidR="00821F9A" w:rsidRPr="00AC7BFD" w:rsidRDefault="00821F9A" w:rsidP="00821F9A">
      <w:pPr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248DB">
        <w:rPr>
          <w:rFonts w:ascii="TH SarabunPSK" w:hAnsi="TH SarabunPSK" w:cs="TH SarabunPSK" w:hint="cs"/>
          <w:b/>
          <w:bCs/>
          <w:color w:val="538135" w:themeColor="accent6" w:themeShade="BF"/>
          <w:sz w:val="32"/>
          <w:szCs w:val="32"/>
          <w:cs/>
        </w:rPr>
        <w:t>สังกัด</w:t>
      </w:r>
      <w:r w:rsidRPr="008248DB">
        <w:rPr>
          <w:rFonts w:ascii="TH SarabunPSK" w:hAnsi="TH SarabunPSK" w:cs="TH SarabunPSK" w:hint="cs"/>
          <w:color w:val="538135" w:themeColor="accent6" w:themeShade="BF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B157E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สำนักงานเขตพื้นที่การศึกษา</w:t>
      </w:r>
      <w:r w:rsidR="008B3A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ประถมศึกษา</w:t>
      </w:r>
      <w:r w:rsidR="004D614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มหาสารคาม เขต ๑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</w:p>
    <w:p w14:paraId="3BDCF663" w14:textId="07AE2783" w:rsidR="00821F9A" w:rsidRPr="00AC7BFD" w:rsidRDefault="00821F9A" w:rsidP="00821F9A">
      <w:pPr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248DB">
        <w:rPr>
          <w:rFonts w:ascii="TH SarabunPSK" w:hAnsi="TH SarabunPSK" w:cs="TH SarabunPSK" w:hint="cs"/>
          <w:b/>
          <w:bCs/>
          <w:color w:val="538135" w:themeColor="accent6" w:themeShade="BF"/>
          <w:sz w:val="32"/>
          <w:szCs w:val="32"/>
          <w:cs/>
        </w:rPr>
        <w:t>โทรศัพท์</w:t>
      </w:r>
      <w:r w:rsidRPr="008248DB">
        <w:rPr>
          <w:rFonts w:ascii="TH SarabunPSK" w:hAnsi="TH SarabunPSK" w:cs="TH SarabunPSK" w:hint="cs"/>
          <w:color w:val="538135" w:themeColor="accent6" w:themeShade="BF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B157E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๐๙๐ - ๐๒๔๔๑๐๕</w:t>
      </w:r>
    </w:p>
    <w:p w14:paraId="26E4FBF9" w14:textId="79B5EE87" w:rsidR="00821F9A" w:rsidRDefault="0021202C" w:rsidP="00821F9A">
      <w:pPr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</w:rPr>
        <w:t>Facebook</w:t>
      </w:r>
      <w:r>
        <w:rPr>
          <w:rFonts w:ascii="TH SarabunPSK" w:hAnsi="TH SarabunPSK" w:cs="TH SarabunPSK" w:hint="cs"/>
          <w:color w:val="538135" w:themeColor="accent6" w:themeShade="BF"/>
          <w:sz w:val="32"/>
          <w:szCs w:val="32"/>
        </w:rPr>
        <w:t xml:space="preserve"> </w:t>
      </w:r>
      <w:r w:rsidR="00D84C9B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B157E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="001301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โรงเรียนบ้านนาสีนวน สพป.มหาสารคามเขต ๑</w:t>
      </w:r>
    </w:p>
    <w:p w14:paraId="7E903973" w14:textId="341E44D0" w:rsidR="00B157E3" w:rsidRPr="00AC7BFD" w:rsidRDefault="001301DB" w:rsidP="001301DB">
      <w:pPr>
        <w:tabs>
          <w:tab w:val="left" w:pos="1728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</w:rPr>
        <w:t>Naseenuan</w:t>
      </w:r>
      <w:proofErr w:type="spellEnd"/>
      <w:r w:rsidRPr="00F90FA2">
        <w:rPr>
          <w:rFonts w:ascii="TH SarabunPSK" w:hAnsi="TH SarabunPSK" w:cs="TH SarabunPSK" w:hint="cs"/>
          <w:sz w:val="32"/>
          <w:szCs w:val="32"/>
        </w:rPr>
        <w:t xml:space="preserve"> School</w:t>
      </w:r>
    </w:p>
    <w:p w14:paraId="39A3484A" w14:textId="3F4B24BA" w:rsidR="00D84C9B" w:rsidRPr="00AC7BFD" w:rsidRDefault="00821F9A" w:rsidP="002D3244">
      <w:pPr>
        <w:pStyle w:val="p1"/>
        <w:tabs>
          <w:tab w:val="left" w:pos="5945"/>
        </w:tabs>
        <w:rPr>
          <w:color w:val="000000" w:themeColor="text1"/>
          <w:sz w:val="32"/>
          <w:szCs w:val="32"/>
        </w:rPr>
      </w:pPr>
      <w:r w:rsidRPr="008248DB">
        <w:rPr>
          <w:rFonts w:hint="cs"/>
          <w:b/>
          <w:bCs/>
          <w:color w:val="538135" w:themeColor="accent6" w:themeShade="BF"/>
          <w:sz w:val="32"/>
          <w:szCs w:val="32"/>
          <w:cs/>
        </w:rPr>
        <w:t>เปิดสอนระดับชั้น</w:t>
      </w:r>
      <w:r w:rsidR="00B157E3">
        <w:rPr>
          <w:rFonts w:hint="cs"/>
          <w:b/>
          <w:bCs/>
          <w:color w:val="538135" w:themeColor="accent6" w:themeShade="BF"/>
          <w:sz w:val="32"/>
          <w:szCs w:val="32"/>
          <w:cs/>
        </w:rPr>
        <w:t xml:space="preserve"> </w:t>
      </w:r>
      <w:r w:rsidRPr="008248DB">
        <w:rPr>
          <w:rFonts w:hint="cs"/>
          <w:color w:val="538135" w:themeColor="accent6" w:themeShade="BF"/>
          <w:sz w:val="32"/>
          <w:szCs w:val="32"/>
          <w:cs/>
        </w:rPr>
        <w:t xml:space="preserve"> </w:t>
      </w:r>
      <w:r w:rsidRPr="00AC7BFD">
        <w:rPr>
          <w:rFonts w:hint="cs"/>
          <w:color w:val="000000" w:themeColor="text1"/>
          <w:sz w:val="32"/>
          <w:szCs w:val="32"/>
          <w:cs/>
        </w:rPr>
        <w:t>อนุบา</w:t>
      </w:r>
      <w:r w:rsidR="00D84C9B" w:rsidRPr="00AC7BFD">
        <w:rPr>
          <w:rFonts w:hint="cs"/>
          <w:color w:val="000000" w:themeColor="text1"/>
          <w:sz w:val="32"/>
          <w:szCs w:val="32"/>
          <w:cs/>
        </w:rPr>
        <w:t>ล</w:t>
      </w:r>
      <w:r w:rsidRPr="00AC7BFD">
        <w:rPr>
          <w:rFonts w:hint="cs"/>
          <w:color w:val="000000" w:themeColor="text1"/>
          <w:sz w:val="32"/>
          <w:szCs w:val="32"/>
          <w:cs/>
        </w:rPr>
        <w:t xml:space="preserve"> ๒ ถึงระดับชั้น </w:t>
      </w:r>
      <w:r w:rsidR="00D84C9B" w:rsidRPr="00AC7BFD">
        <w:rPr>
          <w:rFonts w:hint="cs"/>
          <w:color w:val="000000" w:themeColor="text1"/>
          <w:sz w:val="32"/>
          <w:szCs w:val="32"/>
          <w:cs/>
        </w:rPr>
        <w:t>ประถม</w:t>
      </w:r>
      <w:r w:rsidRPr="00AC7BFD">
        <w:rPr>
          <w:rFonts w:hint="cs"/>
          <w:color w:val="000000" w:themeColor="text1"/>
          <w:sz w:val="32"/>
          <w:szCs w:val="32"/>
          <w:cs/>
        </w:rPr>
        <w:t>ศึกษาปีที่ ๖</w:t>
      </w:r>
      <w:r w:rsidRPr="00AC7BFD">
        <w:rPr>
          <w:rFonts w:hint="cs"/>
          <w:color w:val="000000" w:themeColor="text1"/>
          <w:sz w:val="32"/>
          <w:szCs w:val="32"/>
        </w:rPr>
        <w:t xml:space="preserve"> </w:t>
      </w:r>
      <w:r w:rsidR="002D3244">
        <w:rPr>
          <w:color w:val="000000" w:themeColor="text1"/>
          <w:sz w:val="32"/>
          <w:szCs w:val="32"/>
        </w:rPr>
        <w:tab/>
      </w:r>
    </w:p>
    <w:p w14:paraId="199577A8" w14:textId="77777777" w:rsidR="00B157E3" w:rsidRDefault="00821F9A" w:rsidP="00B157E3">
      <w:pPr>
        <w:pStyle w:val="afff0"/>
        <w:spacing w:after="0"/>
        <w:ind w:left="0"/>
        <w:rPr>
          <w:rFonts w:ascii="TH SarabunIT๙" w:hAnsi="TH SarabunIT๙" w:cs="TH SarabunIT๙"/>
          <w:sz w:val="32"/>
          <w:szCs w:val="32"/>
        </w:rPr>
      </w:pPr>
      <w:r w:rsidRPr="008248DB">
        <w:rPr>
          <w:rFonts w:hint="cs"/>
          <w:b/>
          <w:bCs/>
          <w:color w:val="538135" w:themeColor="accent6" w:themeShade="BF"/>
          <w:sz w:val="32"/>
          <w:szCs w:val="32"/>
          <w:cs/>
        </w:rPr>
        <w:t>เนื้อที่</w:t>
      </w:r>
      <w:r w:rsidRPr="008248DB">
        <w:rPr>
          <w:rFonts w:hint="cs"/>
          <w:color w:val="538135" w:themeColor="accent6" w:themeShade="BF"/>
          <w:sz w:val="32"/>
          <w:szCs w:val="32"/>
        </w:rPr>
        <w:t xml:space="preserve"> </w:t>
      </w:r>
      <w:r w:rsidR="00D84C9B" w:rsidRPr="00AC7BFD">
        <w:rPr>
          <w:rFonts w:hint="cs"/>
          <w:color w:val="000000" w:themeColor="text1"/>
          <w:sz w:val="32"/>
          <w:szCs w:val="32"/>
          <w:cs/>
        </w:rPr>
        <w:tab/>
      </w:r>
      <w:r w:rsidR="00D84C9B" w:rsidRPr="00AC7BFD">
        <w:rPr>
          <w:rFonts w:hint="cs"/>
          <w:color w:val="000000" w:themeColor="text1"/>
          <w:sz w:val="32"/>
          <w:szCs w:val="32"/>
          <w:cs/>
        </w:rPr>
        <w:tab/>
      </w:r>
      <w:r w:rsidR="00B157E3" w:rsidRPr="0064639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๔3</w:t>
      </w:r>
      <w:r w:rsidR="00B157E3" w:rsidRPr="0064639A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B157E3" w:rsidRPr="0064639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ไร่ -</w:t>
      </w:r>
      <w:r w:rsidR="00B157E3" w:rsidRPr="0064639A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B157E3" w:rsidRPr="0064639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งาน ๘8.50</w:t>
      </w:r>
      <w:r w:rsidR="00B157E3" w:rsidRPr="0064639A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B157E3" w:rsidRPr="0064639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ตารางวา โดยแบ่งเป็น ๒</w:t>
      </w:r>
      <w:r w:rsidR="00B157E3" w:rsidRPr="0064639A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B157E3" w:rsidRPr="0064639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แปลง แปลงที่ 1 ที่ตั้งอาคารเรียน    </w:t>
      </w:r>
      <w:r w:rsidR="00B157E3" w:rsidRPr="0064639A">
        <w:rPr>
          <w:rFonts w:ascii="TH SarabunIT๙" w:hAnsi="TH SarabunIT๙" w:cs="TH SarabunIT๙"/>
          <w:sz w:val="32"/>
          <w:szCs w:val="32"/>
          <w:cs/>
        </w:rPr>
        <w:t xml:space="preserve">มีพื้นที่  </w:t>
      </w:r>
      <w:r w:rsidR="00B157E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0AF80783" w14:textId="1AC9A274" w:rsidR="00B157E3" w:rsidRPr="0064639A" w:rsidRDefault="00B157E3" w:rsidP="00B157E3">
      <w:pPr>
        <w:pStyle w:val="afff0"/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Pr="0064639A">
        <w:rPr>
          <w:rFonts w:ascii="TH SarabunIT๙" w:hAnsi="TH SarabunIT๙" w:cs="TH SarabunIT๙"/>
          <w:sz w:val="32"/>
          <w:szCs w:val="32"/>
          <w:cs/>
        </w:rPr>
        <w:t>๓๗</w:t>
      </w:r>
      <w:r w:rsidRPr="0064639A">
        <w:rPr>
          <w:rFonts w:ascii="TH SarabunIT๙" w:hAnsi="TH SarabunIT๙" w:cs="TH SarabunIT๙"/>
          <w:sz w:val="32"/>
          <w:szCs w:val="32"/>
        </w:rPr>
        <w:t xml:space="preserve"> </w:t>
      </w:r>
      <w:r w:rsidRPr="0064639A">
        <w:rPr>
          <w:rFonts w:ascii="TH SarabunIT๙" w:hAnsi="TH SarabunIT๙" w:cs="TH SarabunIT๙"/>
          <w:sz w:val="32"/>
          <w:szCs w:val="32"/>
          <w:cs/>
        </w:rPr>
        <w:t>ไร่ ๑</w:t>
      </w:r>
      <w:r w:rsidRPr="0064639A">
        <w:rPr>
          <w:rFonts w:ascii="TH SarabunIT๙" w:hAnsi="TH SarabunIT๙" w:cs="TH SarabunIT๙"/>
          <w:sz w:val="32"/>
          <w:szCs w:val="32"/>
        </w:rPr>
        <w:t xml:space="preserve"> </w:t>
      </w:r>
      <w:r w:rsidRPr="0064639A">
        <w:rPr>
          <w:rFonts w:ascii="TH SarabunIT๙" w:hAnsi="TH SarabunIT๙" w:cs="TH SarabunIT๙"/>
          <w:sz w:val="32"/>
          <w:szCs w:val="32"/>
          <w:cs/>
        </w:rPr>
        <w:t>งาน 59</w:t>
      </w:r>
      <w:r w:rsidRPr="0064639A">
        <w:rPr>
          <w:rFonts w:ascii="TH SarabunIT๙" w:hAnsi="TH SarabunIT๙" w:cs="TH SarabunIT๙"/>
          <w:sz w:val="32"/>
          <w:szCs w:val="32"/>
        </w:rPr>
        <w:t xml:space="preserve"> </w:t>
      </w:r>
      <w:r w:rsidRPr="0064639A">
        <w:rPr>
          <w:rFonts w:ascii="TH SarabunIT๙" w:hAnsi="TH SarabunIT๙" w:cs="TH SarabunIT๙"/>
          <w:sz w:val="32"/>
          <w:szCs w:val="32"/>
          <w:cs/>
        </w:rPr>
        <w:t>ตารางวา แปลงที่ ๒</w:t>
      </w:r>
      <w:r w:rsidRPr="0064639A">
        <w:rPr>
          <w:rFonts w:ascii="TH SarabunIT๙" w:hAnsi="TH SarabunIT๙" w:cs="TH SarabunIT๙"/>
          <w:sz w:val="32"/>
          <w:szCs w:val="32"/>
        </w:rPr>
        <w:t xml:space="preserve"> </w:t>
      </w:r>
      <w:r w:rsidRPr="0064639A">
        <w:rPr>
          <w:rFonts w:ascii="TH SarabunIT๙" w:hAnsi="TH SarabunIT๙" w:cs="TH SarabunIT๙"/>
          <w:sz w:val="32"/>
          <w:szCs w:val="32"/>
          <w:cs/>
        </w:rPr>
        <w:t>ติดหนองสาธารณะ มีพื้นที่ ๕</w:t>
      </w:r>
      <w:r w:rsidRPr="0064639A">
        <w:rPr>
          <w:rFonts w:ascii="TH SarabunIT๙" w:hAnsi="TH SarabunIT๙" w:cs="TH SarabunIT๙"/>
          <w:sz w:val="32"/>
          <w:szCs w:val="32"/>
        </w:rPr>
        <w:t xml:space="preserve"> </w:t>
      </w:r>
      <w:r w:rsidRPr="0064639A">
        <w:rPr>
          <w:rFonts w:ascii="TH SarabunIT๙" w:hAnsi="TH SarabunIT๙" w:cs="TH SarabunIT๙"/>
          <w:sz w:val="32"/>
          <w:szCs w:val="32"/>
          <w:cs/>
        </w:rPr>
        <w:t xml:space="preserve">ไร่ 3 งาน 29.50 ตารางวา  </w:t>
      </w:r>
    </w:p>
    <w:p w14:paraId="055583E6" w14:textId="77777777" w:rsidR="001301DB" w:rsidRPr="007A1550" w:rsidRDefault="001301DB" w:rsidP="001301DB">
      <w:pPr>
        <w:pStyle w:val="p1"/>
        <w:rPr>
          <w:b/>
          <w:bCs/>
          <w:color w:val="385623" w:themeColor="accent6" w:themeShade="80"/>
          <w:sz w:val="32"/>
          <w:szCs w:val="32"/>
        </w:rPr>
      </w:pPr>
      <w:r w:rsidRPr="007A1550">
        <w:rPr>
          <w:b/>
          <w:bCs/>
          <w:color w:val="385623" w:themeColor="accent6" w:themeShade="80"/>
          <w:sz w:val="32"/>
          <w:szCs w:val="32"/>
          <w:cs/>
        </w:rPr>
        <w:t>วิสัยทัศน์  (</w:t>
      </w:r>
      <w:r w:rsidRPr="007A1550">
        <w:rPr>
          <w:b/>
          <w:bCs/>
          <w:color w:val="385623" w:themeColor="accent6" w:themeShade="80"/>
          <w:sz w:val="32"/>
          <w:szCs w:val="32"/>
        </w:rPr>
        <w:t>Vision)</w:t>
      </w:r>
    </w:p>
    <w:p w14:paraId="3CB1B91D" w14:textId="77777777" w:rsidR="001301DB" w:rsidRPr="001301DB" w:rsidRDefault="001301DB" w:rsidP="001301DB">
      <w:pPr>
        <w:pStyle w:val="p1"/>
        <w:rPr>
          <w:color w:val="000000" w:themeColor="text1"/>
          <w:sz w:val="32"/>
          <w:szCs w:val="32"/>
        </w:rPr>
      </w:pPr>
      <w:r w:rsidRPr="001301DB">
        <w:rPr>
          <w:color w:val="000000" w:themeColor="text1"/>
          <w:sz w:val="32"/>
          <w:szCs w:val="32"/>
          <w:cs/>
        </w:rPr>
        <w:t xml:space="preserve">             ผู้เรียนได้รับการพัฒนาอย่างมีคุณภาพ มีความรู้ มีสมรรถนะที่จำเป็น มีความสุข มีเป้าหมาย และสามารถ พัฒนาตนเองได้เต็มศักยภาพ ตามหลักปรัชญาของเศรษฐกิจ</w:t>
      </w:r>
    </w:p>
    <w:p w14:paraId="09176DF9" w14:textId="70D67D09" w:rsidR="001301DB" w:rsidRPr="007A1550" w:rsidRDefault="001301DB" w:rsidP="001301DB">
      <w:pPr>
        <w:pStyle w:val="p1"/>
        <w:rPr>
          <w:b/>
          <w:bCs/>
          <w:color w:val="385623" w:themeColor="accent6" w:themeShade="80"/>
          <w:sz w:val="32"/>
          <w:szCs w:val="32"/>
        </w:rPr>
      </w:pPr>
      <w:r w:rsidRPr="007A1550">
        <w:rPr>
          <w:b/>
          <w:bCs/>
          <w:color w:val="385623" w:themeColor="accent6" w:themeShade="80"/>
          <w:sz w:val="32"/>
          <w:szCs w:val="32"/>
          <w:cs/>
        </w:rPr>
        <w:t>พันธกิจ  (</w:t>
      </w:r>
      <w:r w:rsidRPr="007A1550">
        <w:rPr>
          <w:b/>
          <w:bCs/>
          <w:color w:val="385623" w:themeColor="accent6" w:themeShade="80"/>
          <w:sz w:val="32"/>
          <w:szCs w:val="32"/>
        </w:rPr>
        <w:t xml:space="preserve">Mission)  </w:t>
      </w:r>
    </w:p>
    <w:p w14:paraId="62E2942A" w14:textId="668332A7" w:rsidR="001301DB" w:rsidRPr="001301DB" w:rsidRDefault="00685726" w:rsidP="001301DB">
      <w:pPr>
        <w:pStyle w:val="p1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</w:t>
      </w:r>
      <w:r>
        <w:rPr>
          <w:rFonts w:hint="cs"/>
          <w:color w:val="000000" w:themeColor="text1"/>
          <w:sz w:val="32"/>
          <w:szCs w:val="32"/>
          <w:cs/>
        </w:rPr>
        <w:t xml:space="preserve">     ๑</w:t>
      </w:r>
      <w:r w:rsidR="001301DB" w:rsidRPr="001301DB">
        <w:rPr>
          <w:color w:val="000000" w:themeColor="text1"/>
          <w:sz w:val="32"/>
          <w:szCs w:val="32"/>
        </w:rPr>
        <w:t xml:space="preserve">. </w:t>
      </w:r>
      <w:r w:rsidR="001301DB" w:rsidRPr="001301DB">
        <w:rPr>
          <w:color w:val="000000" w:themeColor="text1"/>
          <w:sz w:val="32"/>
          <w:szCs w:val="32"/>
          <w:cs/>
        </w:rPr>
        <w:t>จัดการศึกษาเพื่อเสริมสร้างความมั่นคงของมนุษย์</w:t>
      </w:r>
    </w:p>
    <w:p w14:paraId="295AFDA1" w14:textId="56A21FF8" w:rsidR="001301DB" w:rsidRPr="001301DB" w:rsidRDefault="00685726" w:rsidP="001301DB">
      <w:pPr>
        <w:pStyle w:val="p1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ab/>
      </w:r>
      <w:r>
        <w:rPr>
          <w:rFonts w:hint="cs"/>
          <w:color w:val="000000" w:themeColor="text1"/>
          <w:sz w:val="32"/>
          <w:szCs w:val="32"/>
          <w:cs/>
        </w:rPr>
        <w:t>๒</w:t>
      </w:r>
      <w:r w:rsidR="001301DB" w:rsidRPr="001301DB">
        <w:rPr>
          <w:color w:val="000000" w:themeColor="text1"/>
          <w:sz w:val="32"/>
          <w:szCs w:val="32"/>
        </w:rPr>
        <w:t xml:space="preserve">. </w:t>
      </w:r>
      <w:r w:rsidR="001301DB" w:rsidRPr="001301DB">
        <w:rPr>
          <w:color w:val="000000" w:themeColor="text1"/>
          <w:sz w:val="32"/>
          <w:szCs w:val="32"/>
          <w:cs/>
        </w:rPr>
        <w:t>พัฒนาสถานศึกษาให้มีความปลอดภัยแก่ผู้เรียน</w:t>
      </w:r>
    </w:p>
    <w:p w14:paraId="22C0D252" w14:textId="638408A5" w:rsidR="001301DB" w:rsidRPr="001301DB" w:rsidRDefault="00685726" w:rsidP="001301DB">
      <w:pPr>
        <w:pStyle w:val="p1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ab/>
      </w:r>
      <w:r>
        <w:rPr>
          <w:rFonts w:hint="cs"/>
          <w:color w:val="000000" w:themeColor="text1"/>
          <w:sz w:val="32"/>
          <w:szCs w:val="32"/>
          <w:cs/>
        </w:rPr>
        <w:t>๓</w:t>
      </w:r>
      <w:r w:rsidR="001301DB" w:rsidRPr="001301DB">
        <w:rPr>
          <w:color w:val="000000" w:themeColor="text1"/>
          <w:sz w:val="32"/>
          <w:szCs w:val="32"/>
        </w:rPr>
        <w:t xml:space="preserve">. </w:t>
      </w:r>
      <w:r w:rsidR="001301DB" w:rsidRPr="001301DB">
        <w:rPr>
          <w:color w:val="000000" w:themeColor="text1"/>
          <w:sz w:val="32"/>
          <w:szCs w:val="32"/>
          <w:cs/>
        </w:rPr>
        <w:t>ส่งเสริมความเป็นเลิศของผู้เรียนให้มีสมรรถนะตามศักยภาพ เพื่อเพิ่มขีดความสามารถในการแข่งขัน</w:t>
      </w:r>
    </w:p>
    <w:p w14:paraId="5A515C8B" w14:textId="33F5C73E" w:rsidR="001301DB" w:rsidRPr="001301DB" w:rsidRDefault="00685726" w:rsidP="001301DB">
      <w:pPr>
        <w:pStyle w:val="p1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ab/>
      </w:r>
      <w:r>
        <w:rPr>
          <w:rFonts w:hint="cs"/>
          <w:color w:val="000000" w:themeColor="text1"/>
          <w:sz w:val="32"/>
          <w:szCs w:val="32"/>
          <w:cs/>
        </w:rPr>
        <w:t>๔</w:t>
      </w:r>
      <w:r w:rsidR="001301DB" w:rsidRPr="001301DB">
        <w:rPr>
          <w:color w:val="000000" w:themeColor="text1"/>
          <w:sz w:val="32"/>
          <w:szCs w:val="32"/>
        </w:rPr>
        <w:t xml:space="preserve">. </w:t>
      </w:r>
      <w:r w:rsidR="001301DB" w:rsidRPr="001301DB">
        <w:rPr>
          <w:color w:val="000000" w:themeColor="text1"/>
          <w:sz w:val="32"/>
          <w:szCs w:val="32"/>
          <w:cs/>
        </w:rPr>
        <w:t xml:space="preserve">พัฒนาคุณภาพผู้เรียนให้มีสมรรถนะหลักสูตรและทักษะที่จำเป็นในศตวรรษที่ </w:t>
      </w:r>
      <w:r>
        <w:rPr>
          <w:rFonts w:hint="cs"/>
          <w:color w:val="000000" w:themeColor="text1"/>
          <w:sz w:val="32"/>
          <w:szCs w:val="32"/>
          <w:cs/>
        </w:rPr>
        <w:t>๒๑</w:t>
      </w:r>
    </w:p>
    <w:p w14:paraId="7E5828A5" w14:textId="0F2D4035" w:rsidR="001301DB" w:rsidRPr="001301DB" w:rsidRDefault="00685726" w:rsidP="001301DB">
      <w:pPr>
        <w:pStyle w:val="p1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ab/>
      </w:r>
      <w:r>
        <w:rPr>
          <w:rFonts w:hint="cs"/>
          <w:color w:val="000000" w:themeColor="text1"/>
          <w:sz w:val="32"/>
          <w:szCs w:val="32"/>
          <w:cs/>
        </w:rPr>
        <w:t>๕</w:t>
      </w:r>
      <w:r w:rsidR="001301DB" w:rsidRPr="001301DB">
        <w:rPr>
          <w:color w:val="000000" w:themeColor="text1"/>
          <w:sz w:val="32"/>
          <w:szCs w:val="32"/>
        </w:rPr>
        <w:t xml:space="preserve">. </w:t>
      </w:r>
      <w:r w:rsidR="001301DB" w:rsidRPr="001301DB">
        <w:rPr>
          <w:color w:val="000000" w:themeColor="text1"/>
          <w:sz w:val="32"/>
          <w:szCs w:val="32"/>
          <w:cs/>
        </w:rPr>
        <w:t>สร้างโอกาส ความเสมอภาค ลดความเหลื่อมล้ำ ให้ผู้เรียนทุกคนได้รับการบริการทางการศึกษาอย่าง  ทั่วถึง และเท่าเทียม</w:t>
      </w:r>
    </w:p>
    <w:p w14:paraId="171C2E37" w14:textId="143D11A2" w:rsidR="001301DB" w:rsidRPr="001301DB" w:rsidRDefault="00685726" w:rsidP="001301DB">
      <w:pPr>
        <w:pStyle w:val="p1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ab/>
      </w:r>
      <w:r>
        <w:rPr>
          <w:rFonts w:hint="cs"/>
          <w:color w:val="000000" w:themeColor="text1"/>
          <w:sz w:val="32"/>
          <w:szCs w:val="32"/>
          <w:cs/>
        </w:rPr>
        <w:t>๖</w:t>
      </w:r>
      <w:r w:rsidR="001301DB" w:rsidRPr="001301DB">
        <w:rPr>
          <w:color w:val="000000" w:themeColor="text1"/>
          <w:sz w:val="32"/>
          <w:szCs w:val="32"/>
        </w:rPr>
        <w:t xml:space="preserve">. </w:t>
      </w:r>
      <w:r w:rsidR="001301DB" w:rsidRPr="001301DB">
        <w:rPr>
          <w:color w:val="000000" w:themeColor="text1"/>
          <w:sz w:val="32"/>
          <w:szCs w:val="32"/>
          <w:cs/>
        </w:rPr>
        <w:t>พัฒนาครูและบุคลากรทางการศึกษา ให้มีความรู้ความสามารถในการจัดการศึกษา ที่ตอบสนอง</w:t>
      </w:r>
    </w:p>
    <w:p w14:paraId="2F25B997" w14:textId="505D9185" w:rsidR="001301DB" w:rsidRPr="001301DB" w:rsidRDefault="001301DB" w:rsidP="001301DB">
      <w:pPr>
        <w:pStyle w:val="p1"/>
        <w:rPr>
          <w:color w:val="000000" w:themeColor="text1"/>
          <w:sz w:val="32"/>
          <w:szCs w:val="32"/>
        </w:rPr>
      </w:pPr>
      <w:r w:rsidRPr="001301DB">
        <w:rPr>
          <w:color w:val="000000" w:themeColor="text1"/>
          <w:sz w:val="32"/>
          <w:szCs w:val="32"/>
          <w:cs/>
        </w:rPr>
        <w:t>ความต้องการของผู้เรียน</w:t>
      </w:r>
    </w:p>
    <w:p w14:paraId="43E076D3" w14:textId="239CAC96" w:rsidR="001301DB" w:rsidRDefault="001301DB" w:rsidP="001301DB">
      <w:pPr>
        <w:pStyle w:val="p1"/>
        <w:rPr>
          <w:color w:val="000000" w:themeColor="text1"/>
          <w:sz w:val="32"/>
          <w:szCs w:val="32"/>
        </w:rPr>
      </w:pPr>
      <w:r w:rsidRPr="001301DB">
        <w:rPr>
          <w:color w:val="000000" w:themeColor="text1"/>
          <w:sz w:val="32"/>
          <w:szCs w:val="32"/>
        </w:rPr>
        <w:t xml:space="preserve">   </w:t>
      </w:r>
      <w:r>
        <w:rPr>
          <w:color w:val="000000" w:themeColor="text1"/>
          <w:sz w:val="32"/>
          <w:szCs w:val="32"/>
        </w:rPr>
        <w:t xml:space="preserve">    </w:t>
      </w:r>
      <w:r w:rsidRPr="001301DB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 xml:space="preserve"> </w:t>
      </w:r>
      <w:r w:rsidR="00685726">
        <w:rPr>
          <w:color w:val="000000" w:themeColor="text1"/>
          <w:sz w:val="32"/>
          <w:szCs w:val="32"/>
        </w:rPr>
        <w:t xml:space="preserve"> </w:t>
      </w:r>
      <w:r w:rsidR="00685726">
        <w:rPr>
          <w:rFonts w:hint="cs"/>
          <w:color w:val="000000" w:themeColor="text1"/>
          <w:sz w:val="32"/>
          <w:szCs w:val="32"/>
          <w:cs/>
        </w:rPr>
        <w:t>๗</w:t>
      </w:r>
      <w:r w:rsidRPr="001301DB">
        <w:rPr>
          <w:color w:val="000000" w:themeColor="text1"/>
          <w:sz w:val="32"/>
          <w:szCs w:val="32"/>
        </w:rPr>
        <w:t xml:space="preserve">. </w:t>
      </w:r>
      <w:r w:rsidRPr="001301DB">
        <w:rPr>
          <w:color w:val="000000" w:themeColor="text1"/>
          <w:sz w:val="32"/>
          <w:szCs w:val="32"/>
          <w:cs/>
        </w:rPr>
        <w:t>จัดการศึกษาเพื่อพัฒนาคุณภาพชีวิตที่เป็นมิตรกับสิ่งแวดล้อม โดยยึดหลักปรัชญาของเศรษฐกิจพอเพียง</w:t>
      </w:r>
    </w:p>
    <w:p w14:paraId="554DA5E1" w14:textId="1657736C" w:rsidR="001301DB" w:rsidRPr="001301DB" w:rsidRDefault="001301DB" w:rsidP="001301DB">
      <w:pPr>
        <w:pStyle w:val="p1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</w:t>
      </w:r>
      <w:r w:rsidR="00685726">
        <w:rPr>
          <w:rFonts w:hint="cs"/>
          <w:color w:val="000000" w:themeColor="text1"/>
          <w:sz w:val="32"/>
          <w:szCs w:val="32"/>
          <w:cs/>
        </w:rPr>
        <w:t>๙</w:t>
      </w:r>
      <w:r w:rsidRPr="001301DB">
        <w:rPr>
          <w:color w:val="000000" w:themeColor="text1"/>
          <w:sz w:val="32"/>
          <w:szCs w:val="32"/>
        </w:rPr>
        <w:t xml:space="preserve">. </w:t>
      </w:r>
      <w:r w:rsidRPr="001301DB">
        <w:rPr>
          <w:color w:val="000000" w:themeColor="text1"/>
          <w:sz w:val="32"/>
          <w:szCs w:val="32"/>
          <w:cs/>
        </w:rPr>
        <w:t>พัฒนาระบบสารสนเทศและสื่อเทคโนโลยี  สามารถนำไปใช้ในการจัดการศึกษาได้ทุกระดับ</w:t>
      </w:r>
    </w:p>
    <w:p w14:paraId="1EE18248" w14:textId="3AAA86F9" w:rsidR="001301DB" w:rsidRPr="001301DB" w:rsidRDefault="001301DB" w:rsidP="001301DB">
      <w:pPr>
        <w:pStyle w:val="p1"/>
        <w:rPr>
          <w:color w:val="000000" w:themeColor="text1"/>
          <w:sz w:val="32"/>
          <w:szCs w:val="32"/>
        </w:rPr>
      </w:pPr>
      <w:r w:rsidRPr="001301DB">
        <w:rPr>
          <w:color w:val="000000" w:themeColor="text1"/>
          <w:sz w:val="32"/>
          <w:szCs w:val="32"/>
          <w:cs/>
        </w:rPr>
        <w:t xml:space="preserve"> </w:t>
      </w:r>
      <w:proofErr w:type="spellStart"/>
      <w:r w:rsidR="007A1550" w:rsidRPr="007A1550">
        <w:rPr>
          <w:b/>
          <w:bCs/>
          <w:color w:val="385623" w:themeColor="accent6" w:themeShade="80"/>
          <w:sz w:val="32"/>
          <w:szCs w:val="32"/>
          <w:cs/>
        </w:rPr>
        <w:t>อัต</w:t>
      </w:r>
      <w:proofErr w:type="spellEnd"/>
      <w:r w:rsidR="007A1550" w:rsidRPr="007A1550">
        <w:rPr>
          <w:b/>
          <w:bCs/>
          <w:color w:val="385623" w:themeColor="accent6" w:themeShade="80"/>
          <w:sz w:val="32"/>
          <w:szCs w:val="32"/>
          <w:cs/>
        </w:rPr>
        <w:t>ลักษณ์ของสถานศึกษา</w:t>
      </w:r>
      <w:r w:rsidR="007A1550">
        <w:rPr>
          <w:color w:val="385623" w:themeColor="accent6" w:themeShade="80"/>
          <w:sz w:val="32"/>
          <w:szCs w:val="32"/>
          <w:cs/>
        </w:rPr>
        <w:t xml:space="preserve">      </w:t>
      </w:r>
      <w:r w:rsidRPr="001301DB">
        <w:rPr>
          <w:color w:val="000000" w:themeColor="text1"/>
          <w:sz w:val="32"/>
          <w:szCs w:val="32"/>
          <w:cs/>
        </w:rPr>
        <w:t>“ไหว้งามอย่างไทย”</w:t>
      </w:r>
    </w:p>
    <w:p w14:paraId="4C4FB9F4" w14:textId="26228D86" w:rsidR="001301DB" w:rsidRPr="001301DB" w:rsidRDefault="001301DB" w:rsidP="001301DB">
      <w:pPr>
        <w:pStyle w:val="p1"/>
        <w:rPr>
          <w:color w:val="000000" w:themeColor="text1"/>
          <w:sz w:val="32"/>
          <w:szCs w:val="32"/>
        </w:rPr>
      </w:pPr>
      <w:r w:rsidRPr="007A1550">
        <w:rPr>
          <w:b/>
          <w:bCs/>
          <w:color w:val="000000" w:themeColor="text1"/>
          <w:sz w:val="32"/>
          <w:szCs w:val="32"/>
          <w:cs/>
        </w:rPr>
        <w:t xml:space="preserve"> </w:t>
      </w:r>
      <w:r w:rsidR="007A1550" w:rsidRPr="007A1550">
        <w:rPr>
          <w:b/>
          <w:bCs/>
          <w:color w:val="385623" w:themeColor="accent6" w:themeShade="80"/>
          <w:sz w:val="32"/>
          <w:szCs w:val="32"/>
          <w:cs/>
        </w:rPr>
        <w:t>เอกลักษณ์ของสถานศึกษา</w:t>
      </w:r>
      <w:r w:rsidR="007A1550">
        <w:rPr>
          <w:color w:val="385623" w:themeColor="accent6" w:themeShade="80"/>
          <w:sz w:val="32"/>
          <w:szCs w:val="32"/>
          <w:cs/>
        </w:rPr>
        <w:t xml:space="preserve">     </w:t>
      </w:r>
      <w:r w:rsidRPr="001301DB">
        <w:rPr>
          <w:color w:val="000000" w:themeColor="text1"/>
          <w:sz w:val="32"/>
          <w:szCs w:val="32"/>
          <w:cs/>
        </w:rPr>
        <w:t>“โรงเรียนสะอาด”</w:t>
      </w:r>
    </w:p>
    <w:p w14:paraId="299DAF84" w14:textId="0D28528E" w:rsidR="001301DB" w:rsidRPr="001301DB" w:rsidRDefault="001301DB" w:rsidP="001301DB">
      <w:pPr>
        <w:pStyle w:val="p1"/>
        <w:rPr>
          <w:color w:val="000000" w:themeColor="text1"/>
          <w:sz w:val="32"/>
          <w:szCs w:val="32"/>
        </w:rPr>
      </w:pPr>
      <w:r w:rsidRPr="007A1550">
        <w:rPr>
          <w:b/>
          <w:bCs/>
          <w:color w:val="385623" w:themeColor="accent6" w:themeShade="80"/>
          <w:sz w:val="32"/>
          <w:szCs w:val="32"/>
          <w:cs/>
        </w:rPr>
        <w:t xml:space="preserve"> ปร</w:t>
      </w:r>
      <w:r w:rsidR="007A1550" w:rsidRPr="007A1550">
        <w:rPr>
          <w:b/>
          <w:bCs/>
          <w:color w:val="385623" w:themeColor="accent6" w:themeShade="80"/>
          <w:sz w:val="32"/>
          <w:szCs w:val="32"/>
          <w:cs/>
        </w:rPr>
        <w:t>ัชญา</w:t>
      </w:r>
      <w:r w:rsidR="007A1550">
        <w:rPr>
          <w:color w:val="385623" w:themeColor="accent6" w:themeShade="80"/>
          <w:sz w:val="32"/>
          <w:szCs w:val="32"/>
          <w:cs/>
        </w:rPr>
        <w:t xml:space="preserve">                           </w:t>
      </w:r>
      <w:r w:rsidRPr="001301DB">
        <w:rPr>
          <w:color w:val="000000" w:themeColor="text1"/>
          <w:sz w:val="32"/>
          <w:szCs w:val="32"/>
          <w:cs/>
        </w:rPr>
        <w:t xml:space="preserve">“ศึกษา  ปฏิบัติ  พัฒนา”   มีรายละเอียดดังนี้ </w:t>
      </w:r>
    </w:p>
    <w:p w14:paraId="73F6180C" w14:textId="1A65EE28" w:rsidR="001301DB" w:rsidRPr="001301DB" w:rsidRDefault="001301DB" w:rsidP="001301DB">
      <w:pPr>
        <w:pStyle w:val="p1"/>
        <w:rPr>
          <w:color w:val="000000" w:themeColor="text1"/>
          <w:sz w:val="32"/>
          <w:szCs w:val="32"/>
        </w:rPr>
      </w:pPr>
      <w:r w:rsidRPr="001301DB">
        <w:rPr>
          <w:color w:val="000000" w:themeColor="text1"/>
          <w:sz w:val="32"/>
          <w:szCs w:val="32"/>
          <w:cs/>
        </w:rPr>
        <w:t xml:space="preserve">          </w:t>
      </w:r>
      <w:r w:rsidR="007A1550">
        <w:rPr>
          <w:color w:val="000000" w:themeColor="text1"/>
          <w:sz w:val="32"/>
          <w:szCs w:val="32"/>
          <w:cs/>
        </w:rPr>
        <w:t xml:space="preserve">                            </w:t>
      </w:r>
      <w:r w:rsidRPr="001301DB">
        <w:rPr>
          <w:color w:val="000000" w:themeColor="text1"/>
          <w:sz w:val="32"/>
          <w:szCs w:val="32"/>
          <w:cs/>
        </w:rPr>
        <w:t>ศึกษา  หมายถึง  การศึกษาค้นคว้าจากแหล่</w:t>
      </w:r>
      <w:r>
        <w:rPr>
          <w:color w:val="000000" w:themeColor="text1"/>
          <w:sz w:val="32"/>
          <w:szCs w:val="32"/>
          <w:cs/>
        </w:rPr>
        <w:t>งการเรียนรู้ในโรงเรีย</w:t>
      </w:r>
      <w:r w:rsidR="007A1550">
        <w:rPr>
          <w:rFonts w:hint="cs"/>
          <w:color w:val="000000" w:themeColor="text1"/>
          <w:sz w:val="32"/>
          <w:szCs w:val="32"/>
          <w:cs/>
        </w:rPr>
        <w:t>น</w:t>
      </w:r>
      <w:r>
        <w:rPr>
          <w:color w:val="000000" w:themeColor="text1"/>
          <w:sz w:val="32"/>
          <w:szCs w:val="32"/>
          <w:cs/>
        </w:rPr>
        <w:t>และ</w:t>
      </w:r>
      <w:r w:rsidRPr="001301DB">
        <w:rPr>
          <w:color w:val="000000" w:themeColor="text1"/>
          <w:sz w:val="32"/>
          <w:szCs w:val="32"/>
          <w:cs/>
        </w:rPr>
        <w:t>นอกโรงเรียน</w:t>
      </w:r>
    </w:p>
    <w:p w14:paraId="75172BD3" w14:textId="08C8062F" w:rsidR="007A1550" w:rsidRDefault="001301DB" w:rsidP="001301DB">
      <w:pPr>
        <w:pStyle w:val="p1"/>
        <w:rPr>
          <w:color w:val="000000" w:themeColor="text1"/>
          <w:sz w:val="32"/>
          <w:szCs w:val="32"/>
        </w:rPr>
      </w:pPr>
      <w:r w:rsidRPr="001301DB">
        <w:rPr>
          <w:color w:val="000000" w:themeColor="text1"/>
          <w:sz w:val="32"/>
          <w:szCs w:val="32"/>
        </w:rPr>
        <w:tab/>
      </w:r>
      <w:r w:rsidRPr="001301DB">
        <w:rPr>
          <w:color w:val="000000" w:themeColor="text1"/>
          <w:sz w:val="32"/>
          <w:szCs w:val="32"/>
          <w:cs/>
        </w:rPr>
        <w:t xml:space="preserve">    </w:t>
      </w:r>
      <w:r w:rsidR="007A1550">
        <w:rPr>
          <w:color w:val="000000" w:themeColor="text1"/>
          <w:sz w:val="32"/>
          <w:szCs w:val="32"/>
          <w:cs/>
        </w:rPr>
        <w:t xml:space="preserve">                       </w:t>
      </w:r>
      <w:r w:rsidR="00E161CC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1301DB">
        <w:rPr>
          <w:color w:val="000000" w:themeColor="text1"/>
          <w:sz w:val="32"/>
          <w:szCs w:val="32"/>
          <w:cs/>
        </w:rPr>
        <w:t>ปฏิบัติ  หมายถึง  การฝึกปฏิ</w:t>
      </w:r>
      <w:r w:rsidR="007A1550">
        <w:rPr>
          <w:color w:val="000000" w:themeColor="text1"/>
          <w:sz w:val="32"/>
          <w:szCs w:val="32"/>
          <w:cs/>
        </w:rPr>
        <w:t>บัติเพื่อให้เกิดทักษะและนำไปใช้ชีวิตประจำวัน</w:t>
      </w:r>
      <w:r w:rsidR="007A1550">
        <w:rPr>
          <w:color w:val="000000" w:themeColor="text1"/>
          <w:sz w:val="32"/>
          <w:szCs w:val="32"/>
        </w:rPr>
        <w:t xml:space="preserve"> </w:t>
      </w:r>
    </w:p>
    <w:p w14:paraId="4B829B98" w14:textId="4248AE2D" w:rsidR="001301DB" w:rsidRPr="001301DB" w:rsidRDefault="007A1550" w:rsidP="001301DB">
      <w:pPr>
        <w:pStyle w:val="p1"/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 xml:space="preserve">                                     ได้</w:t>
      </w:r>
      <w:r>
        <w:rPr>
          <w:color w:val="000000" w:themeColor="text1"/>
          <w:sz w:val="32"/>
          <w:szCs w:val="32"/>
          <w:cs/>
        </w:rPr>
        <w:t>พัฒนาการนำผลจากการศึกษาและปฏิบัติ</w:t>
      </w:r>
      <w:r>
        <w:rPr>
          <w:rFonts w:hint="cs"/>
          <w:color w:val="000000" w:themeColor="text1"/>
          <w:sz w:val="32"/>
          <w:szCs w:val="32"/>
          <w:cs/>
        </w:rPr>
        <w:t>มา</w:t>
      </w:r>
      <w:r w:rsidR="001301DB" w:rsidRPr="001301DB">
        <w:rPr>
          <w:color w:val="000000" w:themeColor="text1"/>
          <w:sz w:val="32"/>
          <w:szCs w:val="32"/>
          <w:cs/>
        </w:rPr>
        <w:t xml:space="preserve">ปรับปรุงพัฒนาให้เกิดประสิทธิภาพยิ่งขึ้น      </w:t>
      </w:r>
    </w:p>
    <w:p w14:paraId="6C980017" w14:textId="6658BD3D" w:rsidR="001301DB" w:rsidRPr="001301DB" w:rsidRDefault="001301DB" w:rsidP="001301DB">
      <w:pPr>
        <w:pStyle w:val="p1"/>
        <w:rPr>
          <w:color w:val="000000" w:themeColor="text1"/>
          <w:sz w:val="32"/>
          <w:szCs w:val="32"/>
        </w:rPr>
      </w:pPr>
      <w:r w:rsidRPr="007A1550">
        <w:rPr>
          <w:b/>
          <w:bCs/>
          <w:color w:val="385623" w:themeColor="accent6" w:themeShade="80"/>
          <w:sz w:val="32"/>
          <w:szCs w:val="32"/>
          <w:cs/>
        </w:rPr>
        <w:t>คำขวั</w:t>
      </w:r>
      <w:r w:rsidR="007A1550" w:rsidRPr="007A1550">
        <w:rPr>
          <w:b/>
          <w:bCs/>
          <w:color w:val="385623" w:themeColor="accent6" w:themeShade="80"/>
          <w:sz w:val="32"/>
          <w:szCs w:val="32"/>
          <w:cs/>
        </w:rPr>
        <w:t>ญ</w:t>
      </w:r>
      <w:r w:rsidR="007A1550" w:rsidRPr="007A1550">
        <w:rPr>
          <w:color w:val="385623" w:themeColor="accent6" w:themeShade="80"/>
          <w:sz w:val="32"/>
          <w:szCs w:val="32"/>
          <w:cs/>
        </w:rPr>
        <w:t xml:space="preserve">                            </w:t>
      </w:r>
      <w:r w:rsidRPr="001301DB">
        <w:rPr>
          <w:color w:val="000000" w:themeColor="text1"/>
          <w:sz w:val="32"/>
          <w:szCs w:val="32"/>
          <w:cs/>
        </w:rPr>
        <w:t>“รับผิดชอบต่อหน้าที่  สามัคคีมีวินัย  ใฝ่ศึกษา  พัฒนาก้าวไกล ”</w:t>
      </w:r>
    </w:p>
    <w:p w14:paraId="1E486573" w14:textId="456A6DAA" w:rsidR="001301DB" w:rsidRPr="001301DB" w:rsidRDefault="001301DB" w:rsidP="001301DB">
      <w:pPr>
        <w:pStyle w:val="p1"/>
        <w:rPr>
          <w:color w:val="000000" w:themeColor="text1"/>
          <w:sz w:val="32"/>
          <w:szCs w:val="32"/>
        </w:rPr>
      </w:pPr>
      <w:r w:rsidRPr="007A1550">
        <w:rPr>
          <w:b/>
          <w:bCs/>
          <w:color w:val="385623" w:themeColor="accent6" w:themeShade="80"/>
          <w:sz w:val="32"/>
          <w:szCs w:val="32"/>
          <w:cs/>
        </w:rPr>
        <w:t>สีปร</w:t>
      </w:r>
      <w:r w:rsidR="007A1550" w:rsidRPr="007A1550">
        <w:rPr>
          <w:b/>
          <w:bCs/>
          <w:color w:val="385623" w:themeColor="accent6" w:themeShade="80"/>
          <w:sz w:val="32"/>
          <w:szCs w:val="32"/>
          <w:cs/>
        </w:rPr>
        <w:t>ะจำโรงเรียน</w:t>
      </w:r>
      <w:r w:rsidR="007A1550">
        <w:rPr>
          <w:color w:val="385623" w:themeColor="accent6" w:themeShade="80"/>
          <w:sz w:val="32"/>
          <w:szCs w:val="32"/>
          <w:cs/>
        </w:rPr>
        <w:t xml:space="preserve">                   </w:t>
      </w:r>
      <w:r w:rsidRPr="001301DB">
        <w:rPr>
          <w:color w:val="000000" w:themeColor="text1"/>
          <w:sz w:val="32"/>
          <w:szCs w:val="32"/>
          <w:cs/>
        </w:rPr>
        <w:t xml:space="preserve">น้ำเงิน -  ขาว                </w:t>
      </w:r>
    </w:p>
    <w:p w14:paraId="5A68A040" w14:textId="7DA19550" w:rsidR="001301DB" w:rsidRPr="001301DB" w:rsidRDefault="001301DB" w:rsidP="001301DB">
      <w:pPr>
        <w:pStyle w:val="p1"/>
        <w:rPr>
          <w:color w:val="000000" w:themeColor="text1"/>
          <w:sz w:val="32"/>
          <w:szCs w:val="32"/>
        </w:rPr>
      </w:pPr>
      <w:r w:rsidRPr="007A1550">
        <w:rPr>
          <w:b/>
          <w:bCs/>
          <w:color w:val="385623" w:themeColor="accent6" w:themeShade="80"/>
          <w:sz w:val="32"/>
          <w:szCs w:val="32"/>
          <w:cs/>
        </w:rPr>
        <w:t>อักษรย่อโ</w:t>
      </w:r>
      <w:r w:rsidR="007A1550" w:rsidRPr="007A1550">
        <w:rPr>
          <w:b/>
          <w:bCs/>
          <w:color w:val="385623" w:themeColor="accent6" w:themeShade="80"/>
          <w:sz w:val="32"/>
          <w:szCs w:val="32"/>
          <w:cs/>
        </w:rPr>
        <w:t>รงเรียน</w:t>
      </w:r>
      <w:r w:rsidR="007A1550">
        <w:rPr>
          <w:color w:val="385623" w:themeColor="accent6" w:themeShade="80"/>
          <w:sz w:val="32"/>
          <w:szCs w:val="32"/>
          <w:cs/>
        </w:rPr>
        <w:t xml:space="preserve">                   </w:t>
      </w:r>
      <w:r w:rsidRPr="001301DB">
        <w:rPr>
          <w:color w:val="000000" w:themeColor="text1"/>
          <w:sz w:val="32"/>
          <w:szCs w:val="32"/>
          <w:cs/>
        </w:rPr>
        <w:t>น.น.</w:t>
      </w:r>
    </w:p>
    <w:p w14:paraId="7AD8AF48" w14:textId="3A1E49AB" w:rsidR="001301DB" w:rsidRPr="001301DB" w:rsidRDefault="001301DB" w:rsidP="001301DB">
      <w:pPr>
        <w:pStyle w:val="p1"/>
        <w:rPr>
          <w:color w:val="000000" w:themeColor="text1"/>
          <w:sz w:val="32"/>
          <w:szCs w:val="32"/>
        </w:rPr>
      </w:pPr>
      <w:r w:rsidRPr="007A1550">
        <w:rPr>
          <w:b/>
          <w:bCs/>
          <w:color w:val="385623" w:themeColor="accent6" w:themeShade="80"/>
          <w:sz w:val="32"/>
          <w:szCs w:val="32"/>
          <w:cs/>
        </w:rPr>
        <w:t>สัญล</w:t>
      </w:r>
      <w:r w:rsidR="007A1550" w:rsidRPr="007A1550">
        <w:rPr>
          <w:b/>
          <w:bCs/>
          <w:color w:val="385623" w:themeColor="accent6" w:themeShade="80"/>
          <w:sz w:val="32"/>
          <w:szCs w:val="32"/>
          <w:cs/>
        </w:rPr>
        <w:t>ักษณ์โรงเรียน</w:t>
      </w:r>
      <w:r w:rsidR="007A1550">
        <w:rPr>
          <w:color w:val="385623" w:themeColor="accent6" w:themeShade="80"/>
          <w:sz w:val="32"/>
          <w:szCs w:val="32"/>
          <w:cs/>
        </w:rPr>
        <w:t xml:space="preserve">                 </w:t>
      </w:r>
      <w:r w:rsidRPr="001301DB">
        <w:rPr>
          <w:color w:val="000000" w:themeColor="text1"/>
          <w:sz w:val="32"/>
          <w:szCs w:val="32"/>
          <w:cs/>
        </w:rPr>
        <w:t xml:space="preserve">รูปรวงข้าว  </w:t>
      </w:r>
      <w:r w:rsidR="00685726">
        <w:rPr>
          <w:rFonts w:hint="cs"/>
          <w:color w:val="000000" w:themeColor="text1"/>
          <w:sz w:val="32"/>
          <w:szCs w:val="32"/>
          <w:cs/>
        </w:rPr>
        <w:t>๒</w:t>
      </w:r>
      <w:r w:rsidRPr="001301DB">
        <w:rPr>
          <w:color w:val="000000" w:themeColor="text1"/>
          <w:sz w:val="32"/>
          <w:szCs w:val="32"/>
          <w:cs/>
        </w:rPr>
        <w:t xml:space="preserve">  รวง  โค้งบรรจบกันรอบดวงอาทิตย์  มีอักษรย่อ  น.น.   </w:t>
      </w:r>
    </w:p>
    <w:p w14:paraId="61C90D64" w14:textId="2C3AC757" w:rsidR="004D6147" w:rsidRDefault="001301DB" w:rsidP="001301DB">
      <w:pPr>
        <w:pStyle w:val="p1"/>
        <w:rPr>
          <w:color w:val="000000" w:themeColor="text1"/>
          <w:sz w:val="32"/>
          <w:szCs w:val="32"/>
        </w:rPr>
      </w:pPr>
      <w:r w:rsidRPr="001301DB">
        <w:rPr>
          <w:color w:val="000000" w:themeColor="text1"/>
          <w:sz w:val="32"/>
          <w:szCs w:val="32"/>
          <w:cs/>
        </w:rPr>
        <w:t xml:space="preserve">         </w:t>
      </w:r>
      <w:r w:rsidR="007A1550">
        <w:rPr>
          <w:color w:val="000000" w:themeColor="text1"/>
          <w:sz w:val="32"/>
          <w:szCs w:val="32"/>
          <w:cs/>
        </w:rPr>
        <w:t xml:space="preserve">                              </w:t>
      </w:r>
      <w:r w:rsidRPr="001301DB">
        <w:rPr>
          <w:color w:val="000000" w:themeColor="text1"/>
          <w:sz w:val="32"/>
          <w:szCs w:val="32"/>
          <w:cs/>
        </w:rPr>
        <w:t xml:space="preserve"> ปรากฎอยู่บนดวงอาทิตย์ที่เปล่งแสงเรืองรอง</w:t>
      </w:r>
    </w:p>
    <w:p w14:paraId="7BAE8776" w14:textId="65FE2EE4" w:rsidR="004D6147" w:rsidRPr="00AC7BFD" w:rsidRDefault="007A1550" w:rsidP="00D84C9B">
      <w:pPr>
        <w:pStyle w:val="p1"/>
        <w:rPr>
          <w:color w:val="000000" w:themeColor="text1"/>
          <w:sz w:val="32"/>
          <w:szCs w:val="32"/>
        </w:rPr>
      </w:pPr>
      <w:r>
        <w:rPr>
          <w:b/>
          <w:bCs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807744" behindDoc="0" locked="0" layoutInCell="1" allowOverlap="1" wp14:anchorId="6CE7B91A" wp14:editId="63D9D436">
            <wp:simplePos x="0" y="0"/>
            <wp:positionH relativeFrom="column">
              <wp:posOffset>2076145</wp:posOffset>
            </wp:positionH>
            <wp:positionV relativeFrom="paragraph">
              <wp:posOffset>16613</wp:posOffset>
            </wp:positionV>
            <wp:extent cx="1250315" cy="1181694"/>
            <wp:effectExtent l="0" t="0" r="698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78" cy="1191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B4230" w14:textId="35247271" w:rsidR="00BF39E5" w:rsidRDefault="002D3244" w:rsidP="007A1550">
      <w:pPr>
        <w:pStyle w:val="p1"/>
        <w:tabs>
          <w:tab w:val="left" w:pos="5806"/>
        </w:tabs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  <w:cs/>
        </w:rPr>
        <w:tab/>
      </w:r>
    </w:p>
    <w:p w14:paraId="7000EE45" w14:textId="5CF89243" w:rsidR="007A1550" w:rsidRDefault="007A1550" w:rsidP="007A1550">
      <w:pPr>
        <w:pStyle w:val="p1"/>
        <w:tabs>
          <w:tab w:val="left" w:pos="5806"/>
        </w:tabs>
        <w:rPr>
          <w:b/>
          <w:bCs/>
          <w:color w:val="000000" w:themeColor="text1"/>
          <w:sz w:val="32"/>
          <w:szCs w:val="32"/>
        </w:rPr>
      </w:pPr>
    </w:p>
    <w:p w14:paraId="61461488" w14:textId="0D5C0E81" w:rsidR="00782D3D" w:rsidRDefault="00782D3D" w:rsidP="00782D3D">
      <w:pPr>
        <w:pStyle w:val="p1"/>
        <w:jc w:val="center"/>
        <w:rPr>
          <w:b/>
          <w:bCs/>
          <w:color w:val="000000" w:themeColor="text1"/>
          <w:sz w:val="32"/>
          <w:szCs w:val="32"/>
        </w:rPr>
      </w:pPr>
      <w:r w:rsidRPr="00782D3D">
        <w:rPr>
          <w:rFonts w:hint="cs"/>
          <w:b/>
          <w:bCs/>
          <w:color w:val="000000" w:themeColor="text1"/>
          <w:sz w:val="32"/>
          <w:szCs w:val="32"/>
          <w:cs/>
        </w:rPr>
        <w:lastRenderedPageBreak/>
        <w:t>แผนที่โรงเรียน</w:t>
      </w:r>
    </w:p>
    <w:p w14:paraId="22BA7E37" w14:textId="5B75F31A" w:rsidR="00782D3D" w:rsidRPr="00782D3D" w:rsidRDefault="00782D3D" w:rsidP="00782D3D">
      <w:pPr>
        <w:pStyle w:val="p1"/>
        <w:jc w:val="center"/>
        <w:rPr>
          <w:b/>
          <w:bCs/>
          <w:color w:val="000000" w:themeColor="text1"/>
          <w:sz w:val="32"/>
          <w:szCs w:val="32"/>
        </w:rPr>
      </w:pPr>
    </w:p>
    <w:p w14:paraId="511A3C0E" w14:textId="56FC0DB3" w:rsidR="00D84C9B" w:rsidRPr="00AC7BFD" w:rsidRDefault="007A1550" w:rsidP="00D84C9B">
      <w:pPr>
        <w:pStyle w:val="p1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08768" behindDoc="0" locked="0" layoutInCell="1" allowOverlap="1" wp14:anchorId="3B1B4F40" wp14:editId="57413672">
            <wp:simplePos x="0" y="0"/>
            <wp:positionH relativeFrom="margin">
              <wp:align>center</wp:align>
            </wp:positionH>
            <wp:positionV relativeFrom="paragraph">
              <wp:posOffset>29845</wp:posOffset>
            </wp:positionV>
            <wp:extent cx="5791835" cy="431038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835" cy="4310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7ED0FB" w14:textId="0556D4A3" w:rsidR="00D84C9B" w:rsidRPr="00AC7BFD" w:rsidRDefault="00D84C9B" w:rsidP="00D84C9B">
      <w:pPr>
        <w:pStyle w:val="p1"/>
        <w:rPr>
          <w:color w:val="000000" w:themeColor="text1"/>
          <w:sz w:val="32"/>
          <w:szCs w:val="32"/>
        </w:rPr>
      </w:pPr>
    </w:p>
    <w:p w14:paraId="7A24339A" w14:textId="20A1D91F" w:rsidR="00D84C9B" w:rsidRPr="00AC7BFD" w:rsidRDefault="00D84C9B" w:rsidP="00D84C9B">
      <w:pPr>
        <w:pStyle w:val="p1"/>
        <w:rPr>
          <w:color w:val="000000" w:themeColor="text1"/>
          <w:sz w:val="32"/>
          <w:szCs w:val="32"/>
        </w:rPr>
      </w:pPr>
    </w:p>
    <w:p w14:paraId="59DC960D" w14:textId="77777777" w:rsidR="00D84C9B" w:rsidRPr="00AC7BFD" w:rsidRDefault="00D84C9B" w:rsidP="00D84C9B">
      <w:pPr>
        <w:pStyle w:val="p1"/>
        <w:rPr>
          <w:color w:val="000000" w:themeColor="text1"/>
          <w:sz w:val="32"/>
          <w:szCs w:val="32"/>
        </w:rPr>
      </w:pPr>
    </w:p>
    <w:p w14:paraId="7E755B58" w14:textId="29D72A0F" w:rsidR="00D84C9B" w:rsidRPr="00AC7BFD" w:rsidRDefault="00D84C9B" w:rsidP="00D84C9B">
      <w:pPr>
        <w:pStyle w:val="p1"/>
        <w:rPr>
          <w:color w:val="000000" w:themeColor="text1"/>
          <w:sz w:val="32"/>
          <w:szCs w:val="32"/>
        </w:rPr>
      </w:pPr>
    </w:p>
    <w:p w14:paraId="773E2B03" w14:textId="70646BD9" w:rsidR="00D84C9B" w:rsidRPr="00AC7BFD" w:rsidRDefault="00D84C9B" w:rsidP="00D84C9B">
      <w:pPr>
        <w:pStyle w:val="p1"/>
        <w:rPr>
          <w:color w:val="000000" w:themeColor="text1"/>
          <w:sz w:val="32"/>
          <w:szCs w:val="32"/>
        </w:rPr>
      </w:pPr>
    </w:p>
    <w:p w14:paraId="5956261B" w14:textId="6BC76018" w:rsidR="00BF39E5" w:rsidRDefault="00BF39E5" w:rsidP="009F3139">
      <w:pPr>
        <w:spacing w:line="240" w:lineRule="atLeast"/>
        <w:rPr>
          <w:rFonts w:ascii="IBM Plex Sans Thai SemiBold" w:hAnsi="IBM Plex Sans Thai SemiBold" w:cs="IBM Plex Sans Thai SemiBold"/>
          <w:sz w:val="32"/>
          <w:szCs w:val="32"/>
        </w:rPr>
      </w:pPr>
    </w:p>
    <w:p w14:paraId="33325D79" w14:textId="77777777" w:rsidR="00C23C6A" w:rsidRDefault="00C23C6A" w:rsidP="009F3139">
      <w:pPr>
        <w:spacing w:line="240" w:lineRule="atLeast"/>
        <w:rPr>
          <w:rFonts w:ascii="IBM Plex Sans Thai SemiBold" w:hAnsi="IBM Plex Sans Thai SemiBold" w:cs="IBM Plex Sans Thai SemiBold"/>
          <w:sz w:val="32"/>
          <w:szCs w:val="32"/>
        </w:rPr>
      </w:pPr>
    </w:p>
    <w:p w14:paraId="2EDEE708" w14:textId="54B41754" w:rsidR="00BF39E5" w:rsidRDefault="00BF39E5" w:rsidP="009F3139">
      <w:pPr>
        <w:spacing w:line="240" w:lineRule="atLeast"/>
        <w:rPr>
          <w:rFonts w:ascii="IBM Plex Sans Thai SemiBold" w:hAnsi="IBM Plex Sans Thai SemiBold" w:cs="IBM Plex Sans Thai SemiBold"/>
          <w:sz w:val="32"/>
          <w:szCs w:val="32"/>
        </w:rPr>
      </w:pPr>
    </w:p>
    <w:p w14:paraId="050B1950" w14:textId="38074FE5" w:rsidR="001301DB" w:rsidRDefault="001301DB" w:rsidP="009F3139">
      <w:pPr>
        <w:spacing w:line="240" w:lineRule="atLeast"/>
        <w:rPr>
          <w:rFonts w:ascii="IBM Plex Sans Thai SemiBold" w:hAnsi="IBM Plex Sans Thai SemiBold" w:cs="IBM Plex Sans Thai SemiBold"/>
          <w:sz w:val="32"/>
          <w:szCs w:val="32"/>
        </w:rPr>
      </w:pPr>
    </w:p>
    <w:p w14:paraId="7011F8DB" w14:textId="05DC7132" w:rsidR="001301DB" w:rsidRDefault="001301DB" w:rsidP="009F3139">
      <w:pPr>
        <w:spacing w:line="240" w:lineRule="atLeast"/>
        <w:rPr>
          <w:rFonts w:ascii="IBM Plex Sans Thai SemiBold" w:hAnsi="IBM Plex Sans Thai SemiBold" w:cs="IBM Plex Sans Thai SemiBold"/>
          <w:sz w:val="32"/>
          <w:szCs w:val="32"/>
        </w:rPr>
      </w:pPr>
    </w:p>
    <w:p w14:paraId="3C851441" w14:textId="77777777" w:rsidR="007A1550" w:rsidRDefault="009F3139" w:rsidP="009F3139">
      <w:pPr>
        <w:spacing w:line="240" w:lineRule="atLeast"/>
        <w:rPr>
          <w:rFonts w:ascii="IBM Plex Sans Thai SemiBold" w:hAnsi="IBM Plex Sans Thai SemiBold" w:cs="IBM Plex Sans Thai SemiBold"/>
          <w:sz w:val="32"/>
          <w:szCs w:val="32"/>
        </w:rPr>
      </w:pPr>
      <w:r w:rsidRPr="00CD26F4">
        <w:rPr>
          <w:rFonts w:ascii="IBM Plex Sans Thai SemiBold" w:hAnsi="IBM Plex Sans Thai SemiBold" w:cs="IBM Plex Sans Thai SemiBold"/>
          <w:sz w:val="32"/>
          <w:szCs w:val="32"/>
          <w:cs/>
        </w:rPr>
        <w:t xml:space="preserve"> </w:t>
      </w:r>
    </w:p>
    <w:p w14:paraId="4F42A82A" w14:textId="4EAAFB0D" w:rsidR="007A1550" w:rsidRDefault="007A1550" w:rsidP="009F3139">
      <w:pPr>
        <w:spacing w:line="240" w:lineRule="atLeast"/>
        <w:rPr>
          <w:rFonts w:ascii="IBM Plex Sans Thai SemiBold" w:hAnsi="IBM Plex Sans Thai SemiBold" w:cs="IBM Plex Sans Thai SemiBold"/>
          <w:sz w:val="32"/>
          <w:szCs w:val="32"/>
        </w:rPr>
      </w:pPr>
    </w:p>
    <w:p w14:paraId="02CCC6A5" w14:textId="77777777" w:rsidR="007A1550" w:rsidRDefault="007A1550" w:rsidP="009F3139">
      <w:pPr>
        <w:spacing w:line="240" w:lineRule="atLeast"/>
        <w:rPr>
          <w:rFonts w:ascii="IBM Plex Sans Thai SemiBold" w:hAnsi="IBM Plex Sans Thai SemiBold" w:cs="IBM Plex Sans Thai SemiBold"/>
          <w:sz w:val="32"/>
          <w:szCs w:val="32"/>
        </w:rPr>
      </w:pPr>
    </w:p>
    <w:p w14:paraId="2122F518" w14:textId="77777777" w:rsidR="007A1550" w:rsidRDefault="007A1550" w:rsidP="009F3139">
      <w:pPr>
        <w:spacing w:line="240" w:lineRule="atLeast"/>
        <w:rPr>
          <w:rFonts w:ascii="IBM Plex Sans Thai SemiBold" w:hAnsi="IBM Plex Sans Thai SemiBold" w:cs="IBM Plex Sans Thai SemiBold"/>
          <w:sz w:val="32"/>
          <w:szCs w:val="32"/>
        </w:rPr>
      </w:pPr>
    </w:p>
    <w:p w14:paraId="37900B92" w14:textId="4C7C9EA8" w:rsidR="007A1550" w:rsidRDefault="007A1550" w:rsidP="009F3139">
      <w:pPr>
        <w:spacing w:line="240" w:lineRule="atLeast"/>
        <w:rPr>
          <w:rFonts w:ascii="IBM Plex Sans Thai SemiBold" w:hAnsi="IBM Plex Sans Thai SemiBold" w:cs="IBM Plex Sans Thai SemiBold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538135" w:themeColor="accent6" w:themeShade="BF"/>
          <w:sz w:val="32"/>
          <w:szCs w:val="32"/>
        </w:rPr>
        <w:drawing>
          <wp:anchor distT="0" distB="0" distL="114300" distR="114300" simplePos="0" relativeHeight="251809792" behindDoc="0" locked="0" layoutInCell="1" allowOverlap="1" wp14:anchorId="099F71B9" wp14:editId="50D22B84">
            <wp:simplePos x="0" y="0"/>
            <wp:positionH relativeFrom="margin">
              <wp:posOffset>1297272</wp:posOffset>
            </wp:positionH>
            <wp:positionV relativeFrom="paragraph">
              <wp:posOffset>270451</wp:posOffset>
            </wp:positionV>
            <wp:extent cx="3581400" cy="3879593"/>
            <wp:effectExtent l="0" t="0" r="0" b="698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489" cy="3882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BF448A" w14:textId="2A34F3E0" w:rsidR="007A1550" w:rsidRDefault="007A1550" w:rsidP="009F3139">
      <w:pPr>
        <w:spacing w:line="240" w:lineRule="atLeast"/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</w:rPr>
      </w:pPr>
    </w:p>
    <w:p w14:paraId="1425D771" w14:textId="14FCAE0B" w:rsidR="007A1550" w:rsidRDefault="007A1550" w:rsidP="009F3139">
      <w:pPr>
        <w:spacing w:line="240" w:lineRule="atLeast"/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</w:rPr>
      </w:pPr>
    </w:p>
    <w:p w14:paraId="49F44A38" w14:textId="7458DA24" w:rsidR="007A1550" w:rsidRDefault="007A1550" w:rsidP="009F3139">
      <w:pPr>
        <w:spacing w:line="240" w:lineRule="atLeast"/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</w:rPr>
      </w:pPr>
    </w:p>
    <w:p w14:paraId="10B0B1C5" w14:textId="77777777" w:rsidR="007A1550" w:rsidRDefault="007A1550" w:rsidP="009F3139">
      <w:pPr>
        <w:spacing w:line="240" w:lineRule="atLeast"/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</w:rPr>
      </w:pPr>
    </w:p>
    <w:p w14:paraId="2BE73841" w14:textId="77777777" w:rsidR="007A1550" w:rsidRDefault="007A1550" w:rsidP="009F3139">
      <w:pPr>
        <w:spacing w:line="240" w:lineRule="atLeast"/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</w:rPr>
      </w:pPr>
    </w:p>
    <w:p w14:paraId="7AAF4D4D" w14:textId="77777777" w:rsidR="007A1550" w:rsidRDefault="007A1550" w:rsidP="009F3139">
      <w:pPr>
        <w:spacing w:line="240" w:lineRule="atLeast"/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</w:rPr>
      </w:pPr>
    </w:p>
    <w:p w14:paraId="1B9F5AA6" w14:textId="77777777" w:rsidR="007A1550" w:rsidRDefault="007A1550" w:rsidP="009F3139">
      <w:pPr>
        <w:spacing w:line="240" w:lineRule="atLeast"/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</w:rPr>
      </w:pPr>
    </w:p>
    <w:p w14:paraId="40D67D09" w14:textId="77777777" w:rsidR="007A1550" w:rsidRDefault="007A1550" w:rsidP="009F3139">
      <w:pPr>
        <w:spacing w:line="240" w:lineRule="atLeast"/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</w:rPr>
      </w:pPr>
    </w:p>
    <w:p w14:paraId="62BD61C4" w14:textId="77777777" w:rsidR="007A1550" w:rsidRDefault="007A1550" w:rsidP="009F3139">
      <w:pPr>
        <w:spacing w:line="240" w:lineRule="atLeast"/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</w:rPr>
      </w:pPr>
    </w:p>
    <w:p w14:paraId="738256CB" w14:textId="77777777" w:rsidR="007A1550" w:rsidRDefault="007A1550" w:rsidP="009F3139">
      <w:pPr>
        <w:spacing w:line="240" w:lineRule="atLeast"/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</w:rPr>
      </w:pPr>
    </w:p>
    <w:p w14:paraId="24FF61CF" w14:textId="77777777" w:rsidR="007A1550" w:rsidRDefault="007A1550" w:rsidP="009F3139">
      <w:pPr>
        <w:spacing w:line="240" w:lineRule="atLeast"/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</w:rPr>
      </w:pPr>
    </w:p>
    <w:p w14:paraId="7E8D846A" w14:textId="77777777" w:rsidR="007A1550" w:rsidRDefault="007A1550" w:rsidP="009F3139">
      <w:pPr>
        <w:spacing w:line="240" w:lineRule="atLeast"/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</w:rPr>
      </w:pPr>
    </w:p>
    <w:p w14:paraId="227E158E" w14:textId="77777777" w:rsidR="007A1550" w:rsidRDefault="007A1550" w:rsidP="009F3139">
      <w:pPr>
        <w:spacing w:line="240" w:lineRule="atLeast"/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</w:rPr>
      </w:pPr>
    </w:p>
    <w:p w14:paraId="2B8292FE" w14:textId="77777777" w:rsidR="007A1550" w:rsidRDefault="007A1550" w:rsidP="009F3139">
      <w:pPr>
        <w:spacing w:line="240" w:lineRule="atLeast"/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</w:rPr>
      </w:pPr>
    </w:p>
    <w:p w14:paraId="5DAF2E60" w14:textId="77777777" w:rsidR="007A1550" w:rsidRDefault="007A1550" w:rsidP="009F3139">
      <w:pPr>
        <w:spacing w:line="240" w:lineRule="atLeast"/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</w:rPr>
      </w:pPr>
    </w:p>
    <w:p w14:paraId="514879C1" w14:textId="1F3209D0" w:rsidR="009F3139" w:rsidRPr="008248DB" w:rsidRDefault="009F3139" w:rsidP="009F3139">
      <w:pPr>
        <w:spacing w:line="240" w:lineRule="atLeast"/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</w:rPr>
      </w:pPr>
      <w:r w:rsidRPr="008248DB">
        <w:rPr>
          <w:rFonts w:ascii="TH SarabunPSK" w:hAnsi="TH SarabunPSK" w:cs="TH SarabunPSK" w:hint="cs"/>
          <w:b/>
          <w:bCs/>
          <w:color w:val="538135" w:themeColor="accent6" w:themeShade="BF"/>
          <w:sz w:val="32"/>
          <w:szCs w:val="32"/>
          <w:cs/>
        </w:rPr>
        <w:lastRenderedPageBreak/>
        <w:t>ข้อมูลบุคลากรของสถานศึกษา</w:t>
      </w:r>
    </w:p>
    <w:p w14:paraId="6473B6C1" w14:textId="2B4E5B5A" w:rsidR="009F3139" w:rsidRDefault="009F3139" w:rsidP="009F3139">
      <w:pPr>
        <w:spacing w:line="240" w:lineRule="atLeast"/>
        <w:ind w:firstLine="720"/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</w:rPr>
      </w:pPr>
      <w:r w:rsidRPr="008248DB">
        <w:rPr>
          <w:rFonts w:ascii="TH SarabunPSK" w:hAnsi="TH SarabunPSK" w:cs="TH SarabunPSK" w:hint="cs"/>
          <w:b/>
          <w:bCs/>
          <w:color w:val="538135" w:themeColor="accent6" w:themeShade="BF"/>
          <w:sz w:val="32"/>
          <w:szCs w:val="32"/>
          <w:cs/>
        </w:rPr>
        <w:t xml:space="preserve"> จำนวนบุคลากร และ วุฒิการศึกษาสูงสุดของบุคลากร</w:t>
      </w:r>
    </w:p>
    <w:p w14:paraId="781352F3" w14:textId="77777777" w:rsidR="00D96D94" w:rsidRPr="00D96D94" w:rsidRDefault="00D96D94" w:rsidP="009F3139">
      <w:pPr>
        <w:spacing w:line="240" w:lineRule="atLeast"/>
        <w:ind w:firstLine="720"/>
        <w:rPr>
          <w:rFonts w:ascii="TH SarabunPSK" w:hAnsi="TH SarabunPSK" w:cs="TH SarabunPSK"/>
          <w:b/>
          <w:bCs/>
          <w:color w:val="538135" w:themeColor="accent6" w:themeShade="BF"/>
          <w:sz w:val="16"/>
          <w:szCs w:val="16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2520"/>
        <w:gridCol w:w="985"/>
        <w:gridCol w:w="1170"/>
        <w:gridCol w:w="1080"/>
        <w:gridCol w:w="900"/>
        <w:gridCol w:w="1089"/>
        <w:gridCol w:w="1346"/>
      </w:tblGrid>
      <w:tr w:rsidR="00D96D94" w:rsidRPr="00FE7FBC" w14:paraId="27408193" w14:textId="74713C01" w:rsidTr="00E161CC">
        <w:tc>
          <w:tcPr>
            <w:tcW w:w="2520" w:type="dxa"/>
            <w:vMerge w:val="restart"/>
            <w:shd w:val="clear" w:color="auto" w:fill="C5E0B3" w:themeFill="accent6" w:themeFillTint="66"/>
            <w:vAlign w:val="center"/>
            <w:hideMark/>
          </w:tcPr>
          <w:p w14:paraId="4636FB8E" w14:textId="77777777" w:rsidR="00D96D94" w:rsidRPr="00FE7FBC" w:rsidRDefault="00D96D94" w:rsidP="00936FCC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7F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บุคลากร</w:t>
            </w:r>
          </w:p>
        </w:tc>
        <w:tc>
          <w:tcPr>
            <w:tcW w:w="985" w:type="dxa"/>
            <w:vMerge w:val="restart"/>
            <w:shd w:val="clear" w:color="auto" w:fill="C5E0B3" w:themeFill="accent6" w:themeFillTint="66"/>
            <w:vAlign w:val="center"/>
            <w:hideMark/>
          </w:tcPr>
          <w:p w14:paraId="465D5093" w14:textId="73C0F5AA" w:rsidR="00D96D94" w:rsidRPr="00FE7FBC" w:rsidRDefault="00D96D94" w:rsidP="00936FCC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7F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  <w:p w14:paraId="04E8F704" w14:textId="77777777" w:rsidR="00D96D94" w:rsidRPr="00FE7FBC" w:rsidRDefault="00D96D94" w:rsidP="00936FCC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7F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บุคลากร</w:t>
            </w:r>
          </w:p>
          <w:p w14:paraId="7858FF3C" w14:textId="77777777" w:rsidR="00D96D94" w:rsidRPr="00FE7FBC" w:rsidRDefault="00D96D94" w:rsidP="00936FCC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7F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ทั้งหมด</w:t>
            </w:r>
          </w:p>
        </w:tc>
        <w:tc>
          <w:tcPr>
            <w:tcW w:w="5585" w:type="dxa"/>
            <w:gridSpan w:val="5"/>
            <w:shd w:val="clear" w:color="auto" w:fill="C5E0B3" w:themeFill="accent6" w:themeFillTint="66"/>
            <w:vAlign w:val="center"/>
            <w:hideMark/>
          </w:tcPr>
          <w:p w14:paraId="3717EEAC" w14:textId="28374821" w:rsidR="00D96D94" w:rsidRPr="00FE7FBC" w:rsidRDefault="00D96D94" w:rsidP="00936FCC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7F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จำนวนแยกตามวุฒิการศึกษา</w:t>
            </w:r>
          </w:p>
        </w:tc>
      </w:tr>
      <w:tr w:rsidR="00D96D94" w:rsidRPr="00FE7FBC" w14:paraId="732E0DF4" w14:textId="2C2BFD26" w:rsidTr="00E161CC">
        <w:tc>
          <w:tcPr>
            <w:tcW w:w="2520" w:type="dxa"/>
            <w:vMerge/>
            <w:shd w:val="clear" w:color="auto" w:fill="C5E0B3" w:themeFill="accent6" w:themeFillTint="66"/>
            <w:hideMark/>
          </w:tcPr>
          <w:p w14:paraId="70B7BB77" w14:textId="77777777" w:rsidR="00D96D94" w:rsidRPr="00FE7FBC" w:rsidRDefault="00D96D94" w:rsidP="00936FCC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5" w:type="dxa"/>
            <w:vMerge/>
            <w:shd w:val="clear" w:color="auto" w:fill="C5E0B3" w:themeFill="accent6" w:themeFillTint="66"/>
            <w:hideMark/>
          </w:tcPr>
          <w:p w14:paraId="539FC6FB" w14:textId="77777777" w:rsidR="00D96D94" w:rsidRPr="00FE7FBC" w:rsidRDefault="00D96D94" w:rsidP="00936FCC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  <w:shd w:val="clear" w:color="auto" w:fill="E2EFD9" w:themeFill="accent6" w:themeFillTint="33"/>
            <w:vAlign w:val="center"/>
            <w:hideMark/>
          </w:tcPr>
          <w:p w14:paraId="33A163AD" w14:textId="77777777" w:rsidR="00D96D94" w:rsidRPr="00FE7FBC" w:rsidRDefault="00D96D94" w:rsidP="00936FCC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7FBC">
              <w:rPr>
                <w:rFonts w:ascii="TH SarabunPSK" w:hAnsi="TH SarabunPSK" w:cs="TH SarabunPSK"/>
                <w:sz w:val="32"/>
                <w:szCs w:val="32"/>
                <w:cs/>
              </w:rPr>
              <w:t>ต่ำกว่าปริญญาตรี</w:t>
            </w:r>
          </w:p>
        </w:tc>
        <w:tc>
          <w:tcPr>
            <w:tcW w:w="1080" w:type="dxa"/>
            <w:shd w:val="clear" w:color="auto" w:fill="E2EFD9" w:themeFill="accent6" w:themeFillTint="33"/>
            <w:vAlign w:val="center"/>
            <w:hideMark/>
          </w:tcPr>
          <w:p w14:paraId="5179AB2E" w14:textId="77777777" w:rsidR="00D96D94" w:rsidRPr="00FE7FBC" w:rsidRDefault="00D96D94" w:rsidP="00936FCC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7FBC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900" w:type="dxa"/>
            <w:shd w:val="clear" w:color="auto" w:fill="E2EFD9" w:themeFill="accent6" w:themeFillTint="33"/>
            <w:vAlign w:val="center"/>
            <w:hideMark/>
          </w:tcPr>
          <w:p w14:paraId="43A8DA8E" w14:textId="77777777" w:rsidR="00D96D94" w:rsidRPr="00FE7FBC" w:rsidRDefault="00D96D94" w:rsidP="00936FCC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7FBC">
              <w:rPr>
                <w:rFonts w:ascii="TH SarabunPSK" w:hAnsi="TH SarabunPSK" w:cs="TH SarabunPSK"/>
                <w:sz w:val="32"/>
                <w:szCs w:val="32"/>
                <w:cs/>
              </w:rPr>
              <w:t>ปริญญาโท</w:t>
            </w:r>
          </w:p>
        </w:tc>
        <w:tc>
          <w:tcPr>
            <w:tcW w:w="1089" w:type="dxa"/>
            <w:shd w:val="clear" w:color="auto" w:fill="E2EFD9" w:themeFill="accent6" w:themeFillTint="33"/>
            <w:vAlign w:val="center"/>
            <w:hideMark/>
          </w:tcPr>
          <w:p w14:paraId="3FD54111" w14:textId="77777777" w:rsidR="00D96D94" w:rsidRPr="00FE7FBC" w:rsidRDefault="00D96D94" w:rsidP="00936FCC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7FBC">
              <w:rPr>
                <w:rFonts w:ascii="TH SarabunPSK" w:hAnsi="TH SarabunPSK" w:cs="TH SarabunPSK"/>
                <w:sz w:val="32"/>
                <w:szCs w:val="32"/>
                <w:cs/>
              </w:rPr>
              <w:t>ปริญญาเอก</w:t>
            </w:r>
          </w:p>
        </w:tc>
        <w:tc>
          <w:tcPr>
            <w:tcW w:w="1346" w:type="dxa"/>
            <w:shd w:val="clear" w:color="auto" w:fill="E2EFD9" w:themeFill="accent6" w:themeFillTint="33"/>
          </w:tcPr>
          <w:p w14:paraId="2E9B6B47" w14:textId="3F1B7A28" w:rsidR="00D96D94" w:rsidRPr="00FE7FBC" w:rsidRDefault="00D96D94" w:rsidP="00936FCC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กำลังศึกษาปริญญาตรี</w:t>
            </w:r>
          </w:p>
        </w:tc>
      </w:tr>
      <w:tr w:rsidR="00D96D94" w:rsidRPr="00FE7FBC" w14:paraId="7B2DE7E9" w14:textId="1B6F5FC8" w:rsidTr="00E161CC">
        <w:tc>
          <w:tcPr>
            <w:tcW w:w="2520" w:type="dxa"/>
          </w:tcPr>
          <w:p w14:paraId="48DA2F3E" w14:textId="77777777" w:rsidR="00D96D94" w:rsidRPr="00FE7FBC" w:rsidRDefault="00D96D94" w:rsidP="00936FCC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7F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ผู้บริหาสถานศึกษา</w:t>
            </w:r>
          </w:p>
        </w:tc>
        <w:tc>
          <w:tcPr>
            <w:tcW w:w="985" w:type="dxa"/>
          </w:tcPr>
          <w:p w14:paraId="7553430C" w14:textId="519C3497" w:rsidR="00D96D94" w:rsidRPr="00FE7FBC" w:rsidRDefault="00E161CC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170" w:type="dxa"/>
          </w:tcPr>
          <w:p w14:paraId="16402849" w14:textId="5AAB782B" w:rsidR="00D96D94" w:rsidRPr="00FE7FBC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</w:tcPr>
          <w:p w14:paraId="365634FD" w14:textId="1157DB72" w:rsidR="00D96D94" w:rsidRPr="00FE7FBC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243B97CB" w14:textId="5D125328" w:rsidR="00D96D94" w:rsidRPr="00FE7FBC" w:rsidRDefault="00E161CC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089" w:type="dxa"/>
          </w:tcPr>
          <w:p w14:paraId="1D3AFDF8" w14:textId="4D6E4D5D" w:rsidR="00D96D94" w:rsidRPr="00FE7FBC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346" w:type="dxa"/>
          </w:tcPr>
          <w:p w14:paraId="1ABA3F18" w14:textId="36D6F889" w:rsidR="00D96D94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D96D94" w:rsidRPr="00FE7FBC" w14:paraId="029E5F26" w14:textId="76134179" w:rsidTr="00E161CC">
        <w:tc>
          <w:tcPr>
            <w:tcW w:w="2520" w:type="dxa"/>
          </w:tcPr>
          <w:p w14:paraId="2B26C72A" w14:textId="77777777" w:rsidR="00D96D94" w:rsidRPr="00FE7FBC" w:rsidRDefault="00D96D94" w:rsidP="00936FCC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7F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ข้าราชการครู</w:t>
            </w:r>
          </w:p>
        </w:tc>
        <w:tc>
          <w:tcPr>
            <w:tcW w:w="985" w:type="dxa"/>
          </w:tcPr>
          <w:p w14:paraId="09B350EE" w14:textId="0A2005FE" w:rsidR="00D96D94" w:rsidRPr="00FE7FBC" w:rsidRDefault="00E161CC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170" w:type="dxa"/>
          </w:tcPr>
          <w:p w14:paraId="3F34768E" w14:textId="323EF15E" w:rsidR="00D96D94" w:rsidRPr="00FE7FBC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</w:tcPr>
          <w:p w14:paraId="5AB4F2FC" w14:textId="28FDF43C" w:rsidR="00D96D94" w:rsidRPr="00FE7FBC" w:rsidRDefault="00E161CC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900" w:type="dxa"/>
          </w:tcPr>
          <w:p w14:paraId="6ADA9FBC" w14:textId="231512FE" w:rsidR="00D96D94" w:rsidRPr="00FE7FBC" w:rsidRDefault="00E161CC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089" w:type="dxa"/>
          </w:tcPr>
          <w:p w14:paraId="602EE89B" w14:textId="453FE59F" w:rsidR="00D96D94" w:rsidRPr="00FE7FBC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346" w:type="dxa"/>
          </w:tcPr>
          <w:p w14:paraId="5BC3C347" w14:textId="23846B5E" w:rsidR="00D96D94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D96D94" w:rsidRPr="00FE7FBC" w14:paraId="45B2C1BB" w14:textId="0027729C" w:rsidTr="00E161CC">
        <w:tc>
          <w:tcPr>
            <w:tcW w:w="2520" w:type="dxa"/>
          </w:tcPr>
          <w:p w14:paraId="10B4EA4F" w14:textId="77777777" w:rsidR="00D96D94" w:rsidRPr="00FE7FBC" w:rsidRDefault="00D96D94" w:rsidP="00936FCC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7F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พนักงานราชการ</w:t>
            </w:r>
          </w:p>
        </w:tc>
        <w:tc>
          <w:tcPr>
            <w:tcW w:w="985" w:type="dxa"/>
          </w:tcPr>
          <w:p w14:paraId="078D8058" w14:textId="33B54000" w:rsidR="00D96D94" w:rsidRPr="00FE7FBC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</w:tcPr>
          <w:p w14:paraId="5A815774" w14:textId="30BC3C1F" w:rsidR="00D96D94" w:rsidRPr="00FE7FBC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</w:tcPr>
          <w:p w14:paraId="2F04F2C8" w14:textId="05D53807" w:rsidR="00D96D94" w:rsidRPr="00FE7FBC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14:paraId="6BE29CE0" w14:textId="3B40753D" w:rsidR="00D96D94" w:rsidRPr="00FE7FBC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089" w:type="dxa"/>
          </w:tcPr>
          <w:p w14:paraId="6FA91C62" w14:textId="3A95577F" w:rsidR="00D96D94" w:rsidRPr="00FE7FBC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346" w:type="dxa"/>
          </w:tcPr>
          <w:p w14:paraId="046468CC" w14:textId="28E959D4" w:rsidR="00D96D94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D96D94" w:rsidRPr="00FE7FBC" w14:paraId="277824F5" w14:textId="1B150E57" w:rsidTr="00E161CC">
        <w:tc>
          <w:tcPr>
            <w:tcW w:w="2520" w:type="dxa"/>
          </w:tcPr>
          <w:p w14:paraId="75BEEC96" w14:textId="77777777" w:rsidR="00D96D94" w:rsidRPr="00FE7FBC" w:rsidRDefault="00D96D94" w:rsidP="00936FCC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7F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ครูอัตราจ้าง</w:t>
            </w:r>
          </w:p>
        </w:tc>
        <w:tc>
          <w:tcPr>
            <w:tcW w:w="985" w:type="dxa"/>
          </w:tcPr>
          <w:p w14:paraId="38872589" w14:textId="029B218C" w:rsidR="00D96D94" w:rsidRPr="00FE7FBC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</w:tcPr>
          <w:p w14:paraId="33B7DA1A" w14:textId="186453ED" w:rsidR="00D96D94" w:rsidRPr="00FE7FBC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</w:tcPr>
          <w:p w14:paraId="2F36EF6A" w14:textId="78321A0D" w:rsidR="00D96D94" w:rsidRPr="00FE7FBC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14:paraId="698B726C" w14:textId="05D2C2A4" w:rsidR="00D96D94" w:rsidRPr="00FE7FBC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089" w:type="dxa"/>
          </w:tcPr>
          <w:p w14:paraId="25B18CED" w14:textId="437D7440" w:rsidR="00D96D94" w:rsidRPr="00FE7FBC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346" w:type="dxa"/>
          </w:tcPr>
          <w:p w14:paraId="11D3D23F" w14:textId="690C8513" w:rsidR="00D96D94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D96D94" w:rsidRPr="00FE7FBC" w14:paraId="6DCF4583" w14:textId="063575BF" w:rsidTr="00E161CC">
        <w:tc>
          <w:tcPr>
            <w:tcW w:w="2520" w:type="dxa"/>
          </w:tcPr>
          <w:p w14:paraId="472EA212" w14:textId="33B4F731" w:rsidR="00D96D94" w:rsidRPr="00FE7FBC" w:rsidRDefault="00D96D94" w:rsidP="00936FCC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A15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เจ้าหน้าที่ธุรการ</w:t>
            </w:r>
          </w:p>
        </w:tc>
        <w:tc>
          <w:tcPr>
            <w:tcW w:w="985" w:type="dxa"/>
          </w:tcPr>
          <w:p w14:paraId="630C68ED" w14:textId="0C960F8C" w:rsidR="00D96D94" w:rsidRPr="00FE7FBC" w:rsidRDefault="00E161CC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170" w:type="dxa"/>
          </w:tcPr>
          <w:p w14:paraId="6E222483" w14:textId="0DED4D16" w:rsidR="00D96D94" w:rsidRPr="00FE7FBC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</w:tcPr>
          <w:p w14:paraId="2EDF9C51" w14:textId="404B98A0" w:rsidR="00D96D94" w:rsidRPr="00FE7FBC" w:rsidRDefault="00E161CC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</w:tcPr>
          <w:p w14:paraId="537CAA76" w14:textId="544C1AEE" w:rsidR="00D96D94" w:rsidRPr="00FE7FBC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089" w:type="dxa"/>
          </w:tcPr>
          <w:p w14:paraId="70A4654E" w14:textId="29808190" w:rsidR="00D96D94" w:rsidRPr="00FE7FBC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346" w:type="dxa"/>
          </w:tcPr>
          <w:p w14:paraId="4BF2DAB8" w14:textId="2D15AB56" w:rsidR="00D96D94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D96D94" w:rsidRPr="00FE7FBC" w14:paraId="184F1A82" w14:textId="3EBD9B20" w:rsidTr="00E161CC">
        <w:tc>
          <w:tcPr>
            <w:tcW w:w="2520" w:type="dxa"/>
          </w:tcPr>
          <w:p w14:paraId="7E49E515" w14:textId="7141450D" w:rsidR="00D96D94" w:rsidRPr="00FE7FBC" w:rsidRDefault="00D96D94" w:rsidP="00936FCC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นักการภารโรง</w:t>
            </w:r>
          </w:p>
        </w:tc>
        <w:tc>
          <w:tcPr>
            <w:tcW w:w="985" w:type="dxa"/>
          </w:tcPr>
          <w:p w14:paraId="73E6516F" w14:textId="03FD0E49" w:rsidR="00D96D94" w:rsidRPr="00FE7FBC" w:rsidRDefault="00E161CC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170" w:type="dxa"/>
          </w:tcPr>
          <w:p w14:paraId="65CF046F" w14:textId="1E003331" w:rsidR="00D96D94" w:rsidRPr="00FE7FBC" w:rsidRDefault="00E161CC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080" w:type="dxa"/>
          </w:tcPr>
          <w:p w14:paraId="51EA12EE" w14:textId="6EEBEBB8" w:rsidR="00D96D94" w:rsidRPr="00FE7FBC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14:paraId="1BE510ED" w14:textId="540A84DF" w:rsidR="00D96D94" w:rsidRPr="00FE7FBC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089" w:type="dxa"/>
          </w:tcPr>
          <w:p w14:paraId="3DC70D1E" w14:textId="5245855B" w:rsidR="00D96D94" w:rsidRPr="00FE7FBC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346" w:type="dxa"/>
          </w:tcPr>
          <w:p w14:paraId="0AF4E75B" w14:textId="0D7F0DBD" w:rsidR="00D96D94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D96D94" w:rsidRPr="00FE7FBC" w14:paraId="1E407EAA" w14:textId="705C4188" w:rsidTr="00E161CC">
        <w:tc>
          <w:tcPr>
            <w:tcW w:w="2520" w:type="dxa"/>
          </w:tcPr>
          <w:p w14:paraId="0225FAB3" w14:textId="6805CA5D" w:rsidR="00D96D94" w:rsidRDefault="00D96D94" w:rsidP="00D96D94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นักศึกษาฝึกประสบการณ์วิชาชีพครู</w:t>
            </w:r>
          </w:p>
        </w:tc>
        <w:tc>
          <w:tcPr>
            <w:tcW w:w="985" w:type="dxa"/>
          </w:tcPr>
          <w:p w14:paraId="060F63F9" w14:textId="1336E1CB" w:rsidR="00D96D94" w:rsidRDefault="00E161CC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170" w:type="dxa"/>
          </w:tcPr>
          <w:p w14:paraId="177AEAC1" w14:textId="12112AAB" w:rsidR="00D96D94" w:rsidRPr="00FE7FBC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0" w:type="dxa"/>
          </w:tcPr>
          <w:p w14:paraId="618CA76C" w14:textId="309C0CF2" w:rsidR="00D96D94" w:rsidRPr="00FE7FBC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14:paraId="6BFFC977" w14:textId="34FBF433" w:rsidR="00D96D94" w:rsidRPr="00FE7FBC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089" w:type="dxa"/>
          </w:tcPr>
          <w:p w14:paraId="4EE0B9B0" w14:textId="2509C7A5" w:rsidR="00D96D94" w:rsidRPr="00FE7FBC" w:rsidRDefault="00D96D94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346" w:type="dxa"/>
          </w:tcPr>
          <w:p w14:paraId="1E4AF672" w14:textId="31F4F19E" w:rsidR="00D96D94" w:rsidRDefault="00E161CC" w:rsidP="007A1550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D96D94" w:rsidRPr="00FE7FBC" w14:paraId="42E78F96" w14:textId="3CDD2697" w:rsidTr="00E161CC">
        <w:tc>
          <w:tcPr>
            <w:tcW w:w="2520" w:type="dxa"/>
            <w:shd w:val="clear" w:color="auto" w:fill="C5E0B3" w:themeFill="accent6" w:themeFillTint="66"/>
          </w:tcPr>
          <w:p w14:paraId="43AAAD3F" w14:textId="77777777" w:rsidR="00D96D94" w:rsidRPr="00FE7FBC" w:rsidRDefault="00D96D94" w:rsidP="00936FCC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7F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85" w:type="dxa"/>
            <w:shd w:val="clear" w:color="auto" w:fill="C5E0B3" w:themeFill="accent6" w:themeFillTint="66"/>
          </w:tcPr>
          <w:p w14:paraId="05C53111" w14:textId="2A821050" w:rsidR="00D96D94" w:rsidRPr="00FE7FBC" w:rsidRDefault="00E161CC" w:rsidP="00D96D94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</w:t>
            </w:r>
          </w:p>
        </w:tc>
        <w:tc>
          <w:tcPr>
            <w:tcW w:w="1170" w:type="dxa"/>
            <w:shd w:val="clear" w:color="auto" w:fill="C5E0B3" w:themeFill="accent6" w:themeFillTint="66"/>
          </w:tcPr>
          <w:p w14:paraId="78F81138" w14:textId="59BB2A1B" w:rsidR="00D96D94" w:rsidRPr="00FE7FBC" w:rsidRDefault="00E161CC" w:rsidP="00D96D94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080" w:type="dxa"/>
            <w:shd w:val="clear" w:color="auto" w:fill="C5E0B3" w:themeFill="accent6" w:themeFillTint="66"/>
          </w:tcPr>
          <w:p w14:paraId="5FB98C73" w14:textId="6960EBCC" w:rsidR="00D96D94" w:rsidRPr="00FE7FBC" w:rsidRDefault="00E161CC" w:rsidP="00D96D94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900" w:type="dxa"/>
            <w:shd w:val="clear" w:color="auto" w:fill="C5E0B3" w:themeFill="accent6" w:themeFillTint="66"/>
          </w:tcPr>
          <w:p w14:paraId="6C4E0266" w14:textId="3C559267" w:rsidR="00D96D94" w:rsidRPr="00FE7FBC" w:rsidRDefault="00E161CC" w:rsidP="00D96D94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89" w:type="dxa"/>
            <w:shd w:val="clear" w:color="auto" w:fill="C5E0B3" w:themeFill="accent6" w:themeFillTint="66"/>
          </w:tcPr>
          <w:p w14:paraId="07BEEF1B" w14:textId="2954CD5B" w:rsidR="00D96D94" w:rsidRPr="00FE7FBC" w:rsidRDefault="00D96D94" w:rsidP="00D96D94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346" w:type="dxa"/>
            <w:shd w:val="clear" w:color="auto" w:fill="C5E0B3" w:themeFill="accent6" w:themeFillTint="66"/>
          </w:tcPr>
          <w:p w14:paraId="0B1E4B05" w14:textId="626261E4" w:rsidR="00D96D94" w:rsidRPr="00FE7FBC" w:rsidRDefault="00E161CC" w:rsidP="00D96D94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</w:tbl>
    <w:p w14:paraId="058697E1" w14:textId="6B1BEC18" w:rsidR="00C23C6A" w:rsidRDefault="00C23C6A" w:rsidP="009F3139">
      <w:pPr>
        <w:spacing w:line="240" w:lineRule="atLeast"/>
        <w:rPr>
          <w:rFonts w:ascii="TH SarabunPSK" w:hAnsi="TH SarabunPSK" w:cs="TH SarabunPSK"/>
          <w:sz w:val="32"/>
          <w:szCs w:val="32"/>
        </w:rPr>
      </w:pPr>
    </w:p>
    <w:p w14:paraId="398D456E" w14:textId="77777777" w:rsidR="00C23C6A" w:rsidRDefault="00C23C6A" w:rsidP="009F3139">
      <w:pPr>
        <w:spacing w:line="240" w:lineRule="atLeast"/>
        <w:rPr>
          <w:rFonts w:ascii="TH SarabunPSK" w:hAnsi="TH SarabunPSK" w:cs="TH SarabunPSK"/>
          <w:sz w:val="32"/>
          <w:szCs w:val="32"/>
        </w:rPr>
      </w:pPr>
    </w:p>
    <w:p w14:paraId="4529E85B" w14:textId="6F841181" w:rsidR="00C23C6A" w:rsidRDefault="00E161CC" w:rsidP="009F3139">
      <w:pPr>
        <w:spacing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810816" behindDoc="1" locked="0" layoutInCell="1" allowOverlap="1" wp14:anchorId="35098CC4" wp14:editId="5C153913">
            <wp:simplePos x="0" y="0"/>
            <wp:positionH relativeFrom="margin">
              <wp:align>left</wp:align>
            </wp:positionH>
            <wp:positionV relativeFrom="paragraph">
              <wp:posOffset>7493</wp:posOffset>
            </wp:positionV>
            <wp:extent cx="5793639" cy="3125935"/>
            <wp:effectExtent l="19050" t="19050" r="17145" b="17780"/>
            <wp:wrapNone/>
            <wp:docPr id="1438609240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609240" name="รูปภาพ 49" descr="รูปภาพประกอบด้วย ข้อความ, ภาพหน้าจอ, ตัวอักษร, เครื่องหมาย&#10;&#10;เนื้อหาที่สร้างโดย AI อาจไม่ถูกต้อง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9988" cy="312936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7C50D9" w14:textId="4F14E438" w:rsidR="009F3139" w:rsidRDefault="009F3139" w:rsidP="009F3139">
      <w:pPr>
        <w:spacing w:line="240" w:lineRule="atLeast"/>
        <w:rPr>
          <w:rFonts w:ascii="TH SarabunPSK" w:hAnsi="TH SarabunPSK" w:cs="TH SarabunPSK"/>
          <w:sz w:val="32"/>
          <w:szCs w:val="32"/>
        </w:rPr>
      </w:pPr>
    </w:p>
    <w:p w14:paraId="137B3F01" w14:textId="77777777" w:rsidR="00C23C6A" w:rsidRDefault="009F3139" w:rsidP="009F3139">
      <w:pPr>
        <w:pStyle w:val="p1"/>
        <w:spacing w:before="240"/>
        <w:rPr>
          <w:sz w:val="32"/>
          <w:szCs w:val="32"/>
        </w:rPr>
      </w:pPr>
      <w:r>
        <w:rPr>
          <w:sz w:val="32"/>
          <w:szCs w:val="32"/>
          <w:cs/>
        </w:rPr>
        <w:tab/>
      </w:r>
    </w:p>
    <w:p w14:paraId="71408EF1" w14:textId="77777777" w:rsidR="00C23C6A" w:rsidRDefault="00C23C6A" w:rsidP="009F3139">
      <w:pPr>
        <w:pStyle w:val="p1"/>
        <w:spacing w:before="240"/>
        <w:rPr>
          <w:rStyle w:val="s1"/>
          <w:rFonts w:ascii="TH SarabunPSK" w:eastAsiaTheme="minorEastAsia" w:hAnsi="TH SarabunPSK"/>
          <w:b/>
          <w:bCs/>
          <w:color w:val="538135" w:themeColor="accent6" w:themeShade="BF"/>
          <w:sz w:val="32"/>
          <w:szCs w:val="32"/>
        </w:rPr>
      </w:pPr>
    </w:p>
    <w:p w14:paraId="391D74F3" w14:textId="77777777" w:rsidR="00C23C6A" w:rsidRDefault="00C23C6A" w:rsidP="009F3139">
      <w:pPr>
        <w:pStyle w:val="p1"/>
        <w:spacing w:before="240"/>
        <w:rPr>
          <w:rStyle w:val="s1"/>
          <w:rFonts w:ascii="TH SarabunPSK" w:eastAsiaTheme="minorEastAsia" w:hAnsi="TH SarabunPSK"/>
          <w:b/>
          <w:bCs/>
          <w:color w:val="538135" w:themeColor="accent6" w:themeShade="BF"/>
          <w:sz w:val="32"/>
          <w:szCs w:val="32"/>
        </w:rPr>
      </w:pPr>
    </w:p>
    <w:p w14:paraId="45456A17" w14:textId="77777777" w:rsidR="00E161CC" w:rsidRDefault="00E161CC" w:rsidP="009F3139">
      <w:pPr>
        <w:pStyle w:val="p1"/>
        <w:spacing w:before="240"/>
        <w:rPr>
          <w:rStyle w:val="s1"/>
          <w:rFonts w:ascii="TH SarabunPSK" w:eastAsiaTheme="minorEastAsia" w:hAnsi="TH SarabunPSK"/>
          <w:b/>
          <w:bCs/>
          <w:color w:val="538135" w:themeColor="accent6" w:themeShade="BF"/>
          <w:sz w:val="32"/>
          <w:szCs w:val="32"/>
        </w:rPr>
      </w:pPr>
    </w:p>
    <w:p w14:paraId="56465A32" w14:textId="77777777" w:rsidR="00E161CC" w:rsidRDefault="00E161CC" w:rsidP="009F3139">
      <w:pPr>
        <w:pStyle w:val="p1"/>
        <w:spacing w:before="240"/>
        <w:rPr>
          <w:rStyle w:val="s1"/>
          <w:rFonts w:ascii="TH SarabunPSK" w:eastAsiaTheme="minorEastAsia" w:hAnsi="TH SarabunPSK"/>
          <w:b/>
          <w:bCs/>
          <w:color w:val="538135" w:themeColor="accent6" w:themeShade="BF"/>
          <w:sz w:val="32"/>
          <w:szCs w:val="32"/>
        </w:rPr>
      </w:pPr>
    </w:p>
    <w:p w14:paraId="2A32C8F5" w14:textId="77777777" w:rsidR="00E161CC" w:rsidRDefault="00E161CC" w:rsidP="009F3139">
      <w:pPr>
        <w:pStyle w:val="p1"/>
        <w:spacing w:before="240"/>
        <w:rPr>
          <w:rStyle w:val="s1"/>
          <w:rFonts w:ascii="TH SarabunPSK" w:eastAsiaTheme="minorEastAsia" w:hAnsi="TH SarabunPSK"/>
          <w:b/>
          <w:bCs/>
          <w:color w:val="538135" w:themeColor="accent6" w:themeShade="BF"/>
          <w:sz w:val="32"/>
          <w:szCs w:val="32"/>
        </w:rPr>
      </w:pPr>
    </w:p>
    <w:p w14:paraId="248E0649" w14:textId="77777777" w:rsidR="00E161CC" w:rsidRDefault="00E161CC" w:rsidP="009F3139">
      <w:pPr>
        <w:pStyle w:val="p1"/>
        <w:spacing w:before="240"/>
        <w:rPr>
          <w:rStyle w:val="s1"/>
          <w:rFonts w:ascii="TH SarabunPSK" w:eastAsiaTheme="minorEastAsia" w:hAnsi="TH SarabunPSK"/>
          <w:b/>
          <w:bCs/>
          <w:color w:val="538135" w:themeColor="accent6" w:themeShade="BF"/>
          <w:sz w:val="32"/>
          <w:szCs w:val="32"/>
        </w:rPr>
      </w:pPr>
    </w:p>
    <w:p w14:paraId="52868E95" w14:textId="77777777" w:rsidR="00E161CC" w:rsidRDefault="00E161CC" w:rsidP="009F3139">
      <w:pPr>
        <w:pStyle w:val="p1"/>
        <w:spacing w:before="240"/>
        <w:rPr>
          <w:rStyle w:val="s1"/>
          <w:rFonts w:ascii="TH SarabunPSK" w:eastAsiaTheme="minorEastAsia" w:hAnsi="TH SarabunPSK"/>
          <w:b/>
          <w:bCs/>
          <w:color w:val="538135" w:themeColor="accent6" w:themeShade="BF"/>
          <w:sz w:val="32"/>
          <w:szCs w:val="32"/>
        </w:rPr>
      </w:pPr>
    </w:p>
    <w:p w14:paraId="3FF1E8B4" w14:textId="77777777" w:rsidR="00E161CC" w:rsidRDefault="00E161CC" w:rsidP="009F3139">
      <w:pPr>
        <w:pStyle w:val="p1"/>
        <w:spacing w:before="240"/>
        <w:rPr>
          <w:rStyle w:val="s1"/>
          <w:rFonts w:ascii="TH SarabunPSK" w:eastAsiaTheme="minorEastAsia" w:hAnsi="TH SarabunPSK"/>
          <w:b/>
          <w:bCs/>
          <w:color w:val="538135" w:themeColor="accent6" w:themeShade="BF"/>
          <w:sz w:val="32"/>
          <w:szCs w:val="32"/>
        </w:rPr>
      </w:pPr>
    </w:p>
    <w:p w14:paraId="18BDD9AE" w14:textId="77777777" w:rsidR="00E161CC" w:rsidRDefault="00E161CC" w:rsidP="009F3139">
      <w:pPr>
        <w:pStyle w:val="p1"/>
        <w:spacing w:before="240"/>
        <w:rPr>
          <w:rStyle w:val="s1"/>
          <w:rFonts w:ascii="TH SarabunPSK" w:eastAsiaTheme="minorEastAsia" w:hAnsi="TH SarabunPSK"/>
          <w:b/>
          <w:bCs/>
          <w:color w:val="538135" w:themeColor="accent6" w:themeShade="BF"/>
          <w:sz w:val="32"/>
          <w:szCs w:val="32"/>
        </w:rPr>
      </w:pPr>
    </w:p>
    <w:p w14:paraId="6A00D855" w14:textId="77777777" w:rsidR="00E161CC" w:rsidRDefault="00E161CC" w:rsidP="009F3139">
      <w:pPr>
        <w:pStyle w:val="p1"/>
        <w:spacing w:before="240"/>
        <w:rPr>
          <w:rStyle w:val="s1"/>
          <w:rFonts w:ascii="TH SarabunPSK" w:eastAsiaTheme="minorEastAsia" w:hAnsi="TH SarabunPSK"/>
          <w:b/>
          <w:bCs/>
          <w:color w:val="538135" w:themeColor="accent6" w:themeShade="BF"/>
          <w:sz w:val="32"/>
          <w:szCs w:val="32"/>
        </w:rPr>
      </w:pPr>
    </w:p>
    <w:p w14:paraId="314C79EE" w14:textId="180A9B9F" w:rsidR="009F3139" w:rsidRPr="009F3139" w:rsidRDefault="009F3139" w:rsidP="009F3139">
      <w:pPr>
        <w:pStyle w:val="p1"/>
        <w:spacing w:before="240"/>
        <w:rPr>
          <w:sz w:val="32"/>
          <w:szCs w:val="32"/>
        </w:rPr>
      </w:pPr>
      <w:r w:rsidRPr="008248DB">
        <w:rPr>
          <w:rStyle w:val="s1"/>
          <w:rFonts w:ascii="TH SarabunPSK" w:eastAsiaTheme="minorEastAsia" w:hAnsi="TH SarabunPSK" w:hint="cs"/>
          <w:b/>
          <w:bCs/>
          <w:color w:val="538135" w:themeColor="accent6" w:themeShade="BF"/>
          <w:sz w:val="32"/>
          <w:szCs w:val="32"/>
          <w:cs/>
        </w:rPr>
        <w:lastRenderedPageBreak/>
        <w:t>ข้อมูลนักเรียน</w:t>
      </w:r>
      <w:r w:rsidRPr="008248DB">
        <w:rPr>
          <w:rStyle w:val="s1"/>
          <w:rFonts w:ascii="TH SarabunPSK" w:eastAsiaTheme="minorEastAsia" w:hAnsi="TH SarabunPSK" w:hint="cs"/>
          <w:color w:val="538135" w:themeColor="accent6" w:themeShade="BF"/>
          <w:sz w:val="32"/>
          <w:szCs w:val="32"/>
          <w:cs/>
        </w:rPr>
        <w:t xml:space="preserve"> </w:t>
      </w:r>
      <w:r w:rsidRPr="00685726">
        <w:rPr>
          <w:rStyle w:val="s1"/>
          <w:rFonts w:ascii="TH SarabunPSK" w:eastAsiaTheme="minorEastAsia" w:hAnsi="TH SarabunPSK" w:hint="cs"/>
          <w:color w:val="385623" w:themeColor="accent6" w:themeShade="80"/>
          <w:sz w:val="32"/>
          <w:szCs w:val="32"/>
          <w:cs/>
        </w:rPr>
        <w:t>(ณ วันที่ 10 มิถุนายน 256</w:t>
      </w:r>
      <w:r w:rsidRPr="00685726">
        <w:rPr>
          <w:rStyle w:val="s1"/>
          <w:rFonts w:ascii="TH SarabunPSK" w:eastAsiaTheme="minorEastAsia" w:hAnsi="TH SarabunPSK"/>
          <w:color w:val="385623" w:themeColor="accent6" w:themeShade="80"/>
          <w:sz w:val="32"/>
          <w:szCs w:val="32"/>
        </w:rPr>
        <w:t>9</w:t>
      </w:r>
      <w:r w:rsidRPr="00685726">
        <w:rPr>
          <w:rStyle w:val="s1"/>
          <w:rFonts w:ascii="TH SarabunPSK" w:eastAsiaTheme="minorEastAsia" w:hAnsi="TH SarabunPSK" w:hint="cs"/>
          <w:color w:val="385623" w:themeColor="accent6" w:themeShade="80"/>
          <w:sz w:val="32"/>
          <w:szCs w:val="32"/>
          <w:cs/>
        </w:rPr>
        <w:t xml:space="preserve"> ของปีการศึกษา 256</w:t>
      </w:r>
      <w:r w:rsidRPr="00685726">
        <w:rPr>
          <w:rStyle w:val="s1"/>
          <w:rFonts w:ascii="TH SarabunPSK" w:eastAsiaTheme="minorEastAsia" w:hAnsi="TH SarabunPSK"/>
          <w:color w:val="385623" w:themeColor="accent6" w:themeShade="80"/>
          <w:sz w:val="32"/>
          <w:szCs w:val="32"/>
        </w:rPr>
        <w:t>9</w:t>
      </w:r>
      <w:r w:rsidRPr="00685726">
        <w:rPr>
          <w:rStyle w:val="s1"/>
          <w:rFonts w:ascii="TH SarabunPSK" w:eastAsiaTheme="minorEastAsia" w:hAnsi="TH SarabunPSK" w:hint="cs"/>
          <w:color w:val="385623" w:themeColor="accent6" w:themeShade="80"/>
          <w:sz w:val="32"/>
          <w:szCs w:val="32"/>
          <w:cs/>
        </w:rPr>
        <w:t>)</w:t>
      </w:r>
    </w:p>
    <w:p w14:paraId="7C1F1410" w14:textId="60F0570A" w:rsidR="00E161CC" w:rsidRPr="00E161CC" w:rsidRDefault="00E161CC" w:rsidP="00E161CC">
      <w:pPr>
        <w:pStyle w:val="li1"/>
        <w:ind w:firstLine="720"/>
        <w:jc w:val="thaiDistribute"/>
        <w:rPr>
          <w:rStyle w:val="s1"/>
          <w:rFonts w:ascii="TH SarabunPSK" w:hAnsi="TH SarabunPSK" w:cs="TH SarabunPSK"/>
          <w:sz w:val="32"/>
          <w:szCs w:val="32"/>
        </w:rPr>
      </w:pPr>
      <w:r>
        <w:rPr>
          <w:rStyle w:val="s1"/>
          <w:rFonts w:ascii="TH SarabunPSK" w:eastAsia="Times New Roman" w:hAnsi="TH SarabunPSK" w:cs="TH SarabunPSK" w:hint="cs"/>
          <w:sz w:val="32"/>
          <w:szCs w:val="32"/>
          <w:cs/>
        </w:rPr>
        <w:t>1</w:t>
      </w:r>
      <w:r w:rsidR="009F3139" w:rsidRPr="009F3139">
        <w:rPr>
          <w:rStyle w:val="s1"/>
          <w:rFonts w:ascii="TH SarabunPSK" w:eastAsia="Times New Roman" w:hAnsi="TH SarabunPSK" w:cs="TH SarabunPSK" w:hint="cs"/>
          <w:sz w:val="32"/>
          <w:szCs w:val="32"/>
        </w:rPr>
        <w:t xml:space="preserve">) </w:t>
      </w:r>
      <w:r w:rsidR="009F3139" w:rsidRPr="009F3139">
        <w:rPr>
          <w:rStyle w:val="s1"/>
          <w:rFonts w:ascii="TH SarabunPSK" w:eastAsia="Times New Roman" w:hAnsi="TH SarabunPSK" w:cs="TH SarabunPSK" w:hint="cs"/>
          <w:sz w:val="32"/>
          <w:szCs w:val="32"/>
          <w:cs/>
        </w:rPr>
        <w:t xml:space="preserve">จำนวนนักเรียนในโรงเรียนทั้งสิ้น </w:t>
      </w:r>
      <w:r>
        <w:rPr>
          <w:rStyle w:val="s1"/>
          <w:rFonts w:ascii="TH SarabunPSK" w:eastAsia="Times New Roman" w:hAnsi="TH SarabunPSK" w:cs="TH SarabunPSK" w:hint="cs"/>
          <w:sz w:val="32"/>
          <w:szCs w:val="32"/>
          <w:cs/>
        </w:rPr>
        <w:t xml:space="preserve">97 </w:t>
      </w:r>
      <w:r w:rsidR="009F3139" w:rsidRPr="009F3139">
        <w:rPr>
          <w:rStyle w:val="s1"/>
          <w:rFonts w:ascii="TH SarabunPSK" w:hAnsi="TH SarabunPSK" w:cs="TH SarabunPSK" w:hint="cs"/>
          <w:sz w:val="32"/>
          <w:szCs w:val="32"/>
          <w:cs/>
        </w:rPr>
        <w:t>คน จำแนกตามระดับชั้นที่เปิดสอน</w:t>
      </w:r>
    </w:p>
    <w:p w14:paraId="2A53C4C4" w14:textId="77777777" w:rsidR="00E161CC" w:rsidRPr="009F3139" w:rsidRDefault="00E161CC" w:rsidP="009F3139">
      <w:pPr>
        <w:pStyle w:val="li1"/>
        <w:ind w:firstLine="720"/>
        <w:jc w:val="thaiDistribute"/>
        <w:rPr>
          <w:rStyle w:val="s1"/>
          <w:rFonts w:ascii="TH SarabunPSK" w:hAnsi="TH SarabunPSK" w:cs="TH SarabunPSK"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08"/>
        <w:gridCol w:w="1524"/>
        <w:gridCol w:w="980"/>
        <w:gridCol w:w="1025"/>
        <w:gridCol w:w="1013"/>
        <w:gridCol w:w="1835"/>
      </w:tblGrid>
      <w:tr w:rsidR="009F3139" w:rsidRPr="00FE7FBC" w14:paraId="74C6FC64" w14:textId="77777777" w:rsidTr="00731D37">
        <w:trPr>
          <w:tblHeader/>
        </w:trPr>
        <w:tc>
          <w:tcPr>
            <w:tcW w:w="2208" w:type="dxa"/>
            <w:vMerge w:val="restart"/>
            <w:shd w:val="clear" w:color="auto" w:fill="C5E0B3" w:themeFill="accent6" w:themeFillTint="66"/>
            <w:vAlign w:val="center"/>
          </w:tcPr>
          <w:p w14:paraId="16F88CAC" w14:textId="77777777" w:rsidR="009F3139" w:rsidRPr="00FE7FBC" w:rsidRDefault="009F3139" w:rsidP="00936F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 w:rsidRPr="00FE7FBC">
              <w:rPr>
                <w:b/>
                <w:bCs/>
                <w:sz w:val="32"/>
                <w:szCs w:val="32"/>
                <w:cs/>
              </w:rPr>
              <w:t>ระดับชั้นเรียน</w:t>
            </w:r>
          </w:p>
        </w:tc>
        <w:tc>
          <w:tcPr>
            <w:tcW w:w="1524" w:type="dxa"/>
            <w:vMerge w:val="restart"/>
            <w:shd w:val="clear" w:color="auto" w:fill="C5E0B3" w:themeFill="accent6" w:themeFillTint="66"/>
            <w:vAlign w:val="center"/>
          </w:tcPr>
          <w:p w14:paraId="58395177" w14:textId="77777777" w:rsidR="009F3139" w:rsidRPr="00FE7FBC" w:rsidRDefault="009F3139" w:rsidP="00936F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 w:rsidRPr="00FE7FBC">
              <w:rPr>
                <w:b/>
                <w:bCs/>
                <w:sz w:val="32"/>
                <w:szCs w:val="32"/>
                <w:cs/>
              </w:rPr>
              <w:t>จำนวนห้อง</w:t>
            </w:r>
          </w:p>
        </w:tc>
        <w:tc>
          <w:tcPr>
            <w:tcW w:w="3018" w:type="dxa"/>
            <w:gridSpan w:val="3"/>
            <w:shd w:val="clear" w:color="auto" w:fill="C5E0B3" w:themeFill="accent6" w:themeFillTint="66"/>
            <w:vAlign w:val="center"/>
          </w:tcPr>
          <w:p w14:paraId="29F717CD" w14:textId="77777777" w:rsidR="009F3139" w:rsidRPr="00FE7FBC" w:rsidRDefault="009F3139" w:rsidP="00936F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 w:rsidRPr="00FE7FBC">
              <w:rPr>
                <w:b/>
                <w:bCs/>
                <w:sz w:val="32"/>
                <w:szCs w:val="32"/>
                <w:cs/>
              </w:rPr>
              <w:t>เพศ</w:t>
            </w:r>
          </w:p>
        </w:tc>
        <w:tc>
          <w:tcPr>
            <w:tcW w:w="1835" w:type="dxa"/>
            <w:vMerge w:val="restart"/>
            <w:shd w:val="clear" w:color="auto" w:fill="C5E0B3" w:themeFill="accent6" w:themeFillTint="66"/>
            <w:vAlign w:val="center"/>
          </w:tcPr>
          <w:p w14:paraId="76534D3C" w14:textId="45A7893D" w:rsidR="009F3139" w:rsidRPr="00FE7FBC" w:rsidRDefault="00731D37" w:rsidP="00936F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F3139" w:rsidRPr="00FE7FBC" w14:paraId="22A57FD3" w14:textId="77777777" w:rsidTr="00731D37">
        <w:trPr>
          <w:tblHeader/>
        </w:trPr>
        <w:tc>
          <w:tcPr>
            <w:tcW w:w="2208" w:type="dxa"/>
            <w:vMerge/>
            <w:shd w:val="clear" w:color="auto" w:fill="FBE4D5" w:themeFill="accent2" w:themeFillTint="33"/>
          </w:tcPr>
          <w:p w14:paraId="10CD8370" w14:textId="77777777" w:rsidR="009F3139" w:rsidRPr="00FE7FBC" w:rsidRDefault="009F3139" w:rsidP="00936FCC">
            <w:pPr>
              <w:pStyle w:val="p1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24" w:type="dxa"/>
            <w:vMerge/>
            <w:shd w:val="clear" w:color="auto" w:fill="FBE4D5" w:themeFill="accent2" w:themeFillTint="33"/>
          </w:tcPr>
          <w:p w14:paraId="373823F3" w14:textId="77777777" w:rsidR="009F3139" w:rsidRPr="00FE7FBC" w:rsidRDefault="009F3139" w:rsidP="00936FCC">
            <w:pPr>
              <w:pStyle w:val="p1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80" w:type="dxa"/>
            <w:shd w:val="clear" w:color="auto" w:fill="E2EFD9" w:themeFill="accent6" w:themeFillTint="33"/>
            <w:vAlign w:val="center"/>
          </w:tcPr>
          <w:p w14:paraId="7FC7E6F5" w14:textId="77777777" w:rsidR="009F3139" w:rsidRPr="00FE7FBC" w:rsidRDefault="009F3139" w:rsidP="00936F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 w:rsidRPr="00FE7FBC">
              <w:rPr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1025" w:type="dxa"/>
            <w:shd w:val="clear" w:color="auto" w:fill="E2EFD9" w:themeFill="accent6" w:themeFillTint="33"/>
            <w:vAlign w:val="center"/>
          </w:tcPr>
          <w:p w14:paraId="32F4425C" w14:textId="77777777" w:rsidR="009F3139" w:rsidRPr="00FE7FBC" w:rsidRDefault="009F3139" w:rsidP="00936F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 w:rsidRPr="00FE7FBC">
              <w:rPr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1013" w:type="dxa"/>
            <w:shd w:val="clear" w:color="auto" w:fill="E2EFD9" w:themeFill="accent6" w:themeFillTint="33"/>
            <w:vAlign w:val="center"/>
          </w:tcPr>
          <w:p w14:paraId="5FA298EA" w14:textId="77777777" w:rsidR="009F3139" w:rsidRPr="00FE7FBC" w:rsidRDefault="009F3139" w:rsidP="00936F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 w:rsidRPr="00FE7FBC">
              <w:rPr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35" w:type="dxa"/>
            <w:vMerge/>
            <w:shd w:val="clear" w:color="auto" w:fill="FBE4D5" w:themeFill="accent2" w:themeFillTint="33"/>
          </w:tcPr>
          <w:p w14:paraId="7BD12C82" w14:textId="77777777" w:rsidR="009F3139" w:rsidRPr="00FE7FBC" w:rsidRDefault="009F3139" w:rsidP="00936FCC">
            <w:pPr>
              <w:pStyle w:val="p1"/>
              <w:rPr>
                <w:b/>
                <w:bCs/>
                <w:sz w:val="32"/>
                <w:szCs w:val="32"/>
              </w:rPr>
            </w:pPr>
          </w:p>
        </w:tc>
      </w:tr>
      <w:tr w:rsidR="009F3139" w:rsidRPr="00FE7FBC" w14:paraId="684E52F8" w14:textId="77777777" w:rsidTr="00731D37">
        <w:tc>
          <w:tcPr>
            <w:tcW w:w="2208" w:type="dxa"/>
          </w:tcPr>
          <w:p w14:paraId="42257A39" w14:textId="58EE33F6" w:rsidR="009F3139" w:rsidRPr="00FE7FBC" w:rsidRDefault="009F3139" w:rsidP="00936F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Style w:val="s1"/>
                <w:rFonts w:eastAsiaTheme="minorEastAsia" w:hint="cs"/>
                <w:b/>
                <w:bCs/>
                <w:sz w:val="32"/>
                <w:szCs w:val="32"/>
                <w:cs/>
              </w:rPr>
              <w:t>อบ</w:t>
            </w:r>
            <w:r w:rsidRPr="00FE7FBC">
              <w:rPr>
                <w:rStyle w:val="s1"/>
                <w:rFonts w:eastAsiaTheme="minorEastAsia"/>
                <w:b/>
                <w:bCs/>
                <w:sz w:val="32"/>
                <w:szCs w:val="32"/>
                <w:cs/>
              </w:rPr>
              <w:t>.</w:t>
            </w:r>
            <w:r>
              <w:rPr>
                <w:rStyle w:val="s1"/>
                <w:rFonts w:eastAsiaTheme="minorEastAsia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524" w:type="dxa"/>
          </w:tcPr>
          <w:p w14:paraId="32CEBBDE" w14:textId="1EAF4128" w:rsidR="009F3139" w:rsidRPr="00FE7FBC" w:rsidRDefault="00E161CC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80" w:type="dxa"/>
          </w:tcPr>
          <w:p w14:paraId="400A0159" w14:textId="6F3C5C67" w:rsidR="009F3139" w:rsidRPr="00FE7FBC" w:rsidRDefault="00731D37" w:rsidP="00E161CC">
            <w:pPr>
              <w:pStyle w:val="p1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1025" w:type="dxa"/>
          </w:tcPr>
          <w:p w14:paraId="5AE29B08" w14:textId="422B6636" w:rsidR="009F3139" w:rsidRPr="00FE7FBC" w:rsidRDefault="00731D37" w:rsidP="00E161CC">
            <w:pPr>
              <w:pStyle w:val="p1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013" w:type="dxa"/>
          </w:tcPr>
          <w:p w14:paraId="42626ABB" w14:textId="24D7CC25" w:rsidR="009F3139" w:rsidRPr="00FE7FBC" w:rsidRDefault="00E161CC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1835" w:type="dxa"/>
          </w:tcPr>
          <w:p w14:paraId="54A56631" w14:textId="77777777" w:rsidR="009F3139" w:rsidRPr="00FE7FBC" w:rsidRDefault="009F3139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F3139" w:rsidRPr="00FE7FBC" w14:paraId="3811B1E9" w14:textId="77777777" w:rsidTr="00731D37">
        <w:tc>
          <w:tcPr>
            <w:tcW w:w="2208" w:type="dxa"/>
          </w:tcPr>
          <w:p w14:paraId="1FD1E6E3" w14:textId="4D5D717E" w:rsidR="009F3139" w:rsidRPr="00D27D03" w:rsidRDefault="00D27D03" w:rsidP="00936FCC">
            <w:pPr>
              <w:pStyle w:val="p1"/>
              <w:jc w:val="center"/>
              <w:rPr>
                <w:rStyle w:val="s1"/>
                <w:rFonts w:ascii="TH SarabunPSK" w:eastAsiaTheme="minorEastAsia" w:hAnsi="TH SarabunPSK"/>
                <w:b/>
                <w:bCs/>
                <w:sz w:val="32"/>
                <w:szCs w:val="32"/>
              </w:rPr>
            </w:pPr>
            <w:r w:rsidRPr="00D27D03">
              <w:rPr>
                <w:rStyle w:val="s1"/>
                <w:rFonts w:ascii="TH SarabunPSK" w:eastAsiaTheme="minorEastAsia" w:hAnsi="TH SarabunPSK" w:hint="cs"/>
                <w:b/>
                <w:bCs/>
                <w:sz w:val="32"/>
                <w:szCs w:val="32"/>
                <w:cs/>
              </w:rPr>
              <w:t>อบ</w:t>
            </w:r>
            <w:r w:rsidR="009F3139" w:rsidRPr="00D27D03">
              <w:rPr>
                <w:rStyle w:val="s1"/>
                <w:rFonts w:ascii="TH SarabunPSK" w:eastAsiaTheme="minorEastAsia" w:hAnsi="TH SarabunPSK" w:hint="cs"/>
                <w:b/>
                <w:bCs/>
                <w:sz w:val="32"/>
                <w:szCs w:val="32"/>
                <w:cs/>
              </w:rPr>
              <w:t>.</w:t>
            </w:r>
            <w:r w:rsidRPr="00D27D03">
              <w:rPr>
                <w:rStyle w:val="s1"/>
                <w:rFonts w:ascii="TH SarabunPSK" w:eastAsiaTheme="minorEastAsia" w:hAnsi="TH SarabunPSK" w:hint="c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24" w:type="dxa"/>
          </w:tcPr>
          <w:p w14:paraId="5293506E" w14:textId="6E45E426" w:rsidR="009F3139" w:rsidRPr="00FE7FBC" w:rsidRDefault="00E161CC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80" w:type="dxa"/>
          </w:tcPr>
          <w:p w14:paraId="78816E1D" w14:textId="272FE40E" w:rsidR="009F3139" w:rsidRPr="00731D37" w:rsidRDefault="00E161CC" w:rsidP="00E161CC">
            <w:pPr>
              <w:pStyle w:val="p1"/>
              <w:jc w:val="center"/>
              <w:rPr>
                <w:b/>
                <w:bCs/>
                <w:sz w:val="32"/>
                <w:szCs w:val="32"/>
                <w:cs/>
              </w:rPr>
            </w:pPr>
            <w:r w:rsidRPr="00731D37">
              <w:rPr>
                <w:rFonts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025" w:type="dxa"/>
          </w:tcPr>
          <w:p w14:paraId="186A4CCB" w14:textId="1ED81C9C" w:rsidR="009F3139" w:rsidRPr="00731D37" w:rsidRDefault="00E161CC" w:rsidP="00E161CC">
            <w:pPr>
              <w:pStyle w:val="p1"/>
              <w:jc w:val="center"/>
              <w:rPr>
                <w:b/>
                <w:bCs/>
                <w:sz w:val="32"/>
                <w:szCs w:val="32"/>
                <w:cs/>
              </w:rPr>
            </w:pPr>
            <w:r w:rsidRPr="00731D37">
              <w:rPr>
                <w:rFonts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1013" w:type="dxa"/>
          </w:tcPr>
          <w:p w14:paraId="4110BDC5" w14:textId="1ADFCF89" w:rsidR="009F3139" w:rsidRPr="00FE7FBC" w:rsidRDefault="00E161CC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835" w:type="dxa"/>
          </w:tcPr>
          <w:p w14:paraId="3A4D06FC" w14:textId="77777777" w:rsidR="009F3139" w:rsidRPr="00FE7FBC" w:rsidRDefault="009F3139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F3139" w:rsidRPr="00FE7FBC" w14:paraId="40A5C97F" w14:textId="77777777" w:rsidTr="00731D37">
        <w:tc>
          <w:tcPr>
            <w:tcW w:w="2208" w:type="dxa"/>
            <w:shd w:val="clear" w:color="auto" w:fill="E2EFD9" w:themeFill="accent6" w:themeFillTint="33"/>
          </w:tcPr>
          <w:p w14:paraId="0BE1026E" w14:textId="77777777" w:rsidR="009F3139" w:rsidRPr="00FE7FBC" w:rsidRDefault="009F3139" w:rsidP="00936FCC">
            <w:pPr>
              <w:pStyle w:val="p1"/>
              <w:jc w:val="center"/>
              <w:rPr>
                <w:rStyle w:val="s1"/>
                <w:rFonts w:eastAsiaTheme="minorEastAsia"/>
                <w:b/>
                <w:bCs/>
                <w:sz w:val="32"/>
                <w:szCs w:val="32"/>
                <w:cs/>
              </w:rPr>
            </w:pPr>
            <w:r w:rsidRPr="00FE7FBC">
              <w:rPr>
                <w:rStyle w:val="s1"/>
                <w:rFonts w:eastAsiaTheme="minorEastAsia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24" w:type="dxa"/>
            <w:shd w:val="clear" w:color="auto" w:fill="E2EFD9" w:themeFill="accent6" w:themeFillTint="33"/>
          </w:tcPr>
          <w:p w14:paraId="5226DA60" w14:textId="7AFB6ADB" w:rsidR="009F3139" w:rsidRPr="00FE7FBC" w:rsidRDefault="00E161CC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980" w:type="dxa"/>
            <w:shd w:val="clear" w:color="auto" w:fill="E2EFD9" w:themeFill="accent6" w:themeFillTint="33"/>
          </w:tcPr>
          <w:p w14:paraId="3794795B" w14:textId="55930B32" w:rsidR="009F3139" w:rsidRPr="00FE7FBC" w:rsidRDefault="00731D37" w:rsidP="00E161CC">
            <w:pPr>
              <w:pStyle w:val="p1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025" w:type="dxa"/>
            <w:shd w:val="clear" w:color="auto" w:fill="E2EFD9" w:themeFill="accent6" w:themeFillTint="33"/>
          </w:tcPr>
          <w:p w14:paraId="560061C9" w14:textId="65949C95" w:rsidR="009F3139" w:rsidRPr="00FE7FBC" w:rsidRDefault="00731D37" w:rsidP="00E161CC">
            <w:pPr>
              <w:pStyle w:val="p1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1013" w:type="dxa"/>
            <w:shd w:val="clear" w:color="auto" w:fill="E2EFD9" w:themeFill="accent6" w:themeFillTint="33"/>
          </w:tcPr>
          <w:p w14:paraId="67B45208" w14:textId="20C3A446" w:rsidR="009F3139" w:rsidRPr="00FE7FBC" w:rsidRDefault="00731D37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835" w:type="dxa"/>
            <w:shd w:val="clear" w:color="auto" w:fill="E2EFD9" w:themeFill="accent6" w:themeFillTint="33"/>
          </w:tcPr>
          <w:p w14:paraId="0BBBD9F9" w14:textId="77777777" w:rsidR="009F3139" w:rsidRPr="00FE7FBC" w:rsidRDefault="009F3139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F3139" w:rsidRPr="00FE7FBC" w14:paraId="2D5F93DA" w14:textId="77777777" w:rsidTr="00731D37">
        <w:tc>
          <w:tcPr>
            <w:tcW w:w="2208" w:type="dxa"/>
          </w:tcPr>
          <w:p w14:paraId="332FF523" w14:textId="2ACF1694" w:rsidR="009F3139" w:rsidRPr="00D27D03" w:rsidRDefault="00D27D03" w:rsidP="00936FCC">
            <w:pPr>
              <w:pStyle w:val="p1"/>
              <w:jc w:val="center"/>
              <w:rPr>
                <w:rStyle w:val="s1"/>
                <w:rFonts w:ascii="TH SarabunPSK" w:eastAsiaTheme="minorEastAsia" w:hAnsi="TH SarabunPSK"/>
                <w:b/>
                <w:bCs/>
                <w:sz w:val="32"/>
                <w:szCs w:val="32"/>
              </w:rPr>
            </w:pPr>
            <w:r w:rsidRPr="00D27D03">
              <w:rPr>
                <w:rStyle w:val="s1"/>
                <w:rFonts w:ascii="TH SarabunPSK" w:eastAsiaTheme="minorEastAsia" w:hAnsi="TH SarabunPSK" w:hint="cs"/>
                <w:b/>
                <w:bCs/>
                <w:sz w:val="32"/>
                <w:szCs w:val="32"/>
                <w:cs/>
              </w:rPr>
              <w:t>ป</w:t>
            </w:r>
            <w:r w:rsidR="009F3139" w:rsidRPr="00D27D03">
              <w:rPr>
                <w:rStyle w:val="s1"/>
                <w:rFonts w:ascii="TH SarabunPSK" w:eastAsiaTheme="minorEastAsia" w:hAnsi="TH SarabunPSK" w:hint="cs"/>
                <w:b/>
                <w:bCs/>
                <w:sz w:val="32"/>
                <w:szCs w:val="32"/>
                <w:cs/>
              </w:rPr>
              <w:t>.</w:t>
            </w:r>
            <w:r w:rsidRPr="00D27D03">
              <w:rPr>
                <w:rStyle w:val="s1"/>
                <w:rFonts w:ascii="TH SarabunPSK" w:eastAsiaTheme="minorEastAsia" w:hAnsi="TH SarabunPSK" w:hint="c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24" w:type="dxa"/>
          </w:tcPr>
          <w:p w14:paraId="51DC1E0C" w14:textId="520D0F1B" w:rsidR="009F3139" w:rsidRPr="00FE7FBC" w:rsidRDefault="00E161CC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80" w:type="dxa"/>
          </w:tcPr>
          <w:p w14:paraId="0479A681" w14:textId="37C4E17A" w:rsidR="009F3139" w:rsidRPr="00FE7FBC" w:rsidRDefault="00731D37" w:rsidP="00E161CC">
            <w:pPr>
              <w:pStyle w:val="p1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025" w:type="dxa"/>
          </w:tcPr>
          <w:p w14:paraId="49F544CE" w14:textId="6FB3FC9E" w:rsidR="009F3139" w:rsidRPr="00FE7FBC" w:rsidRDefault="00731D37" w:rsidP="00E161CC">
            <w:pPr>
              <w:pStyle w:val="p1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013" w:type="dxa"/>
          </w:tcPr>
          <w:p w14:paraId="615D778A" w14:textId="150321AC" w:rsidR="009F3139" w:rsidRPr="00FE7FBC" w:rsidRDefault="00731D37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1835" w:type="dxa"/>
          </w:tcPr>
          <w:p w14:paraId="59BFC7C4" w14:textId="77777777" w:rsidR="009F3139" w:rsidRPr="00FE7FBC" w:rsidRDefault="009F3139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F3139" w:rsidRPr="00FE7FBC" w14:paraId="32F0EE16" w14:textId="77777777" w:rsidTr="00731D37">
        <w:tc>
          <w:tcPr>
            <w:tcW w:w="2208" w:type="dxa"/>
          </w:tcPr>
          <w:p w14:paraId="46B7F061" w14:textId="07C4D826" w:rsidR="009F3139" w:rsidRPr="00D27D03" w:rsidRDefault="00D27D03" w:rsidP="00936FCC">
            <w:pPr>
              <w:pStyle w:val="p1"/>
              <w:jc w:val="center"/>
              <w:rPr>
                <w:rStyle w:val="s1"/>
                <w:rFonts w:ascii="TH SarabunPSK" w:eastAsiaTheme="minorEastAsia" w:hAnsi="TH SarabunPSK"/>
                <w:b/>
                <w:bCs/>
                <w:sz w:val="32"/>
                <w:szCs w:val="32"/>
                <w:cs/>
              </w:rPr>
            </w:pPr>
            <w:r w:rsidRPr="00D27D03">
              <w:rPr>
                <w:rStyle w:val="s1"/>
                <w:rFonts w:ascii="TH SarabunPSK" w:eastAsiaTheme="minorEastAsia" w:hAnsi="TH SarabunPSK" w:hint="cs"/>
                <w:b/>
                <w:bCs/>
                <w:sz w:val="32"/>
                <w:szCs w:val="32"/>
                <w:cs/>
              </w:rPr>
              <w:t>ป</w:t>
            </w:r>
            <w:r w:rsidR="009F3139" w:rsidRPr="00D27D03">
              <w:rPr>
                <w:rStyle w:val="s1"/>
                <w:rFonts w:ascii="TH SarabunPSK" w:eastAsiaTheme="minorEastAsia" w:hAnsi="TH SarabunPSK" w:hint="cs"/>
                <w:b/>
                <w:bCs/>
                <w:sz w:val="32"/>
                <w:szCs w:val="32"/>
                <w:cs/>
              </w:rPr>
              <w:t>.</w:t>
            </w:r>
            <w:r w:rsidRPr="00D27D03">
              <w:rPr>
                <w:rStyle w:val="s1"/>
                <w:rFonts w:ascii="TH SarabunPSK" w:eastAsiaTheme="minorEastAsia" w:hAnsi="TH SarabunPSK" w:hint="c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24" w:type="dxa"/>
          </w:tcPr>
          <w:p w14:paraId="198D9F71" w14:textId="08939C23" w:rsidR="009F3139" w:rsidRPr="00FE7FBC" w:rsidRDefault="00E161CC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80" w:type="dxa"/>
          </w:tcPr>
          <w:p w14:paraId="692A8299" w14:textId="4F9C7197" w:rsidR="009F3139" w:rsidRPr="00FE7FBC" w:rsidRDefault="00731D37" w:rsidP="00E161CC">
            <w:pPr>
              <w:pStyle w:val="p1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1025" w:type="dxa"/>
          </w:tcPr>
          <w:p w14:paraId="1EE10B8A" w14:textId="2A9F443D" w:rsidR="009F3139" w:rsidRPr="00FE7FBC" w:rsidRDefault="00731D37" w:rsidP="00E161CC">
            <w:pPr>
              <w:pStyle w:val="p1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1013" w:type="dxa"/>
          </w:tcPr>
          <w:p w14:paraId="3A846C73" w14:textId="7981F9EB" w:rsidR="009F3139" w:rsidRPr="00FE7FBC" w:rsidRDefault="00731D37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18</w:t>
            </w:r>
          </w:p>
        </w:tc>
        <w:tc>
          <w:tcPr>
            <w:tcW w:w="1835" w:type="dxa"/>
          </w:tcPr>
          <w:p w14:paraId="05413DEA" w14:textId="77777777" w:rsidR="009F3139" w:rsidRPr="00FE7FBC" w:rsidRDefault="009F3139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F3139" w:rsidRPr="00FE7FBC" w14:paraId="537A53F6" w14:textId="77777777" w:rsidTr="00731D37">
        <w:tc>
          <w:tcPr>
            <w:tcW w:w="2208" w:type="dxa"/>
          </w:tcPr>
          <w:p w14:paraId="5FEA7EAF" w14:textId="35356FD7" w:rsidR="009F3139" w:rsidRPr="00D27D03" w:rsidRDefault="00D27D03" w:rsidP="00936FCC">
            <w:pPr>
              <w:pStyle w:val="p1"/>
              <w:jc w:val="center"/>
              <w:rPr>
                <w:rStyle w:val="s1"/>
                <w:rFonts w:ascii="TH SarabunPSK" w:eastAsiaTheme="minorEastAsia" w:hAnsi="TH SarabunPSK"/>
                <w:b/>
                <w:bCs/>
                <w:sz w:val="32"/>
                <w:szCs w:val="32"/>
              </w:rPr>
            </w:pPr>
            <w:r w:rsidRPr="00D27D03">
              <w:rPr>
                <w:rStyle w:val="s1"/>
                <w:rFonts w:ascii="TH SarabunPSK" w:eastAsiaTheme="minorEastAsia" w:hAnsi="TH SarabunPSK" w:hint="cs"/>
                <w:b/>
                <w:bCs/>
                <w:sz w:val="32"/>
                <w:szCs w:val="32"/>
                <w:cs/>
              </w:rPr>
              <w:t>ป</w:t>
            </w:r>
            <w:r w:rsidR="009F3139" w:rsidRPr="00D27D03">
              <w:rPr>
                <w:rStyle w:val="s1"/>
                <w:rFonts w:ascii="TH SarabunPSK" w:eastAsiaTheme="minorEastAsia" w:hAnsi="TH SarabunPSK" w:hint="cs"/>
                <w:b/>
                <w:bCs/>
                <w:sz w:val="32"/>
                <w:szCs w:val="32"/>
                <w:cs/>
              </w:rPr>
              <w:t>.</w:t>
            </w:r>
            <w:r w:rsidRPr="00D27D03">
              <w:rPr>
                <w:rStyle w:val="s1"/>
                <w:rFonts w:ascii="TH SarabunPSK" w:eastAsiaTheme="minorEastAsia" w:hAnsi="TH SarabunPSK" w:hint="c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24" w:type="dxa"/>
          </w:tcPr>
          <w:p w14:paraId="420ADE5C" w14:textId="59DD276E" w:rsidR="009F3139" w:rsidRPr="00FE7FBC" w:rsidRDefault="00E161CC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80" w:type="dxa"/>
          </w:tcPr>
          <w:p w14:paraId="360140A5" w14:textId="0F9B3B8D" w:rsidR="009F3139" w:rsidRPr="00FE7FBC" w:rsidRDefault="00731D37" w:rsidP="00E161CC">
            <w:pPr>
              <w:pStyle w:val="p1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025" w:type="dxa"/>
          </w:tcPr>
          <w:p w14:paraId="6919CFE2" w14:textId="19144C84" w:rsidR="009F3139" w:rsidRPr="00FE7FBC" w:rsidRDefault="00731D37" w:rsidP="00E161CC">
            <w:pPr>
              <w:pStyle w:val="p1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013" w:type="dxa"/>
          </w:tcPr>
          <w:p w14:paraId="1E48F80E" w14:textId="16108CFD" w:rsidR="009F3139" w:rsidRPr="00FE7FBC" w:rsidRDefault="00731D37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835" w:type="dxa"/>
          </w:tcPr>
          <w:p w14:paraId="7060FA97" w14:textId="77777777" w:rsidR="009F3139" w:rsidRPr="00FE7FBC" w:rsidRDefault="009F3139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F3139" w:rsidRPr="00FE7FBC" w14:paraId="3C93EB8D" w14:textId="77777777" w:rsidTr="00731D37">
        <w:tc>
          <w:tcPr>
            <w:tcW w:w="2208" w:type="dxa"/>
            <w:shd w:val="clear" w:color="auto" w:fill="E2EFD9" w:themeFill="accent6" w:themeFillTint="33"/>
          </w:tcPr>
          <w:p w14:paraId="16F3EDCB" w14:textId="77777777" w:rsidR="009F3139" w:rsidRPr="00FE7FBC" w:rsidRDefault="009F3139" w:rsidP="00936FCC">
            <w:pPr>
              <w:pStyle w:val="p1"/>
              <w:jc w:val="center"/>
              <w:rPr>
                <w:rStyle w:val="s1"/>
                <w:rFonts w:eastAsiaTheme="minorEastAsia"/>
                <w:b/>
                <w:bCs/>
                <w:sz w:val="32"/>
                <w:szCs w:val="32"/>
                <w:cs/>
              </w:rPr>
            </w:pPr>
            <w:r w:rsidRPr="00FE7FBC">
              <w:rPr>
                <w:rStyle w:val="s1"/>
                <w:rFonts w:eastAsiaTheme="minorEastAsia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24" w:type="dxa"/>
            <w:shd w:val="clear" w:color="auto" w:fill="E2EFD9" w:themeFill="accent6" w:themeFillTint="33"/>
          </w:tcPr>
          <w:p w14:paraId="26F64E07" w14:textId="528D5D07" w:rsidR="009F3139" w:rsidRPr="00FE7FBC" w:rsidRDefault="00731D37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980" w:type="dxa"/>
            <w:shd w:val="clear" w:color="auto" w:fill="E2EFD9" w:themeFill="accent6" w:themeFillTint="33"/>
          </w:tcPr>
          <w:p w14:paraId="521C2EBF" w14:textId="37A931FA" w:rsidR="009F3139" w:rsidRPr="00FE7FBC" w:rsidRDefault="00731D37" w:rsidP="00E161CC">
            <w:pPr>
              <w:pStyle w:val="p1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025" w:type="dxa"/>
            <w:shd w:val="clear" w:color="auto" w:fill="E2EFD9" w:themeFill="accent6" w:themeFillTint="33"/>
          </w:tcPr>
          <w:p w14:paraId="1E3A24D0" w14:textId="4E4494D4" w:rsidR="009F3139" w:rsidRPr="00FE7FBC" w:rsidRDefault="00731D37" w:rsidP="00E161CC">
            <w:pPr>
              <w:pStyle w:val="p1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013" w:type="dxa"/>
            <w:shd w:val="clear" w:color="auto" w:fill="E2EFD9" w:themeFill="accent6" w:themeFillTint="33"/>
          </w:tcPr>
          <w:p w14:paraId="37A307B8" w14:textId="305500E7" w:rsidR="009F3139" w:rsidRPr="00FE7FBC" w:rsidRDefault="00731D37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40</w:t>
            </w:r>
          </w:p>
        </w:tc>
        <w:tc>
          <w:tcPr>
            <w:tcW w:w="1835" w:type="dxa"/>
            <w:shd w:val="clear" w:color="auto" w:fill="E2EFD9" w:themeFill="accent6" w:themeFillTint="33"/>
          </w:tcPr>
          <w:p w14:paraId="046BF49D" w14:textId="77777777" w:rsidR="009F3139" w:rsidRPr="00FE7FBC" w:rsidRDefault="009F3139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F3139" w:rsidRPr="00FE7FBC" w14:paraId="34E363C6" w14:textId="77777777" w:rsidTr="00731D37">
        <w:tc>
          <w:tcPr>
            <w:tcW w:w="2208" w:type="dxa"/>
          </w:tcPr>
          <w:p w14:paraId="11C042C3" w14:textId="281AB5EB" w:rsidR="009F3139" w:rsidRPr="00D27D03" w:rsidRDefault="00D27D03" w:rsidP="00936FCC">
            <w:pPr>
              <w:pStyle w:val="p1"/>
              <w:jc w:val="center"/>
              <w:rPr>
                <w:rStyle w:val="s1"/>
                <w:rFonts w:ascii="TH SarabunPSK" w:eastAsiaTheme="minorEastAsia" w:hAnsi="TH SarabunPSK"/>
                <w:b/>
                <w:bCs/>
                <w:sz w:val="32"/>
                <w:szCs w:val="32"/>
              </w:rPr>
            </w:pPr>
            <w:r w:rsidRPr="00D27D03">
              <w:rPr>
                <w:rStyle w:val="s1"/>
                <w:rFonts w:ascii="TH SarabunPSK" w:eastAsiaTheme="minorEastAsia" w:hAnsi="TH SarabunPSK" w:hint="cs"/>
                <w:b/>
                <w:bCs/>
                <w:sz w:val="32"/>
                <w:szCs w:val="32"/>
                <w:cs/>
              </w:rPr>
              <w:t>ป</w:t>
            </w:r>
            <w:r w:rsidR="009F3139" w:rsidRPr="00D27D03">
              <w:rPr>
                <w:rStyle w:val="s1"/>
                <w:rFonts w:ascii="TH SarabunPSK" w:eastAsiaTheme="minorEastAsia" w:hAnsi="TH SarabunPSK" w:hint="cs"/>
                <w:b/>
                <w:bCs/>
                <w:sz w:val="32"/>
                <w:szCs w:val="32"/>
                <w:cs/>
              </w:rPr>
              <w:t>.</w:t>
            </w:r>
            <w:r w:rsidRPr="00D27D03">
              <w:rPr>
                <w:rStyle w:val="s1"/>
                <w:rFonts w:ascii="TH SarabunPSK" w:eastAsiaTheme="minorEastAsia" w:hAnsi="TH SarabunPSK" w:hint="c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524" w:type="dxa"/>
          </w:tcPr>
          <w:p w14:paraId="17CDF1B5" w14:textId="338BEE1F" w:rsidR="009F3139" w:rsidRPr="00FE7FBC" w:rsidRDefault="00E161CC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80" w:type="dxa"/>
          </w:tcPr>
          <w:p w14:paraId="52BE6F70" w14:textId="7DBD48B2" w:rsidR="009F3139" w:rsidRPr="00FE7FBC" w:rsidRDefault="00731D37" w:rsidP="00E161CC">
            <w:pPr>
              <w:pStyle w:val="p1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025" w:type="dxa"/>
          </w:tcPr>
          <w:p w14:paraId="6EC60EDA" w14:textId="3B05DDEB" w:rsidR="009F3139" w:rsidRPr="00FE7FBC" w:rsidRDefault="00731D37" w:rsidP="00E161CC">
            <w:pPr>
              <w:pStyle w:val="p1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013" w:type="dxa"/>
          </w:tcPr>
          <w:p w14:paraId="3F34A201" w14:textId="57572117" w:rsidR="009F3139" w:rsidRPr="00FE7FBC" w:rsidRDefault="00731D37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1835" w:type="dxa"/>
          </w:tcPr>
          <w:p w14:paraId="6137CDEA" w14:textId="77777777" w:rsidR="009F3139" w:rsidRPr="00FE7FBC" w:rsidRDefault="009F3139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F3139" w:rsidRPr="00FE7FBC" w14:paraId="1B647C38" w14:textId="77777777" w:rsidTr="00731D37">
        <w:trPr>
          <w:trHeight w:val="335"/>
        </w:trPr>
        <w:tc>
          <w:tcPr>
            <w:tcW w:w="2208" w:type="dxa"/>
          </w:tcPr>
          <w:p w14:paraId="12776DA3" w14:textId="47F15559" w:rsidR="009F3139" w:rsidRPr="00D27D03" w:rsidRDefault="00D27D03" w:rsidP="00936FCC">
            <w:pPr>
              <w:pStyle w:val="p1"/>
              <w:jc w:val="center"/>
              <w:rPr>
                <w:rStyle w:val="s1"/>
                <w:rFonts w:ascii="TH SarabunPSK" w:eastAsiaTheme="minorEastAsia" w:hAnsi="TH SarabunPSK"/>
                <w:b/>
                <w:bCs/>
                <w:sz w:val="32"/>
                <w:szCs w:val="32"/>
                <w:cs/>
              </w:rPr>
            </w:pPr>
            <w:r w:rsidRPr="00D27D03">
              <w:rPr>
                <w:rStyle w:val="s1"/>
                <w:rFonts w:ascii="TH SarabunPSK" w:eastAsiaTheme="minorEastAsia" w:hAnsi="TH SarabunPSK" w:hint="cs"/>
                <w:b/>
                <w:bCs/>
                <w:sz w:val="32"/>
                <w:szCs w:val="32"/>
                <w:cs/>
              </w:rPr>
              <w:t>ป</w:t>
            </w:r>
            <w:r w:rsidR="009F3139" w:rsidRPr="00D27D03">
              <w:rPr>
                <w:rStyle w:val="s1"/>
                <w:rFonts w:ascii="TH SarabunPSK" w:eastAsiaTheme="minorEastAsia" w:hAnsi="TH SarabunPSK" w:hint="cs"/>
                <w:b/>
                <w:bCs/>
                <w:sz w:val="32"/>
                <w:szCs w:val="32"/>
                <w:cs/>
              </w:rPr>
              <w:t>.</w:t>
            </w:r>
            <w:r w:rsidRPr="00D27D03">
              <w:rPr>
                <w:rStyle w:val="s1"/>
                <w:rFonts w:ascii="TH SarabunPSK" w:eastAsiaTheme="minorEastAsia" w:hAnsi="TH SarabunPSK" w:hint="c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524" w:type="dxa"/>
          </w:tcPr>
          <w:p w14:paraId="0AB5BD5E" w14:textId="4495C760" w:rsidR="009F3139" w:rsidRPr="00FE7FBC" w:rsidRDefault="00E161CC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80" w:type="dxa"/>
          </w:tcPr>
          <w:p w14:paraId="792E66A2" w14:textId="2D20533A" w:rsidR="009F3139" w:rsidRPr="00FE7FBC" w:rsidRDefault="00731D37" w:rsidP="00E161CC">
            <w:pPr>
              <w:pStyle w:val="p1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025" w:type="dxa"/>
          </w:tcPr>
          <w:p w14:paraId="04244A7E" w14:textId="517950F0" w:rsidR="009F3139" w:rsidRPr="00FE7FBC" w:rsidRDefault="00731D37" w:rsidP="00E161CC">
            <w:pPr>
              <w:pStyle w:val="p1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013" w:type="dxa"/>
          </w:tcPr>
          <w:p w14:paraId="7F4A7E24" w14:textId="2BA057AD" w:rsidR="009F3139" w:rsidRPr="00FE7FBC" w:rsidRDefault="00731D37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835" w:type="dxa"/>
          </w:tcPr>
          <w:p w14:paraId="67D61806" w14:textId="77777777" w:rsidR="009F3139" w:rsidRPr="00FE7FBC" w:rsidRDefault="009F3139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F3139" w:rsidRPr="00FE7FBC" w14:paraId="5BC63BE1" w14:textId="77777777" w:rsidTr="00731D37">
        <w:trPr>
          <w:trHeight w:val="335"/>
        </w:trPr>
        <w:tc>
          <w:tcPr>
            <w:tcW w:w="2208" w:type="dxa"/>
          </w:tcPr>
          <w:p w14:paraId="78FE223E" w14:textId="60407820" w:rsidR="009F3139" w:rsidRPr="00D27D03" w:rsidRDefault="00D27D03" w:rsidP="00936FCC">
            <w:pPr>
              <w:pStyle w:val="p1"/>
              <w:jc w:val="center"/>
              <w:rPr>
                <w:rStyle w:val="s1"/>
                <w:rFonts w:ascii="TH SarabunPSK" w:eastAsiaTheme="minorEastAsia" w:hAnsi="TH SarabunPSK"/>
                <w:b/>
                <w:bCs/>
                <w:sz w:val="32"/>
                <w:szCs w:val="32"/>
              </w:rPr>
            </w:pPr>
            <w:r w:rsidRPr="00D27D03">
              <w:rPr>
                <w:rStyle w:val="s1"/>
                <w:rFonts w:ascii="TH SarabunPSK" w:eastAsiaTheme="minorEastAsia" w:hAnsi="TH SarabunPSK" w:hint="cs"/>
                <w:b/>
                <w:bCs/>
                <w:sz w:val="32"/>
                <w:szCs w:val="32"/>
                <w:cs/>
              </w:rPr>
              <w:t>ป</w:t>
            </w:r>
            <w:r w:rsidR="009F3139" w:rsidRPr="00D27D03">
              <w:rPr>
                <w:rStyle w:val="s1"/>
                <w:rFonts w:ascii="TH SarabunPSK" w:eastAsiaTheme="minorEastAsia" w:hAnsi="TH SarabunPSK" w:hint="cs"/>
                <w:b/>
                <w:bCs/>
                <w:sz w:val="32"/>
                <w:szCs w:val="32"/>
                <w:cs/>
              </w:rPr>
              <w:t>.</w:t>
            </w:r>
            <w:r w:rsidRPr="00D27D03">
              <w:rPr>
                <w:rStyle w:val="s1"/>
                <w:rFonts w:ascii="TH SarabunPSK" w:eastAsiaTheme="minorEastAsia" w:hAnsi="TH SarabunPSK" w:hint="c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524" w:type="dxa"/>
          </w:tcPr>
          <w:p w14:paraId="4874A3AD" w14:textId="77678A27" w:rsidR="009F3139" w:rsidRPr="00FE7FBC" w:rsidRDefault="00E161CC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80" w:type="dxa"/>
          </w:tcPr>
          <w:p w14:paraId="3DB80721" w14:textId="6BCB26FB" w:rsidR="009F3139" w:rsidRPr="00FE7FBC" w:rsidRDefault="00731D37" w:rsidP="00E161CC">
            <w:pPr>
              <w:pStyle w:val="p1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1025" w:type="dxa"/>
          </w:tcPr>
          <w:p w14:paraId="57F64A50" w14:textId="78334BDD" w:rsidR="009F3139" w:rsidRPr="00FE7FBC" w:rsidRDefault="00731D37" w:rsidP="00E161CC">
            <w:pPr>
              <w:pStyle w:val="p1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013" w:type="dxa"/>
          </w:tcPr>
          <w:p w14:paraId="1E8DCA4A" w14:textId="6ABED5EF" w:rsidR="009F3139" w:rsidRPr="00FE7FBC" w:rsidRDefault="00731D37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21</w:t>
            </w:r>
          </w:p>
        </w:tc>
        <w:tc>
          <w:tcPr>
            <w:tcW w:w="1835" w:type="dxa"/>
          </w:tcPr>
          <w:p w14:paraId="40962996" w14:textId="77777777" w:rsidR="009F3139" w:rsidRPr="00FE7FBC" w:rsidRDefault="009F3139" w:rsidP="00E161CC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F3139" w:rsidRPr="00FE7FBC" w14:paraId="4C7913C3" w14:textId="77777777" w:rsidTr="00731D37">
        <w:trPr>
          <w:trHeight w:val="335"/>
        </w:trPr>
        <w:tc>
          <w:tcPr>
            <w:tcW w:w="2208" w:type="dxa"/>
            <w:shd w:val="clear" w:color="auto" w:fill="E2EFD9" w:themeFill="accent6" w:themeFillTint="33"/>
          </w:tcPr>
          <w:p w14:paraId="5EF3FF27" w14:textId="77777777" w:rsidR="009F3139" w:rsidRPr="00FE7FBC" w:rsidRDefault="009F3139" w:rsidP="00936FCC">
            <w:pPr>
              <w:pStyle w:val="p1"/>
              <w:jc w:val="center"/>
              <w:rPr>
                <w:rStyle w:val="s1"/>
                <w:rFonts w:eastAsiaTheme="minorEastAsia"/>
                <w:b/>
                <w:bCs/>
                <w:sz w:val="32"/>
                <w:szCs w:val="32"/>
                <w:cs/>
              </w:rPr>
            </w:pPr>
            <w:r w:rsidRPr="00FE7FBC">
              <w:rPr>
                <w:rStyle w:val="s1"/>
                <w:rFonts w:eastAsiaTheme="minorEastAsia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24" w:type="dxa"/>
            <w:shd w:val="clear" w:color="auto" w:fill="E2EFD9" w:themeFill="accent6" w:themeFillTint="33"/>
          </w:tcPr>
          <w:p w14:paraId="519061E5" w14:textId="2C5544D6" w:rsidR="009F3139" w:rsidRPr="00FE7FBC" w:rsidRDefault="00731D37" w:rsidP="00731D37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980" w:type="dxa"/>
            <w:shd w:val="clear" w:color="auto" w:fill="E2EFD9" w:themeFill="accent6" w:themeFillTint="33"/>
          </w:tcPr>
          <w:p w14:paraId="2B086928" w14:textId="6F4D2C14" w:rsidR="009F3139" w:rsidRPr="00FE7FBC" w:rsidRDefault="00731D37" w:rsidP="00936FCC">
            <w:pPr>
              <w:pStyle w:val="p1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025" w:type="dxa"/>
            <w:shd w:val="clear" w:color="auto" w:fill="E2EFD9" w:themeFill="accent6" w:themeFillTint="33"/>
          </w:tcPr>
          <w:p w14:paraId="7CB6EAA3" w14:textId="7B80FF60" w:rsidR="009F3139" w:rsidRPr="00FE7FBC" w:rsidRDefault="00731D37" w:rsidP="00936FCC">
            <w:pPr>
              <w:pStyle w:val="p1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17</w:t>
            </w:r>
          </w:p>
        </w:tc>
        <w:tc>
          <w:tcPr>
            <w:tcW w:w="1013" w:type="dxa"/>
            <w:shd w:val="clear" w:color="auto" w:fill="E2EFD9" w:themeFill="accent6" w:themeFillTint="33"/>
          </w:tcPr>
          <w:p w14:paraId="10545785" w14:textId="634597D3" w:rsidR="009F3139" w:rsidRPr="00FE7FBC" w:rsidRDefault="00731D37" w:rsidP="00731D37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37</w:t>
            </w:r>
          </w:p>
        </w:tc>
        <w:tc>
          <w:tcPr>
            <w:tcW w:w="1835" w:type="dxa"/>
            <w:shd w:val="clear" w:color="auto" w:fill="E2EFD9" w:themeFill="accent6" w:themeFillTint="33"/>
          </w:tcPr>
          <w:p w14:paraId="0EAE36CD" w14:textId="77777777" w:rsidR="009F3139" w:rsidRPr="00FE7FBC" w:rsidRDefault="009F3139" w:rsidP="00936FCC">
            <w:pPr>
              <w:pStyle w:val="p1"/>
              <w:rPr>
                <w:b/>
                <w:bCs/>
                <w:sz w:val="32"/>
                <w:szCs w:val="32"/>
              </w:rPr>
            </w:pPr>
          </w:p>
        </w:tc>
      </w:tr>
      <w:tr w:rsidR="00731D37" w:rsidRPr="00FE7FBC" w14:paraId="3724C75A" w14:textId="77777777" w:rsidTr="00731D37">
        <w:trPr>
          <w:trHeight w:val="335"/>
        </w:trPr>
        <w:tc>
          <w:tcPr>
            <w:tcW w:w="2208" w:type="dxa"/>
            <w:shd w:val="clear" w:color="auto" w:fill="C5E0B3" w:themeFill="accent6" w:themeFillTint="66"/>
          </w:tcPr>
          <w:p w14:paraId="5C17B72A" w14:textId="1A961D72" w:rsidR="00731D37" w:rsidRPr="00D27D03" w:rsidRDefault="00731D37" w:rsidP="00936FCC">
            <w:pPr>
              <w:pStyle w:val="p1"/>
              <w:jc w:val="center"/>
              <w:rPr>
                <w:rStyle w:val="s1"/>
                <w:rFonts w:ascii="TH SarabunPSK" w:eastAsiaTheme="minorEastAsia" w:hAnsi="TH SarabunPSK"/>
                <w:b/>
                <w:bCs/>
                <w:sz w:val="32"/>
                <w:szCs w:val="32"/>
              </w:rPr>
            </w:pPr>
            <w:r w:rsidRPr="00FE7FBC">
              <w:rPr>
                <w:rStyle w:val="s1"/>
                <w:rFonts w:eastAsiaTheme="minorEastAsia"/>
                <w:b/>
                <w:bCs/>
                <w:sz w:val="32"/>
                <w:szCs w:val="32"/>
                <w:cs/>
              </w:rPr>
              <w:t>รวมทั้งหมด</w:t>
            </w:r>
          </w:p>
        </w:tc>
        <w:tc>
          <w:tcPr>
            <w:tcW w:w="1524" w:type="dxa"/>
            <w:shd w:val="clear" w:color="auto" w:fill="C5E0B3" w:themeFill="accent6" w:themeFillTint="66"/>
          </w:tcPr>
          <w:p w14:paraId="14DAB8D3" w14:textId="08A60561" w:rsidR="00731D37" w:rsidRPr="00FE7FBC" w:rsidRDefault="00731D37" w:rsidP="00731D37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80" w:type="dxa"/>
            <w:shd w:val="clear" w:color="auto" w:fill="C5E0B3" w:themeFill="accent6" w:themeFillTint="66"/>
          </w:tcPr>
          <w:p w14:paraId="25F14614" w14:textId="2BA5A47A" w:rsidR="00731D37" w:rsidRPr="00FE7FBC" w:rsidRDefault="00731D37" w:rsidP="00731D37">
            <w:pPr>
              <w:pStyle w:val="p1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48</w:t>
            </w:r>
          </w:p>
        </w:tc>
        <w:tc>
          <w:tcPr>
            <w:tcW w:w="1025" w:type="dxa"/>
            <w:shd w:val="clear" w:color="auto" w:fill="C5E0B3" w:themeFill="accent6" w:themeFillTint="66"/>
          </w:tcPr>
          <w:p w14:paraId="341A356C" w14:textId="2DA64FFC" w:rsidR="00731D37" w:rsidRPr="00FE7FBC" w:rsidRDefault="00731D37" w:rsidP="00731D37">
            <w:pPr>
              <w:pStyle w:val="p1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49</w:t>
            </w:r>
          </w:p>
        </w:tc>
        <w:tc>
          <w:tcPr>
            <w:tcW w:w="1013" w:type="dxa"/>
            <w:shd w:val="clear" w:color="auto" w:fill="C5E0B3" w:themeFill="accent6" w:themeFillTint="66"/>
          </w:tcPr>
          <w:p w14:paraId="6C804700" w14:textId="78BB3ED2" w:rsidR="00731D37" w:rsidRPr="00FE7FBC" w:rsidRDefault="00731D37" w:rsidP="00731D37">
            <w:pPr>
              <w:pStyle w:val="p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97</w:t>
            </w:r>
          </w:p>
        </w:tc>
        <w:tc>
          <w:tcPr>
            <w:tcW w:w="1835" w:type="dxa"/>
            <w:shd w:val="clear" w:color="auto" w:fill="C5E0B3" w:themeFill="accent6" w:themeFillTint="66"/>
          </w:tcPr>
          <w:p w14:paraId="1030B1E1" w14:textId="77777777" w:rsidR="00731D37" w:rsidRPr="00FE7FBC" w:rsidRDefault="00731D37" w:rsidP="00936FCC">
            <w:pPr>
              <w:pStyle w:val="p1"/>
              <w:rPr>
                <w:b/>
                <w:bCs/>
                <w:sz w:val="32"/>
                <w:szCs w:val="32"/>
              </w:rPr>
            </w:pPr>
          </w:p>
        </w:tc>
      </w:tr>
    </w:tbl>
    <w:p w14:paraId="042A2FB9" w14:textId="77777777" w:rsidR="00C23C6A" w:rsidRDefault="00C23C6A" w:rsidP="00D84C9B">
      <w:pPr>
        <w:pStyle w:val="p1"/>
        <w:rPr>
          <w:b/>
          <w:bCs/>
          <w:color w:val="000000" w:themeColor="text1"/>
          <w:sz w:val="32"/>
          <w:szCs w:val="32"/>
        </w:rPr>
      </w:pPr>
    </w:p>
    <w:p w14:paraId="7CBD8FB5" w14:textId="43EB13FF" w:rsidR="00BF39E5" w:rsidRDefault="00BF39E5" w:rsidP="00C23C6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C6AF5E7" w14:textId="18E41B39" w:rsidR="00731D37" w:rsidRDefault="00731D37" w:rsidP="00C23C6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1F5289C" w14:textId="504EE12E" w:rsidR="00731D37" w:rsidRDefault="00731D37" w:rsidP="00C23C6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D217148" w14:textId="34CB8045" w:rsidR="00731D37" w:rsidRDefault="00731D37" w:rsidP="00C23C6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E04A4C3" w14:textId="6B3A4369" w:rsidR="00731D37" w:rsidRDefault="00731D37" w:rsidP="00C23C6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5390543" w14:textId="6FF245BF" w:rsidR="00731D37" w:rsidRDefault="00731D37" w:rsidP="00C23C6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C6A9E4F" w14:textId="7BC892EC" w:rsidR="00731D37" w:rsidRDefault="00731D37" w:rsidP="00C23C6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8B9714D" w14:textId="68BEFF19" w:rsidR="00731D37" w:rsidRDefault="00731D37" w:rsidP="00C23C6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24D61FD" w14:textId="519602F9" w:rsidR="00731D37" w:rsidRDefault="00731D37" w:rsidP="00C23C6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2FCF409" w14:textId="63CEA835" w:rsidR="00731D37" w:rsidRDefault="00731D37" w:rsidP="00C23C6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A17D75E" w14:textId="78331D94" w:rsidR="00731D37" w:rsidRDefault="00731D37" w:rsidP="00C23C6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C02B64B" w14:textId="201CA37A" w:rsidR="00731D37" w:rsidRDefault="00731D37" w:rsidP="00C23C6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5B83F03" w14:textId="04555EB2" w:rsidR="00731D37" w:rsidRDefault="00731D37" w:rsidP="00C23C6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A1E8FF4" w14:textId="22D81BCB" w:rsidR="00731D37" w:rsidRDefault="00731D37" w:rsidP="00C23C6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7AF0560" w14:textId="03F9FF2F" w:rsidR="00731D37" w:rsidRDefault="00731D37" w:rsidP="00C23C6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8BF62E7" w14:textId="5B2C8896" w:rsidR="00731D37" w:rsidRDefault="00731D37" w:rsidP="00C23C6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680BC41" w14:textId="73B7A0FA" w:rsidR="00731D37" w:rsidRDefault="00731D37" w:rsidP="00C23C6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6A79C1E" w14:textId="7DDA0988" w:rsidR="00731D37" w:rsidRDefault="00731D37" w:rsidP="00C23C6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0AC9201" w14:textId="638CD71D" w:rsidR="00731D37" w:rsidRDefault="00731D37" w:rsidP="00C23C6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6A8FC7C" w14:textId="1C38F7EC" w:rsidR="00BF39E5" w:rsidRDefault="00BF39E5" w:rsidP="00DD745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08A49E5" wp14:editId="19E49AA7">
                <wp:simplePos x="0" y="0"/>
                <wp:positionH relativeFrom="column">
                  <wp:posOffset>2579919</wp:posOffset>
                </wp:positionH>
                <wp:positionV relativeFrom="paragraph">
                  <wp:posOffset>-152422</wp:posOffset>
                </wp:positionV>
                <wp:extent cx="973341" cy="4079078"/>
                <wp:effectExtent l="9207" t="16193" r="14288" b="1587"/>
                <wp:wrapNone/>
                <wp:docPr id="814383394" name="วงเล็บปีกกาซ้า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73341" cy="4079078"/>
                        </a:xfrm>
                        <a:prstGeom prst="leftBrac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39DD15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วงเล็บปีกกาซ้าย 2" o:spid="_x0000_s1026" type="#_x0000_t87" style="position:absolute;margin-left:203.15pt;margin-top:-12pt;width:76.65pt;height:321.2pt;rotation:90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" adj="429" strokecolor="#4472c4 [3204]" strokeweight="1pt">
                <v:stroke joinstyle="miter"/>
              </v:shape>
            </w:pict>
          </mc:Fallback>
        </mc:AlternateContent>
      </w:r>
    </w:p>
    <w:p w14:paraId="37C78C9C" w14:textId="6329D399" w:rsidR="00BF39E5" w:rsidRDefault="00BF39E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  <w:sectPr w:rsidR="00BF39E5" w:rsidSect="00685726">
          <w:headerReference w:type="even" r:id="rId23"/>
          <w:headerReference w:type="default" r:id="rId24"/>
          <w:headerReference w:type="first" r:id="rId25"/>
          <w:pgSz w:w="11906" w:h="16838"/>
          <w:pgMar w:top="1440" w:right="836" w:bottom="1440" w:left="1170" w:header="708" w:footer="708" w:gutter="0"/>
          <w:pgNumType w:start="1"/>
          <w:cols w:space="708"/>
          <w:titlePg/>
          <w:docGrid w:linePitch="360"/>
        </w:sectPr>
      </w:pPr>
    </w:p>
    <w:p w14:paraId="7B54C7F9" w14:textId="21B8D616" w:rsidR="00BF39E5" w:rsidRPr="00BF39E5" w:rsidRDefault="00BF39E5" w:rsidP="00B50300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แผนเผชิญเหตุ (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Incident Response Plan) 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สถานศึกษาปลอดภัย</w:t>
      </w:r>
    </w:p>
    <w:p w14:paraId="7E88907E" w14:textId="426869D5" w:rsidR="00BF39E5" w:rsidRPr="00AC7BFD" w:rsidRDefault="00BF39E5" w:rsidP="00BF39E5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โรงเรียน</w:t>
      </w:r>
      <w:r w:rsidR="00B5030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อำเภอ</w:t>
      </w:r>
      <w:r w:rsidR="00B5030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กันทรวิชัย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จังหวัด</w:t>
      </w:r>
      <w:r w:rsidR="00B5030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มหาสารคาม</w:t>
      </w:r>
    </w:p>
    <w:p w14:paraId="581C277C" w14:textId="1D8A9F38" w:rsidR="00BF39E5" w:rsidRPr="00AC7BFD" w:rsidRDefault="00BF39E5" w:rsidP="00BF39E5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สังกัดสำนักงานเขตพื้นที่การศึกษาประถมศึกษา</w:t>
      </w:r>
      <w:r w:rsidR="00B5030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มหาสารคาม เขต 1</w:t>
      </w:r>
    </w:p>
    <w:p w14:paraId="4B23A7AC" w14:textId="77777777" w:rsidR="00BF39E5" w:rsidRPr="00AC7BFD" w:rsidRDefault="00BF39E5" w:rsidP="00BF39E5">
      <w:pPr>
        <w:spacing w:before="12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แนวทางการจัดทำแผนเผชิญเหตุ (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Incident Response Plan) 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สถานศึกษาปลอดภัย</w:t>
      </w:r>
    </w:p>
    <w:p w14:paraId="31E45358" w14:textId="77777777" w:rsidR="00BF39E5" w:rsidRPr="00AC7BFD" w:rsidRDefault="00BF39E5" w:rsidP="00BF39E5">
      <w:pPr>
        <w:spacing w:before="12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กระทรวงศึกษาธิการ</w:t>
      </w:r>
    </w:p>
    <w:p w14:paraId="1F5E12FD" w14:textId="77777777" w:rsidR="00BF39E5" w:rsidRPr="00AC7BFD" w:rsidRDefault="00BF39E5" w:rsidP="00BF39E5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----------------------</w:t>
      </w:r>
    </w:p>
    <w:p w14:paraId="770B3A57" w14:textId="77777777" w:rsidR="00BF39E5" w:rsidRPr="00AC7BFD" w:rsidRDefault="00BF39E5" w:rsidP="00BF39E5">
      <w:pPr>
        <w:tabs>
          <w:tab w:val="left" w:pos="851"/>
          <w:tab w:val="left" w:pos="1276"/>
          <w:tab w:val="left" w:pos="1701"/>
        </w:tabs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การจัดทำแผนเผชิญเหตุ (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Incident Response Plan)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เป็นการวางแผนป้องกันความเสี่ยง ๓ ช่วงเวลา ได้แก่ </w:t>
      </w:r>
      <w:r w:rsidRPr="008248DB">
        <w:rPr>
          <w:rFonts w:ascii="TH SarabunPSK" w:hAnsi="TH SarabunPSK" w:cs="TH SarabunPSK" w:hint="cs"/>
          <w:b/>
          <w:bCs/>
          <w:color w:val="538135" w:themeColor="accent6" w:themeShade="BF"/>
          <w:sz w:val="32"/>
          <w:szCs w:val="32"/>
          <w:cs/>
        </w:rPr>
        <w:t>ก่อนเกิดเหตุ (</w:t>
      </w:r>
      <w:r w:rsidRPr="008248DB">
        <w:rPr>
          <w:rFonts w:ascii="TH SarabunPSK" w:hAnsi="TH SarabunPSK" w:cs="TH SarabunPSK" w:hint="cs"/>
          <w:b/>
          <w:bCs/>
          <w:color w:val="538135" w:themeColor="accent6" w:themeShade="BF"/>
          <w:sz w:val="32"/>
          <w:szCs w:val="32"/>
        </w:rPr>
        <w:t xml:space="preserve">Before the incident)  </w:t>
      </w:r>
      <w:r w:rsidRPr="008248D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ระหว่างเกิดเหตุ (</w:t>
      </w:r>
      <w:r w:rsidRPr="008248DB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During the incident) 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และ</w:t>
      </w:r>
      <w:r w:rsidRPr="008248DB">
        <w:rPr>
          <w:rFonts w:ascii="TH SarabunPSK" w:hAnsi="TH SarabunPSK" w:cs="TH SarabunPSK" w:hint="cs"/>
          <w:b/>
          <w:bCs/>
          <w:color w:val="00B0F0"/>
          <w:sz w:val="32"/>
          <w:szCs w:val="32"/>
          <w:cs/>
        </w:rPr>
        <w:t>หลังเกิดเหตุ (</w:t>
      </w:r>
      <w:r w:rsidRPr="008248DB">
        <w:rPr>
          <w:rFonts w:ascii="TH SarabunPSK" w:hAnsi="TH SarabunPSK" w:cs="TH SarabunPSK" w:hint="cs"/>
          <w:b/>
          <w:bCs/>
          <w:color w:val="00B0F0"/>
          <w:sz w:val="32"/>
          <w:szCs w:val="32"/>
        </w:rPr>
        <w:t>After the incident</w:t>
      </w:r>
      <w:r w:rsidRPr="008248DB">
        <w:rPr>
          <w:rFonts w:ascii="TH SarabunPSK" w:hAnsi="TH SarabunPSK" w:cs="TH SarabunPSK" w:hint="cs"/>
          <w:color w:val="00B0F0"/>
          <w:sz w:val="32"/>
          <w:szCs w:val="32"/>
          <w:cs/>
        </w:rPr>
        <w:t>)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หากมีภัยเกิดขึ้นจะทำให้การจัดการเป็นไปอย่างต่อเนื่อง มีประสิทธิภาพ และผู้ประสบภัยมีความปลอดภัย (อ้างอิงจาก กรมป้องกันและบรรเทาสาธารณภัย กระทรวงมหาดไทย มีแนวทางในการจัดทำ ดังนี้</w:t>
      </w:r>
    </w:p>
    <w:p w14:paraId="04CA11EC" w14:textId="77777777" w:rsidR="00BF39E5" w:rsidRPr="00AC7BFD" w:rsidRDefault="00BF39E5" w:rsidP="00BF39E5">
      <w:pPr>
        <w:ind w:firstLine="720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248DB">
        <w:rPr>
          <w:rFonts w:ascii="TH SarabunPSK" w:hAnsi="TH SarabunPSK" w:cs="TH SarabunPSK" w:hint="cs"/>
          <w:b/>
          <w:bCs/>
          <w:color w:val="538135" w:themeColor="accent6" w:themeShade="BF"/>
          <w:sz w:val="32"/>
          <w:szCs w:val="32"/>
          <w:cs/>
        </w:rPr>
        <w:t>๑. หลักการจัดทำแผนเผชิญเหตุ (</w:t>
      </w:r>
      <w:r w:rsidRPr="008248DB">
        <w:rPr>
          <w:rFonts w:ascii="TH SarabunPSK" w:hAnsi="TH SarabunPSK" w:cs="TH SarabunPSK" w:hint="cs"/>
          <w:b/>
          <w:bCs/>
          <w:color w:val="538135" w:themeColor="accent6" w:themeShade="BF"/>
          <w:sz w:val="32"/>
          <w:szCs w:val="32"/>
        </w:rPr>
        <w:t xml:space="preserve">Incident Response Plan) </w:t>
      </w:r>
      <w:r w:rsidRPr="008248DB">
        <w:rPr>
          <w:rFonts w:ascii="TH SarabunPSK" w:hAnsi="TH SarabunPSK" w:cs="TH SarabunPSK" w:hint="cs"/>
          <w:b/>
          <w:bCs/>
          <w:color w:val="538135" w:themeColor="accent6" w:themeShade="BF"/>
          <w:sz w:val="32"/>
          <w:szCs w:val="32"/>
          <w:cs/>
        </w:rPr>
        <w:t>ของส่วนราชการ</w:t>
      </w:r>
      <w:r w:rsidRPr="008248DB">
        <w:rPr>
          <w:rFonts w:ascii="TH SarabunPSK" w:hAnsi="TH SarabunPSK" w:cs="TH SarabunPSK" w:hint="cs"/>
          <w:color w:val="538135" w:themeColor="accent6" w:themeShade="BF"/>
          <w:sz w:val="32"/>
          <w:szCs w:val="32"/>
        </w:rPr>
        <w:t> 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หน่วยงานทางการศึกษาและสถานศึกษาในสังกัด และในกำกับกระทรวงศึกษาธิการ ใช้หลัก 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๒ 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P 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๒ 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R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ดังนี้</w:t>
      </w:r>
    </w:p>
    <w:p w14:paraId="571E3704" w14:textId="77777777" w:rsidR="00BF39E5" w:rsidRPr="00AC7BFD" w:rsidRDefault="00BF39E5" w:rsidP="00BF39E5">
      <w:pPr>
        <w:tabs>
          <w:tab w:val="left" w:pos="851"/>
          <w:tab w:val="left" w:pos="1276"/>
          <w:tab w:val="left" w:pos="1701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ab/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๑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.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๑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ก่อนเกิดเหตุ (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Before the incident)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> 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เป็นการดำเนินงานป้องกันและลดผลกระทบ เพื่อให้นักเรียน นักศึกษา ครูและบุคลากรทางการศึกษา และสถานศึกษา รวมทั้งภาครัฐ ภาคเอกชนมีความรู้และทักษะ พร้อมที่จะเผชิญกับภัย ใช้หลัก 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๒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P</w:t>
      </w:r>
    </w:p>
    <w:p w14:paraId="3D317BB4" w14:textId="77777777" w:rsidR="00BF39E5" w:rsidRPr="00AC7BFD" w:rsidRDefault="00BF39E5" w:rsidP="00BF39E5">
      <w:pPr>
        <w:tabs>
          <w:tab w:val="left" w:pos="851"/>
          <w:tab w:val="left" w:pos="1276"/>
          <w:tab w:val="left" w:pos="1701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P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๑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การป้องกันและลดผลกระทบ (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Prevention &amp; Mitigation)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เป็นการดำเนินการเพื่อขจัด หรือลดโอกาสที่ภัย</w:t>
      </w:r>
      <w:proofErr w:type="spellStart"/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ต่างๆ</w:t>
      </w:r>
      <w:proofErr w:type="spellEnd"/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จะสร้างผลกระทบต่อนักเรียน นักศึกษา ครูและบุคลากรทางการศึกษา สถานศึกษา</w:t>
      </w:r>
    </w:p>
    <w:p w14:paraId="2E638DC5" w14:textId="77777777" w:rsidR="00BF39E5" w:rsidRPr="00AC7BFD" w:rsidRDefault="00BF39E5" w:rsidP="00BF39E5">
      <w:pPr>
        <w:tabs>
          <w:tab w:val="left" w:pos="851"/>
          <w:tab w:val="left" w:pos="1276"/>
          <w:tab w:val="left" w:pos="1701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P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๒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การเตรียมความพร้อม (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Preparedness)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การดำเนินงานเพื่อให้นักเรียน ครูและบุคลากรทางการศึกษามีความรู้ มีทักษะพร้อมที่จะเผชิญกับภัย</w:t>
      </w:r>
    </w:p>
    <w:p w14:paraId="3C428F31" w14:textId="77777777" w:rsidR="00BF39E5" w:rsidRPr="00AC7BFD" w:rsidRDefault="00BF39E5" w:rsidP="00BF39E5">
      <w:pPr>
        <w:tabs>
          <w:tab w:val="left" w:pos="851"/>
          <w:tab w:val="left" w:pos="1276"/>
          <w:tab w:val="left" w:pos="1701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๑.๒ ระหว่างเกิดเหตุ (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During the incident)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> 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เป็นการดำเนินงานตอบโต้สถานการณ์อย่างทันท่วงที ให้มีการสูญเสียชีวิตและทรัพย์สินน้อยที่สุด และไม่ให้สถานการณ์ขยายวงกว้าง ใช้หลัก 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R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๑</w:t>
      </w:r>
    </w:p>
    <w:p w14:paraId="607C0F5C" w14:textId="77777777" w:rsidR="00BF39E5" w:rsidRPr="00AC7BFD" w:rsidRDefault="00BF39E5" w:rsidP="00BF39E5">
      <w:pPr>
        <w:tabs>
          <w:tab w:val="left" w:pos="851"/>
          <w:tab w:val="left" w:pos="1276"/>
          <w:tab w:val="left" w:pos="1701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R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๑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การเผชิญเหตุ (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Response) 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ให้ความสำคัญกับการรักษาชีวิตของนักเรียน นักศึกษา ครูและบุคลากรทางการศึกษา และสถานศึกษา ซึ่งได้รับภัย โดยจัดให้มีพื้นที่ปลอดภัย การกู้ภัย กู้ชีพ การส่งต่อการแพทย์ การสาธารณสุข การสื่อสารในภาวะฉุกเฉิน มีระบบบัญชาการเหตุการณ์</w:t>
      </w:r>
    </w:p>
    <w:p w14:paraId="12661DFB" w14:textId="77777777" w:rsidR="00BF39E5" w:rsidRPr="00AC7BFD" w:rsidRDefault="00BF39E5" w:rsidP="00BF39E5">
      <w:pPr>
        <w:tabs>
          <w:tab w:val="left" w:pos="851"/>
          <w:tab w:val="left" w:pos="1276"/>
          <w:tab w:val="left" w:pos="1701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298ECB0" w14:textId="77777777" w:rsidR="00BF39E5" w:rsidRPr="00AC7BFD" w:rsidRDefault="00BF39E5" w:rsidP="00BF39E5">
      <w:pPr>
        <w:tabs>
          <w:tab w:val="left" w:pos="851"/>
          <w:tab w:val="left" w:pos="1276"/>
          <w:tab w:val="left" w:pos="1701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๑.๓ หลังเกิดเหตุ (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After the incident)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> 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เป็นการดำเนินงานภายหลังเกิดภัยให้นักเรียน นักศึกษา ครูและบุคลากรทางการศึกษา และสถานศึกษาซึ่งได้รับภัย กลับสู่ภาวะปกติหรือดีกว่า ใช้หลัก 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R</w:t>
      </w: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๒</w:t>
      </w:r>
    </w:p>
    <w:p w14:paraId="5EB668E9" w14:textId="73F21D19" w:rsidR="00BF39E5" w:rsidRPr="00BF39E5" w:rsidRDefault="00BF39E5" w:rsidP="00BF39E5">
      <w:pPr>
        <w:tabs>
          <w:tab w:val="left" w:pos="3043"/>
        </w:tabs>
        <w:rPr>
          <w:rFonts w:ascii="TH SarabunPSK" w:hAnsi="TH SarabunPSK" w:cs="TH SarabunPSK"/>
          <w:sz w:val="32"/>
          <w:szCs w:val="32"/>
        </w:rPr>
        <w:sectPr w:rsidR="00BF39E5" w:rsidRPr="00BF39E5" w:rsidSect="00BF39E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864B934" w14:textId="3B418851" w:rsidR="009970D0" w:rsidRPr="00AC7BFD" w:rsidRDefault="00BF39E5" w:rsidP="00017505">
      <w:pPr>
        <w:tabs>
          <w:tab w:val="left" w:pos="851"/>
          <w:tab w:val="left" w:pos="1276"/>
          <w:tab w:val="left" w:pos="1701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9970D0"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R</w:t>
      </w:r>
      <w:r w:rsidR="00475A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130C2"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๒</w:t>
      </w:r>
      <w:r w:rsidR="009970D0"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 </w:t>
      </w:r>
      <w:r w:rsidR="009970D0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การฟื้นฟู ช่วยเหลือ เยียวยา (</w:t>
      </w:r>
      <w:r w:rsidR="009970D0"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Recovery) </w:t>
      </w:r>
      <w:r w:rsidR="009970D0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การจัดการภายหลังเกิดภัยให้นักเรียน นักศึกษา ครูและบุคลากรทางการศึกษา และสถานศึกษา ซึ่งได้รับภัยกลับสู่ภาวะปกติหรือดีกว่า การดำเนินการทางกฎหมาย การรับการสงเคราะห์ การรับการจัดสรรงบประมาณ</w:t>
      </w:r>
    </w:p>
    <w:p w14:paraId="3B21D7EF" w14:textId="77777777" w:rsidR="00017505" w:rsidRPr="00AC7BFD" w:rsidRDefault="00017505" w:rsidP="00017505">
      <w:pPr>
        <w:tabs>
          <w:tab w:val="left" w:pos="851"/>
          <w:tab w:val="left" w:pos="1276"/>
          <w:tab w:val="left" w:pos="1701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C65AFB6" w14:textId="77777777" w:rsidR="009970D0" w:rsidRPr="008248DB" w:rsidRDefault="00F130C2" w:rsidP="009970D0">
      <w:pPr>
        <w:jc w:val="thaiDistribute"/>
        <w:rPr>
          <w:rFonts w:ascii="TH SarabunPSK" w:hAnsi="TH SarabunPSK" w:cs="TH SarabunPSK"/>
          <w:color w:val="538135" w:themeColor="accent6" w:themeShade="BF"/>
          <w:sz w:val="32"/>
          <w:szCs w:val="32"/>
        </w:rPr>
      </w:pPr>
      <w:r w:rsidRPr="008248DB">
        <w:rPr>
          <w:rFonts w:ascii="TH SarabunPSK" w:hAnsi="TH SarabunPSK" w:cs="TH SarabunPSK" w:hint="cs"/>
          <w:b/>
          <w:bCs/>
          <w:color w:val="538135" w:themeColor="accent6" w:themeShade="BF"/>
          <w:sz w:val="32"/>
          <w:szCs w:val="32"/>
          <w:cs/>
        </w:rPr>
        <w:t>๒</w:t>
      </w:r>
      <w:r w:rsidR="009970D0" w:rsidRPr="008248DB">
        <w:rPr>
          <w:rFonts w:ascii="TH SarabunPSK" w:hAnsi="TH SarabunPSK" w:cs="TH SarabunPSK" w:hint="cs"/>
          <w:b/>
          <w:bCs/>
          <w:color w:val="538135" w:themeColor="accent6" w:themeShade="BF"/>
          <w:sz w:val="32"/>
          <w:szCs w:val="32"/>
        </w:rPr>
        <w:t xml:space="preserve">. </w:t>
      </w:r>
      <w:r w:rsidR="009970D0" w:rsidRPr="008248DB">
        <w:rPr>
          <w:rFonts w:ascii="TH SarabunPSK" w:hAnsi="TH SarabunPSK" w:cs="TH SarabunPSK" w:hint="cs"/>
          <w:b/>
          <w:bCs/>
          <w:color w:val="538135" w:themeColor="accent6" w:themeShade="BF"/>
          <w:sz w:val="32"/>
          <w:szCs w:val="32"/>
          <w:cs/>
        </w:rPr>
        <w:t>หลักการสำคัญในการปฏิบัติงานตามแผนเผชิญเหตุ (ภัยแต่ละประเภทจะไม่เหมือนกัน)</w:t>
      </w:r>
    </w:p>
    <w:p w14:paraId="0412A253" w14:textId="77777777" w:rsidR="009970D0" w:rsidRPr="00AC7BFD" w:rsidRDefault="00017505" w:rsidP="00017505">
      <w:pPr>
        <w:tabs>
          <w:tab w:val="left" w:pos="851"/>
          <w:tab w:val="left" w:pos="1276"/>
          <w:tab w:val="left" w:pos="1701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="009970D0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๒.๑ ห้วงเวลา</w:t>
      </w:r>
    </w:p>
    <w:p w14:paraId="59EA0F63" w14:textId="77777777" w:rsidR="009970D0" w:rsidRPr="00AC7BFD" w:rsidRDefault="00017505" w:rsidP="00017505">
      <w:pPr>
        <w:tabs>
          <w:tab w:val="left" w:pos="851"/>
          <w:tab w:val="left" w:pos="1276"/>
          <w:tab w:val="left" w:pos="1701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="009970D0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๑) ก่อนเกิดเหตุเตรียมความพร้อม</w:t>
      </w:r>
      <w:r w:rsidR="00CB102D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970D0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ภายใน ๗๒ ชั่วโมง</w:t>
      </w:r>
    </w:p>
    <w:p w14:paraId="035D1C84" w14:textId="77777777" w:rsidR="009970D0" w:rsidRPr="00AC7BFD" w:rsidRDefault="00017505" w:rsidP="00017505">
      <w:pPr>
        <w:tabs>
          <w:tab w:val="left" w:pos="851"/>
          <w:tab w:val="left" w:pos="1276"/>
          <w:tab w:val="left" w:pos="1701"/>
        </w:tabs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="009970D0" w:rsidRPr="00AC7BFD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๒) ขณะเกิดเหตุภายใน ๒๔</w:t>
      </w:r>
      <w:r w:rsidR="009970D0" w:rsidRPr="00AC7BFD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</w:rPr>
        <w:t xml:space="preserve">, </w:t>
      </w:r>
      <w:r w:rsidR="009970D0" w:rsidRPr="00AC7BFD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๔๘ และ ๗๒ ชั่วโมง ต้องแก้ไขสถานการณ์ให้คลี่คลาย ให้กลับสู่สภาวะปกติ</w:t>
      </w:r>
    </w:p>
    <w:p w14:paraId="261B9560" w14:textId="77777777" w:rsidR="009970D0" w:rsidRPr="00AC7BFD" w:rsidRDefault="00017505" w:rsidP="00017505">
      <w:pPr>
        <w:tabs>
          <w:tab w:val="left" w:pos="851"/>
          <w:tab w:val="left" w:pos="1276"/>
          <w:tab w:val="left" w:pos="1701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="009970D0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๓) หลังเกิดเหตุภายใน ๗</w:t>
      </w:r>
      <w:r w:rsidR="0031012F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๐</w:t>
      </w:r>
      <w:r w:rsidR="009970D0"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9970D0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ชั่วโมง เพื่อลดระดับความรุนแรง</w:t>
      </w:r>
    </w:p>
    <w:p w14:paraId="0B3E37CE" w14:textId="77777777" w:rsidR="009970D0" w:rsidRPr="00AC7BFD" w:rsidRDefault="00017505" w:rsidP="00017505">
      <w:pPr>
        <w:tabs>
          <w:tab w:val="left" w:pos="851"/>
          <w:tab w:val="left" w:pos="1276"/>
          <w:tab w:val="left" w:pos="1701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="009970D0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๒.๒ มีเอกภาพการจัดการในภาวะฉุกเฉิน และมีเอกภาพในการสั่งการ</w:t>
      </w:r>
    </w:p>
    <w:p w14:paraId="6CEF8897" w14:textId="77777777" w:rsidR="009970D0" w:rsidRPr="00AC7BFD" w:rsidRDefault="00017505" w:rsidP="00017505">
      <w:pPr>
        <w:tabs>
          <w:tab w:val="left" w:pos="851"/>
          <w:tab w:val="left" w:pos="1276"/>
          <w:tab w:val="left" w:pos="1701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="009970D0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๒.๓ มีการสนธิกำลังกับหน่วยงานเครือข่ายในพื้นที่</w:t>
      </w:r>
    </w:p>
    <w:p w14:paraId="3C57EFE2" w14:textId="77777777" w:rsidR="009970D0" w:rsidRPr="00AC7BFD" w:rsidRDefault="00017505" w:rsidP="00017505">
      <w:pPr>
        <w:tabs>
          <w:tab w:val="left" w:pos="851"/>
          <w:tab w:val="left" w:pos="1276"/>
          <w:tab w:val="left" w:pos="1701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="009970D0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</w:t>
      </w:r>
      <w:r w:rsidR="0031012F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๔</w:t>
      </w:r>
      <w:r w:rsidR="009970D0"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9970D0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จัดโครงสร้างองค์กรการบัญชาการเหตุการณ์ที่กระชับ ปรับได้ตามสถานการณ์ที่เกิดขึ้น</w:t>
      </w:r>
    </w:p>
    <w:p w14:paraId="149A81A7" w14:textId="77777777" w:rsidR="00017505" w:rsidRPr="00AC7BFD" w:rsidRDefault="00017505" w:rsidP="00017505">
      <w:pPr>
        <w:tabs>
          <w:tab w:val="left" w:pos="851"/>
          <w:tab w:val="left" w:pos="1276"/>
          <w:tab w:val="left" w:pos="1701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="009970D0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</w:t>
      </w:r>
      <w:r w:rsidR="0031012F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๕</w:t>
      </w: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970D0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กำหนดวัตถุประสงค์การปฏิบัติ</w:t>
      </w:r>
      <w:r w:rsidR="00CB102D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ทุกชั่วโมง</w:t>
      </w:r>
      <w:r w:rsidR="009970D0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    </w:t>
      </w:r>
    </w:p>
    <w:p w14:paraId="066CA143" w14:textId="77777777" w:rsidR="009970D0" w:rsidRPr="00AC7BFD" w:rsidRDefault="00017505" w:rsidP="00017505">
      <w:pPr>
        <w:tabs>
          <w:tab w:val="left" w:pos="851"/>
          <w:tab w:val="left" w:pos="1276"/>
          <w:tab w:val="left" w:pos="1701"/>
        </w:tabs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9970D0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๒.๖ มีระบบการจัดการทรัพยากรในพื้นที่ และการขอรับการสนับสนุนเพิ่มเติม</w:t>
      </w:r>
    </w:p>
    <w:p w14:paraId="107346A8" w14:textId="77777777" w:rsidR="009970D0" w:rsidRPr="00AC7BFD" w:rsidRDefault="00017505" w:rsidP="00017505">
      <w:pPr>
        <w:tabs>
          <w:tab w:val="left" w:pos="851"/>
          <w:tab w:val="left" w:pos="1276"/>
          <w:tab w:val="left" w:pos="1701"/>
        </w:tabs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="009970D0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๒.๗ ลดขั้นตอนการปฏิบัติงาน เพิ่มความรวดเร็วในการแก้ไขสถานการณ์</w:t>
      </w:r>
    </w:p>
    <w:p w14:paraId="316A612A" w14:textId="77777777" w:rsidR="009970D0" w:rsidRPr="00AC7BFD" w:rsidRDefault="00017505" w:rsidP="00017505">
      <w:pPr>
        <w:tabs>
          <w:tab w:val="left" w:pos="851"/>
          <w:tab w:val="left" w:pos="1276"/>
          <w:tab w:val="left" w:pos="1701"/>
        </w:tabs>
        <w:ind w:firstLine="72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="009970D0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๒.๘ </w:t>
      </w:r>
      <w:r w:rsidR="009970D0" w:rsidRPr="00AC7BFD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ไม่มีการรายงานแลกเปลี่ยนข้อมูลตลอดเวลา เน้นการปฏิบัติงานแก้ไขปัญหาการช่วยเหลือเฉพาะหน้า</w:t>
      </w:r>
    </w:p>
    <w:p w14:paraId="591E62B2" w14:textId="77777777" w:rsidR="009970D0" w:rsidRPr="00AC7BFD" w:rsidRDefault="00017505" w:rsidP="00017505">
      <w:pPr>
        <w:tabs>
          <w:tab w:val="left" w:pos="851"/>
          <w:tab w:val="left" w:pos="1276"/>
          <w:tab w:val="left" w:pos="1701"/>
        </w:tabs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</w:rPr>
        <w:tab/>
      </w:r>
      <w:r w:rsidR="009970D0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๒.๙ กำหนดจุดอพยพ ที่พักพิงชั่วคราว พื้นที่ปลอดภัย สถานที่รักษาพยาบาล</w:t>
      </w:r>
    </w:p>
    <w:p w14:paraId="7DBD29B7" w14:textId="77777777" w:rsidR="009970D0" w:rsidRPr="00AC7BFD" w:rsidRDefault="00017505" w:rsidP="00017505">
      <w:pPr>
        <w:tabs>
          <w:tab w:val="left" w:pos="851"/>
          <w:tab w:val="left" w:pos="1276"/>
          <w:tab w:val="left" w:pos="1701"/>
        </w:tabs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="009970D0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๒.๑๐ กำหนดเส้นทางอพยพหลัก เส้นทางสนับสนุนทรัพยากร</w:t>
      </w:r>
    </w:p>
    <w:p w14:paraId="5CF656A0" w14:textId="77777777" w:rsidR="009970D0" w:rsidRPr="00AC7BFD" w:rsidRDefault="00017505" w:rsidP="00017505">
      <w:pPr>
        <w:tabs>
          <w:tab w:val="left" w:pos="851"/>
          <w:tab w:val="left" w:pos="1276"/>
          <w:tab w:val="left" w:pos="1701"/>
        </w:tabs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="009970D0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๒.๑๑ แจ้งเตือนเชิงรุก กำหนดสัญลักษณ์ที่เข้าใจเหมือนกัน</w:t>
      </w:r>
    </w:p>
    <w:p w14:paraId="71662FC8" w14:textId="77777777" w:rsidR="009970D0" w:rsidRPr="00AC7BFD" w:rsidRDefault="00017505" w:rsidP="00017505">
      <w:pPr>
        <w:tabs>
          <w:tab w:val="left" w:pos="851"/>
          <w:tab w:val="left" w:pos="1276"/>
          <w:tab w:val="left" w:pos="1701"/>
        </w:tabs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="009970D0" w:rsidRPr="00AC7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๒.๑๒ ยืดหยุ่น ปรับได้ตามสถานการณ์</w:t>
      </w:r>
    </w:p>
    <w:p w14:paraId="78440EED" w14:textId="77777777" w:rsidR="00017505" w:rsidRPr="00AC7BFD" w:rsidRDefault="00017505" w:rsidP="00017505">
      <w:pPr>
        <w:tabs>
          <w:tab w:val="left" w:pos="851"/>
          <w:tab w:val="left" w:pos="1276"/>
          <w:tab w:val="left" w:pos="1701"/>
        </w:tabs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E6A6607" w14:textId="1D5F2B91" w:rsidR="00F16F56" w:rsidRDefault="00F16F56" w:rsidP="00F16F56">
      <w:pPr>
        <w:rPr>
          <w:rFonts w:ascii="TH SarabunPSK" w:hAnsi="TH SarabunPSK" w:cs="TH SarabunPSK"/>
          <w:sz w:val="32"/>
          <w:szCs w:val="32"/>
        </w:rPr>
      </w:pPr>
    </w:p>
    <w:p w14:paraId="2133DEBD" w14:textId="77777777" w:rsidR="00F90FA2" w:rsidRDefault="00F90FA2" w:rsidP="00F16F56">
      <w:pPr>
        <w:rPr>
          <w:rFonts w:ascii="TH SarabunPSK" w:hAnsi="TH SarabunPSK" w:cs="TH SarabunPSK"/>
          <w:sz w:val="32"/>
          <w:szCs w:val="32"/>
        </w:rPr>
      </w:pPr>
    </w:p>
    <w:p w14:paraId="1236E174" w14:textId="77777777" w:rsidR="00F90FA2" w:rsidRDefault="00F90FA2" w:rsidP="00F16F56">
      <w:pPr>
        <w:rPr>
          <w:rFonts w:ascii="TH SarabunPSK" w:hAnsi="TH SarabunPSK" w:cs="TH SarabunPSK"/>
          <w:sz w:val="32"/>
          <w:szCs w:val="32"/>
        </w:rPr>
      </w:pPr>
    </w:p>
    <w:p w14:paraId="1E40F39B" w14:textId="77777777" w:rsidR="00F90FA2" w:rsidRDefault="00F90FA2" w:rsidP="00F16F56">
      <w:pPr>
        <w:rPr>
          <w:rFonts w:ascii="TH SarabunPSK" w:hAnsi="TH SarabunPSK" w:cs="TH SarabunPSK"/>
          <w:sz w:val="32"/>
          <w:szCs w:val="32"/>
        </w:rPr>
      </w:pPr>
    </w:p>
    <w:p w14:paraId="4EB1CA58" w14:textId="77777777" w:rsidR="00F90FA2" w:rsidRDefault="00F90FA2" w:rsidP="00F16F56">
      <w:pPr>
        <w:rPr>
          <w:rFonts w:ascii="TH SarabunPSK" w:hAnsi="TH SarabunPSK" w:cs="TH SarabunPSK"/>
          <w:sz w:val="32"/>
          <w:szCs w:val="32"/>
        </w:rPr>
      </w:pPr>
    </w:p>
    <w:p w14:paraId="491119DB" w14:textId="77777777" w:rsidR="008248DB" w:rsidRDefault="008248DB" w:rsidP="00F16F56">
      <w:pPr>
        <w:rPr>
          <w:rFonts w:ascii="TH SarabunPSK" w:hAnsi="TH SarabunPSK" w:cs="TH SarabunPSK"/>
          <w:sz w:val="32"/>
          <w:szCs w:val="32"/>
        </w:rPr>
      </w:pPr>
    </w:p>
    <w:p w14:paraId="68EDE418" w14:textId="77777777" w:rsidR="008248DB" w:rsidRDefault="008248DB" w:rsidP="00F16F56">
      <w:pPr>
        <w:rPr>
          <w:rFonts w:ascii="TH SarabunPSK" w:hAnsi="TH SarabunPSK" w:cs="TH SarabunPSK"/>
          <w:sz w:val="32"/>
          <w:szCs w:val="32"/>
        </w:rPr>
      </w:pPr>
    </w:p>
    <w:p w14:paraId="023A8115" w14:textId="266B37CF" w:rsidR="008248DB" w:rsidRDefault="008248DB" w:rsidP="00F16F56">
      <w:pPr>
        <w:rPr>
          <w:rFonts w:ascii="TH SarabunPSK" w:hAnsi="TH SarabunPSK" w:cs="TH SarabunPSK"/>
          <w:sz w:val="32"/>
          <w:szCs w:val="32"/>
        </w:rPr>
      </w:pPr>
    </w:p>
    <w:p w14:paraId="7A48BCD0" w14:textId="6311F5C6" w:rsidR="00B50300" w:rsidRDefault="00B50300" w:rsidP="00F16F56">
      <w:pPr>
        <w:rPr>
          <w:rFonts w:ascii="TH SarabunPSK" w:hAnsi="TH SarabunPSK" w:cs="TH SarabunPSK"/>
          <w:sz w:val="32"/>
          <w:szCs w:val="32"/>
        </w:rPr>
      </w:pPr>
    </w:p>
    <w:p w14:paraId="430E9E12" w14:textId="7D05B7C7" w:rsidR="00B50300" w:rsidRDefault="00B50300" w:rsidP="00F16F56">
      <w:pPr>
        <w:rPr>
          <w:rFonts w:ascii="TH SarabunPSK" w:hAnsi="TH SarabunPSK" w:cs="TH SarabunPSK"/>
          <w:sz w:val="32"/>
          <w:szCs w:val="32"/>
        </w:rPr>
      </w:pPr>
    </w:p>
    <w:p w14:paraId="5F684241" w14:textId="2191BF8B" w:rsidR="00B50300" w:rsidRDefault="00B50300" w:rsidP="00F16F56">
      <w:pPr>
        <w:rPr>
          <w:rFonts w:ascii="TH SarabunPSK" w:hAnsi="TH SarabunPSK" w:cs="TH SarabunPSK"/>
          <w:sz w:val="32"/>
          <w:szCs w:val="32"/>
        </w:rPr>
      </w:pPr>
    </w:p>
    <w:p w14:paraId="6F6E0E43" w14:textId="77777777" w:rsidR="00B50300" w:rsidRDefault="00B50300" w:rsidP="00F16F56">
      <w:pPr>
        <w:rPr>
          <w:rFonts w:ascii="TH SarabunPSK" w:hAnsi="TH SarabunPSK" w:cs="TH SarabunPSK"/>
          <w:sz w:val="32"/>
          <w:szCs w:val="32"/>
        </w:rPr>
      </w:pPr>
    </w:p>
    <w:p w14:paraId="14F55BC0" w14:textId="77777777" w:rsidR="00F90FA2" w:rsidRPr="00AC7BFD" w:rsidRDefault="00F90FA2" w:rsidP="00F16F56">
      <w:pPr>
        <w:rPr>
          <w:rFonts w:ascii="TH SarabunPSK" w:hAnsi="TH SarabunPSK" w:cs="TH SarabunPSK"/>
          <w:sz w:val="32"/>
          <w:szCs w:val="32"/>
        </w:rPr>
      </w:pPr>
    </w:p>
    <w:p w14:paraId="1F3858DB" w14:textId="639E4976" w:rsidR="00F90FA2" w:rsidRPr="008248DB" w:rsidRDefault="00F90FA2" w:rsidP="008248DB">
      <w:pPr>
        <w:pStyle w:val="21"/>
        <w:rPr>
          <w:rFonts w:ascii="TH SarabunPSK" w:hAnsi="TH SarabunPSK" w:cs="TH SarabunPSK"/>
          <w:b w:val="0"/>
          <w:bCs w:val="0"/>
          <w:color w:val="70AD47" w:themeColor="accent6"/>
          <w:sz w:val="48"/>
          <w:szCs w:val="48"/>
        </w:rPr>
      </w:pPr>
      <w:r w:rsidRPr="008248DB">
        <w:rPr>
          <w:rStyle w:val="ad"/>
          <w:rFonts w:ascii="TH SarabunPSK" w:hAnsi="TH SarabunPSK" w:cs="TH SarabunPSK" w:hint="cs"/>
          <w:b/>
          <w:bCs/>
          <w:color w:val="70AD47" w:themeColor="accent6"/>
          <w:sz w:val="48"/>
          <w:szCs w:val="48"/>
          <w:cs/>
        </w:rPr>
        <w:lastRenderedPageBreak/>
        <w:t>ภัยที่เกิดจากการใช้ความรุนแรงของมนุษย์</w:t>
      </w:r>
    </w:p>
    <w:p w14:paraId="3A2821F7" w14:textId="01AF7A34" w:rsidR="00B9233C" w:rsidRDefault="00B9233C" w:rsidP="00B9233C">
      <w:pPr>
        <w:pStyle w:val="21"/>
        <w:ind w:firstLine="72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9233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ปัจจุบันสถานศึกษาไทยเผชิญความท้าทายจากภัยความรุนแรงทางไซเบอร์และการบ</w:t>
      </w:r>
      <w:proofErr w:type="spellStart"/>
      <w:r w:rsidRPr="00B9233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ูล</w:t>
      </w:r>
      <w:proofErr w:type="spellEnd"/>
      <w:r w:rsidRPr="00B9233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ลี่ที่ส่งผลกระทบต่อสุขภาพจิตนักเรียนอย่างรุนแรง แม้กฎหมายใหม่จะสั่งห้ามการลงโทษทางกายภาพอย่างเด็ดขาด แต่การใช้อำนาจนิยมและการล่วงละเมิดในรูปแบบ</w:t>
      </w:r>
      <w:proofErr w:type="spellStart"/>
      <w:r w:rsidRPr="00B9233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ต่างๆ</w:t>
      </w:r>
      <w:proofErr w:type="spellEnd"/>
      <w:r w:rsidRPr="00B9233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ยังคงเป็นประเด็นเฝ้าระวังสำคัญ ภาครัฐจึงเร่งยกระดับระบบแจ้งเหตุออนไลน์และเพิ่มมาตรการความปลอดภัยเชิงรุกเพื่อระงับเหตุรุนแรงให้ทันท่วงทีในทุกมิติ การสร้างวัฒนธรรมความปลอดภัยที่เน้นการเคารพสิทธิมนุษยชนและการมีส่วนร่วมของชุมชน จึงเป็นกุญแจสำคัญในการสร้างสภาพแวดล้อมการเรียนรู้ที่ยั่งยืนสำหรับอนาคต</w:t>
      </w:r>
    </w:p>
    <w:p w14:paraId="1B376EB2" w14:textId="43EFBE89" w:rsidR="00B861F8" w:rsidRPr="00AC7BFD" w:rsidRDefault="00A8313D" w:rsidP="00B9233C">
      <w:pPr>
        <w:pStyle w:val="21"/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D8BCEBB" wp14:editId="6CDE145F">
                <wp:simplePos x="0" y="0"/>
                <wp:positionH relativeFrom="column">
                  <wp:posOffset>1961464</wp:posOffset>
                </wp:positionH>
                <wp:positionV relativeFrom="paragraph">
                  <wp:posOffset>1676</wp:posOffset>
                </wp:positionV>
                <wp:extent cx="2505710" cy="271780"/>
                <wp:effectExtent l="0" t="0" r="8890" b="7620"/>
                <wp:wrapNone/>
                <wp:docPr id="1933954062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B825D7" id="สี่เหลี่ยมผืนผ้ามุมมน 2" o:spid="_x0000_s1026" style="position:absolute;margin-left:154.45pt;margin-top:.15pt;width:197.3pt;height:21.4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B861F8" w:rsidRPr="00AC7BFD">
        <w:rPr>
          <w:rFonts w:ascii="TH SarabunPSK" w:hAnsi="TH SarabunPSK" w:cs="TH SarabunPSK" w:hint="cs"/>
          <w:sz w:val="32"/>
          <w:szCs w:val="32"/>
          <w:cs/>
        </w:rPr>
        <w:t>แผนเผชิญเหตุ</w:t>
      </w:r>
      <w:r w:rsidR="00B861F8" w:rsidRPr="00AC7BFD">
        <w:rPr>
          <w:rFonts w:ascii="TH SarabunPSK" w:hAnsi="TH SarabunPSK" w:cs="TH SarabunPSK" w:hint="cs"/>
          <w:sz w:val="32"/>
          <w:szCs w:val="32"/>
        </w:rPr>
        <w:t xml:space="preserve"> </w:t>
      </w:r>
      <w:r w:rsidR="00B861F8" w:rsidRPr="00AC7BFD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การล่วงละเมิดทางเพศ</w:t>
      </w:r>
    </w:p>
    <w:p w14:paraId="389E570A" w14:textId="529F4165" w:rsidR="00B861F8" w:rsidRPr="00AC7BFD" w:rsidRDefault="00B861F8" w:rsidP="00AC7BFD">
      <w:pPr>
        <w:pStyle w:val="31"/>
        <w:spacing w:before="24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๑. วัตถุประสงค์</w:t>
      </w:r>
    </w:p>
    <w:p w14:paraId="5777CC15" w14:textId="3897781B" w:rsidR="00584763" w:rsidRPr="00584763" w:rsidRDefault="00584763" w:rsidP="00584763">
      <w:pPr>
        <w:pStyle w:val="31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8476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๑. เพื่อคุ้มครองและช่วยเหลือนักเรียนที่ถูกล่วงละเมิดทางเพศให้ได้รับความปลอดภัยทันที</w:t>
      </w:r>
      <w:r w:rsidRPr="00584763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</w:p>
    <w:p w14:paraId="1F18FB9E" w14:textId="7FD7F4F5" w:rsidR="00584763" w:rsidRPr="00584763" w:rsidRDefault="00584763" w:rsidP="00584763">
      <w:pPr>
        <w:pStyle w:val="31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8476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๒. เพื่อสร้างระบบการแจ้งเหตุที่รวดเร็ว ปกปิดเป็นความลับ และลดผลกระทบทางจิตใจของผู้เสียหาย</w:t>
      </w:r>
      <w:r w:rsidRPr="00584763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</w:p>
    <w:p w14:paraId="02D2C509" w14:textId="218CC98C" w:rsidR="00584763" w:rsidRPr="00584763" w:rsidRDefault="00584763" w:rsidP="00584763">
      <w:pPr>
        <w:pStyle w:val="31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84763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๓. เพื่อดำเนินการทางวินัยและทางกฎหมายต่อผู้กระทำผิดอย่างเด็ดขาดและเป็นธรรม</w:t>
      </w:r>
    </w:p>
    <w:p w14:paraId="53E7B9D4" w14:textId="7E46BD40" w:rsidR="00B861F8" w:rsidRPr="00AC7BFD" w:rsidRDefault="00B861F8" w:rsidP="00AC7BFD">
      <w:pPr>
        <w:pStyle w:val="31"/>
        <w:spacing w:before="24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7BD0CCBC" w14:textId="191A680C" w:rsidR="00B861F8" w:rsidRDefault="00B861F8" w:rsidP="000C58F2">
      <w:pPr>
        <w:pStyle w:val="4"/>
        <w:pBdr>
          <w:between w:val="single" w:sz="4" w:space="1" w:color="auto"/>
        </w:pBdr>
        <w:spacing w:before="24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๒.๑ การเตรียมการก่อนเกิดเหตุ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96"/>
        <w:gridCol w:w="4962"/>
        <w:gridCol w:w="2807"/>
      </w:tblGrid>
      <w:tr w:rsidR="000C58F2" w:rsidRPr="000C58F2" w14:paraId="0CA51ECB" w14:textId="77777777" w:rsidTr="008248DB">
        <w:trPr>
          <w:trHeight w:val="245"/>
        </w:trPr>
        <w:tc>
          <w:tcPr>
            <w:tcW w:w="1696" w:type="dxa"/>
            <w:shd w:val="clear" w:color="auto" w:fill="C5E0B3" w:themeFill="accent6" w:themeFillTint="66"/>
          </w:tcPr>
          <w:p w14:paraId="6290CC9F" w14:textId="509A4DA2" w:rsidR="000C58F2" w:rsidRPr="000C58F2" w:rsidRDefault="000C58F2" w:rsidP="000C58F2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962" w:type="dxa"/>
            <w:shd w:val="clear" w:color="auto" w:fill="C5E0B3" w:themeFill="accent6" w:themeFillTint="66"/>
          </w:tcPr>
          <w:p w14:paraId="6806EA7E" w14:textId="49B1CF88" w:rsidR="000C58F2" w:rsidRPr="000C58F2" w:rsidRDefault="000C58F2" w:rsidP="000C58F2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807" w:type="dxa"/>
            <w:shd w:val="clear" w:color="auto" w:fill="C5E0B3" w:themeFill="accent6" w:themeFillTint="66"/>
          </w:tcPr>
          <w:p w14:paraId="6C5ED1D7" w14:textId="5BC91C94" w:rsidR="000C58F2" w:rsidRPr="000C58F2" w:rsidRDefault="000C58F2" w:rsidP="000C58F2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0C58F2" w:rsidRPr="000C58F2" w14:paraId="5DE15C17" w14:textId="77777777" w:rsidTr="009B4828">
        <w:tc>
          <w:tcPr>
            <w:tcW w:w="1696" w:type="dxa"/>
          </w:tcPr>
          <w:p w14:paraId="359B04A0" w14:textId="2224E27E" w:rsidR="000C58F2" w:rsidRPr="000C58F2" w:rsidRDefault="000C58F2" w:rsidP="000C58F2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การสร้างความตระหนัก</w:t>
            </w:r>
          </w:p>
        </w:tc>
        <w:tc>
          <w:tcPr>
            <w:tcW w:w="4962" w:type="dxa"/>
          </w:tcPr>
          <w:p w14:paraId="170D2E6B" w14:textId="48803849" w:rsidR="000C58F2" w:rsidRPr="000C58F2" w:rsidRDefault="000C58F2" w:rsidP="000C58F2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จัดอบรมให้ความรู้เรื่องสิทธิในร่างกายและการป้องกันตนเองแก่นักเรียน</w:t>
            </w:r>
          </w:p>
        </w:tc>
        <w:tc>
          <w:tcPr>
            <w:tcW w:w="2807" w:type="dxa"/>
          </w:tcPr>
          <w:p w14:paraId="6FBA6C80" w14:textId="4C68FF7D" w:rsidR="000C58F2" w:rsidRPr="000C58F2" w:rsidRDefault="000C58F2" w:rsidP="000C58F2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ครูแนะแนว / ครูประจำชั้น</w:t>
            </w:r>
          </w:p>
        </w:tc>
      </w:tr>
      <w:tr w:rsidR="000C58F2" w:rsidRPr="000C58F2" w14:paraId="7B46CAB2" w14:textId="77777777" w:rsidTr="009B4828">
        <w:tc>
          <w:tcPr>
            <w:tcW w:w="1696" w:type="dxa"/>
          </w:tcPr>
          <w:p w14:paraId="2996C648" w14:textId="6AB33586" w:rsidR="000C58F2" w:rsidRPr="000C58F2" w:rsidRDefault="000C58F2" w:rsidP="000C58F2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ระบบแจ้งเหตุ</w:t>
            </w:r>
          </w:p>
        </w:tc>
        <w:tc>
          <w:tcPr>
            <w:tcW w:w="4962" w:type="dxa"/>
          </w:tcPr>
          <w:p w14:paraId="18418F86" w14:textId="0C69E360" w:rsidR="000C58F2" w:rsidRPr="000C58F2" w:rsidRDefault="000C58F2" w:rsidP="000C58F2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จัดตั้งช่องทางแจ้งเหตุแบบลับ (เช่น กล่องแดง</w:t>
            </w:r>
            <w:r w:rsidRPr="000C58F2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  <w:t xml:space="preserve">, LINE Official </w:t>
            </w:r>
            <w:r w:rsidRPr="000C58F2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เฉพาะกิจ)</w:t>
            </w:r>
          </w:p>
        </w:tc>
        <w:tc>
          <w:tcPr>
            <w:tcW w:w="2807" w:type="dxa"/>
          </w:tcPr>
          <w:p w14:paraId="262BD994" w14:textId="2A4130D4" w:rsidR="000C58F2" w:rsidRPr="000C58F2" w:rsidRDefault="000C58F2" w:rsidP="000C58F2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คณะกรรมการความปลอดภัย</w:t>
            </w:r>
          </w:p>
        </w:tc>
      </w:tr>
      <w:tr w:rsidR="000C58F2" w:rsidRPr="000C58F2" w14:paraId="6EEE1EF0" w14:textId="77777777" w:rsidTr="009B4828">
        <w:tc>
          <w:tcPr>
            <w:tcW w:w="1696" w:type="dxa"/>
          </w:tcPr>
          <w:p w14:paraId="65DAF6E3" w14:textId="19B0FBD4" w:rsidR="000C58F2" w:rsidRPr="000C58F2" w:rsidRDefault="000C58F2" w:rsidP="000C58F2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จุดเสี่ยง</w:t>
            </w:r>
          </w:p>
        </w:tc>
        <w:tc>
          <w:tcPr>
            <w:tcW w:w="4962" w:type="dxa"/>
          </w:tcPr>
          <w:p w14:paraId="1C3E55C8" w14:textId="7F7DDBC5" w:rsidR="000C58F2" w:rsidRPr="000C58F2" w:rsidRDefault="000C58F2" w:rsidP="000C58F2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สำรวจและแก้ไขจุดอับสายตาภายในโรงเรียน ติดตั้งกล้อง </w:t>
            </w:r>
            <w:r w:rsidRPr="000C58F2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  <w:t>CCTV</w:t>
            </w:r>
          </w:p>
        </w:tc>
        <w:tc>
          <w:tcPr>
            <w:tcW w:w="2807" w:type="dxa"/>
          </w:tcPr>
          <w:p w14:paraId="38EC67B7" w14:textId="77777777" w:rsidR="000C58F2" w:rsidRPr="000C58F2" w:rsidRDefault="000C58F2" w:rsidP="000C58F2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นักการภารโรง / ครูเวร</w:t>
            </w:r>
          </w:p>
          <w:p w14:paraId="1E6DA20A" w14:textId="77777777" w:rsidR="000C58F2" w:rsidRPr="000C58F2" w:rsidRDefault="000C58F2" w:rsidP="000C58F2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0CFAB8AE" w14:textId="188D783D" w:rsidR="00B861F8" w:rsidRDefault="00B861F8" w:rsidP="00B861F8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2666"/>
      </w:tblGrid>
      <w:tr w:rsidR="000C58F2" w:rsidRPr="009B4828" w14:paraId="4E7B9677" w14:textId="77777777" w:rsidTr="008248DB">
        <w:trPr>
          <w:trHeight w:val="245"/>
          <w:tblHeader/>
        </w:trPr>
        <w:tc>
          <w:tcPr>
            <w:tcW w:w="1696" w:type="dxa"/>
            <w:shd w:val="clear" w:color="auto" w:fill="C5E0B3" w:themeFill="accent6" w:themeFillTint="66"/>
          </w:tcPr>
          <w:p w14:paraId="5E9DD099" w14:textId="77777777" w:rsidR="000C58F2" w:rsidRPr="009B4828" w:rsidRDefault="000C58F2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9B4828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103" w:type="dxa"/>
            <w:shd w:val="clear" w:color="auto" w:fill="C5E0B3" w:themeFill="accent6" w:themeFillTint="66"/>
          </w:tcPr>
          <w:p w14:paraId="67587457" w14:textId="77777777" w:rsidR="000C58F2" w:rsidRPr="009B4828" w:rsidRDefault="000C58F2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9B482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14:paraId="477429FC" w14:textId="77777777" w:rsidR="000C58F2" w:rsidRPr="009B4828" w:rsidRDefault="000C58F2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9B4828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0C58F2" w:rsidRPr="009B4828" w14:paraId="1AE3ED49" w14:textId="77777777" w:rsidTr="009B4828">
        <w:tc>
          <w:tcPr>
            <w:tcW w:w="1696" w:type="dxa"/>
          </w:tcPr>
          <w:p w14:paraId="76483EF9" w14:textId="04C8B790" w:rsidR="000C58F2" w:rsidRPr="009B4828" w:rsidRDefault="009B482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9B4828">
              <w:rPr>
                <w:rFonts w:ascii="TH SarabunPSK" w:hAnsi="TH SarabunPSK" w:cs="TH SarabunPSK" w:hint="cs"/>
                <w:sz w:val="32"/>
                <w:szCs w:val="32"/>
                <w:cs/>
              </w:rPr>
              <w:t>คัดแยกผู้เสียหาย</w:t>
            </w:r>
          </w:p>
        </w:tc>
        <w:tc>
          <w:tcPr>
            <w:tcW w:w="5103" w:type="dxa"/>
          </w:tcPr>
          <w:p w14:paraId="4CA4DE4D" w14:textId="37878A6C" w:rsidR="000C58F2" w:rsidRPr="009B4828" w:rsidRDefault="009B4828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B4828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นำนักเรียนไปยังพื้นที่ปลอดภัย (</w:t>
            </w:r>
            <w:r w:rsidRPr="009B4828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  <w:t xml:space="preserve">Safe Zone) </w:t>
            </w:r>
            <w:r w:rsidRPr="009B4828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โดยไม่ให้พบกับคู่กรณี</w:t>
            </w:r>
          </w:p>
        </w:tc>
        <w:tc>
          <w:tcPr>
            <w:tcW w:w="2666" w:type="dxa"/>
          </w:tcPr>
          <w:p w14:paraId="6BF115F3" w14:textId="48F72295" w:rsidR="000C58F2" w:rsidRPr="009B4828" w:rsidRDefault="009B4828" w:rsidP="00A8313D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B4828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ครู</w:t>
            </w:r>
            <w:r w:rsidR="00A8313D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ประจำชั้น</w:t>
            </w:r>
            <w:r w:rsidRPr="009B4828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/ ครูที่เด็กไว้วางใจ</w:t>
            </w:r>
          </w:p>
        </w:tc>
      </w:tr>
      <w:tr w:rsidR="000C58F2" w:rsidRPr="009B4828" w14:paraId="1ACD216A" w14:textId="77777777" w:rsidTr="009B4828">
        <w:tc>
          <w:tcPr>
            <w:tcW w:w="1696" w:type="dxa"/>
          </w:tcPr>
          <w:p w14:paraId="3512D37A" w14:textId="1ACDC5F5" w:rsidR="000C58F2" w:rsidRPr="009B4828" w:rsidRDefault="009B482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9B4828">
              <w:rPr>
                <w:rFonts w:ascii="TH SarabunPSK" w:hAnsi="TH SarabunPSK" w:cs="TH SarabunPSK" w:hint="cs"/>
                <w:sz w:val="32"/>
                <w:szCs w:val="32"/>
                <w:cs/>
              </w:rPr>
              <w:t>หยุดยั้งเหตุ</w:t>
            </w:r>
          </w:p>
        </w:tc>
        <w:tc>
          <w:tcPr>
            <w:tcW w:w="5103" w:type="dxa"/>
          </w:tcPr>
          <w:p w14:paraId="2E47AD83" w14:textId="0415F3B5" w:rsidR="000C58F2" w:rsidRPr="009B4828" w:rsidRDefault="009B4828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B4828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หากเป็นการกระทำผิดที่กำลังดำเนินอยู่ ให้เข้าระงับเหตุโดยเน้นความปลอดภัยศูนย์ความปลอดภัย </w:t>
            </w:r>
            <w:proofErr w:type="spellStart"/>
            <w:r w:rsidRPr="009B4828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สพฐ</w:t>
            </w:r>
            <w:proofErr w:type="spellEnd"/>
            <w:r w:rsidRPr="009B4828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. (</w:t>
            </w:r>
            <w:r w:rsidRPr="009B4828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  <w:t>MOE Safety Center)</w:t>
            </w:r>
          </w:p>
        </w:tc>
        <w:tc>
          <w:tcPr>
            <w:tcW w:w="2666" w:type="dxa"/>
          </w:tcPr>
          <w:p w14:paraId="0ED84B4A" w14:textId="5A7D71AB" w:rsidR="000C58F2" w:rsidRPr="009B4828" w:rsidRDefault="009B4828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B4828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ผู้บริหาร</w:t>
            </w:r>
            <w:r w:rsidR="00A8313D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/ ครู</w:t>
            </w:r>
          </w:p>
        </w:tc>
      </w:tr>
      <w:tr w:rsidR="009B4828" w:rsidRPr="009B4828" w14:paraId="7FE1F220" w14:textId="77777777" w:rsidTr="009B4828">
        <w:tc>
          <w:tcPr>
            <w:tcW w:w="1696" w:type="dxa"/>
          </w:tcPr>
          <w:p w14:paraId="2507E710" w14:textId="35C4957C" w:rsidR="009B4828" w:rsidRPr="009B4828" w:rsidRDefault="009B482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B4828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รายงานเหตุ</w:t>
            </w:r>
          </w:p>
        </w:tc>
        <w:tc>
          <w:tcPr>
            <w:tcW w:w="5103" w:type="dxa"/>
          </w:tcPr>
          <w:p w14:paraId="3B381D8A" w14:textId="59331894" w:rsidR="009B4828" w:rsidRPr="009B4828" w:rsidRDefault="009B4828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9B4828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รายงานผู้บริหารสถานศึกษา และแจ้ง</w:t>
            </w:r>
          </w:p>
        </w:tc>
        <w:tc>
          <w:tcPr>
            <w:tcW w:w="2666" w:type="dxa"/>
          </w:tcPr>
          <w:p w14:paraId="72D210F8" w14:textId="302B5760" w:rsidR="009B4828" w:rsidRPr="009B4828" w:rsidRDefault="009B4828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9B4828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ผู้อำนวยการโรงเรียน</w:t>
            </w:r>
          </w:p>
        </w:tc>
      </w:tr>
      <w:tr w:rsidR="000C58F2" w:rsidRPr="009B4828" w14:paraId="40CF1425" w14:textId="77777777" w:rsidTr="009B4828">
        <w:tc>
          <w:tcPr>
            <w:tcW w:w="1696" w:type="dxa"/>
          </w:tcPr>
          <w:p w14:paraId="4A879694" w14:textId="49B8F38E" w:rsidR="000C58F2" w:rsidRPr="009B4828" w:rsidRDefault="009B482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9B4828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การเก็บหลักฐาน</w:t>
            </w:r>
          </w:p>
        </w:tc>
        <w:tc>
          <w:tcPr>
            <w:tcW w:w="5103" w:type="dxa"/>
          </w:tcPr>
          <w:p w14:paraId="4EA89903" w14:textId="6671C2EF" w:rsidR="000C58F2" w:rsidRPr="009B4828" w:rsidRDefault="009B4828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B4828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ห้ามล้างทำลายหลักฐาน (หากเกิดเหตุสด) และนำส่งโรงพยาบาลเพื่อตรวจร่างกาย</w:t>
            </w:r>
          </w:p>
        </w:tc>
        <w:tc>
          <w:tcPr>
            <w:tcW w:w="2666" w:type="dxa"/>
          </w:tcPr>
          <w:p w14:paraId="7987B673" w14:textId="77777777" w:rsidR="009B4828" w:rsidRPr="009B4828" w:rsidRDefault="009B4828" w:rsidP="009B4828">
            <w:pPr>
              <w:pStyle w:val="4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B4828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ครูอนามัย / ผู้ปกครอง</w:t>
            </w:r>
          </w:p>
          <w:p w14:paraId="49AB0441" w14:textId="77777777" w:rsidR="000C58F2" w:rsidRPr="009B4828" w:rsidRDefault="000C58F2" w:rsidP="000C58F2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2C435FCF" w14:textId="76D588C2" w:rsidR="00B861F8" w:rsidRDefault="00B861F8" w:rsidP="00B861F8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2666"/>
      </w:tblGrid>
      <w:tr w:rsidR="009B4828" w:rsidRPr="009B4828" w14:paraId="453E5BA3" w14:textId="77777777" w:rsidTr="008248DB">
        <w:trPr>
          <w:trHeight w:val="245"/>
        </w:trPr>
        <w:tc>
          <w:tcPr>
            <w:tcW w:w="1696" w:type="dxa"/>
            <w:shd w:val="clear" w:color="auto" w:fill="C5E0B3" w:themeFill="accent6" w:themeFillTint="66"/>
          </w:tcPr>
          <w:p w14:paraId="09EA8B9B" w14:textId="77777777" w:rsidR="009B4828" w:rsidRPr="009B4828" w:rsidRDefault="009B482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9B4828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103" w:type="dxa"/>
            <w:shd w:val="clear" w:color="auto" w:fill="C5E0B3" w:themeFill="accent6" w:themeFillTint="66"/>
          </w:tcPr>
          <w:p w14:paraId="05FA7D46" w14:textId="77777777" w:rsidR="009B4828" w:rsidRPr="009B4828" w:rsidRDefault="009B482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9B482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14:paraId="75A4903D" w14:textId="77777777" w:rsidR="009B4828" w:rsidRPr="009B4828" w:rsidRDefault="009B482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9B4828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9B4828" w:rsidRPr="009B4828" w14:paraId="33396A0F" w14:textId="77777777" w:rsidTr="009B4828">
        <w:tc>
          <w:tcPr>
            <w:tcW w:w="1696" w:type="dxa"/>
          </w:tcPr>
          <w:p w14:paraId="044E5037" w14:textId="3902FFB8" w:rsidR="009B4828" w:rsidRPr="009B4828" w:rsidRDefault="009B482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9B4828">
              <w:rPr>
                <w:rFonts w:ascii="TH SarabunPSK" w:hAnsi="TH SarabunPSK" w:cs="TH SarabunPSK" w:hint="cs"/>
                <w:sz w:val="32"/>
                <w:szCs w:val="32"/>
                <w:cs/>
              </w:rPr>
              <w:t>เยียวยาจิตใจ</w:t>
            </w:r>
          </w:p>
        </w:tc>
        <w:tc>
          <w:tcPr>
            <w:tcW w:w="5103" w:type="dxa"/>
          </w:tcPr>
          <w:p w14:paraId="4B67F2D8" w14:textId="1FE28E96" w:rsidR="009B4828" w:rsidRPr="009B4828" w:rsidRDefault="009B4828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B4828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ประสานนักจิตวิทยาหรือสหวิชาชีพเข้าดูแลสภาพจิตใจนักเรียนอย่างต่อเนื่อง</w:t>
            </w:r>
          </w:p>
        </w:tc>
        <w:tc>
          <w:tcPr>
            <w:tcW w:w="2666" w:type="dxa"/>
          </w:tcPr>
          <w:p w14:paraId="6DDC3064" w14:textId="5184CF5B" w:rsidR="009B4828" w:rsidRPr="009B4828" w:rsidRDefault="009B4828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B4828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ครูแนะแนว / ทีมสหวิชาชีพ</w:t>
            </w:r>
          </w:p>
        </w:tc>
      </w:tr>
      <w:tr w:rsidR="009B4828" w:rsidRPr="009B4828" w14:paraId="4DBD7EF5" w14:textId="77777777" w:rsidTr="009B4828">
        <w:tc>
          <w:tcPr>
            <w:tcW w:w="1696" w:type="dxa"/>
          </w:tcPr>
          <w:p w14:paraId="3CA6937F" w14:textId="373F3849" w:rsidR="009B4828" w:rsidRPr="009B4828" w:rsidRDefault="009B482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9B4828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ดำเนินการกฎหมาย</w:t>
            </w:r>
          </w:p>
        </w:tc>
        <w:tc>
          <w:tcPr>
            <w:tcW w:w="5103" w:type="dxa"/>
          </w:tcPr>
          <w:p w14:paraId="5D754501" w14:textId="4881742A" w:rsidR="009B4828" w:rsidRPr="009B4828" w:rsidRDefault="009B4828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B4828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ให้ข้อมูลและอำนวยความสะดวกแก่เจ้าหน้าที่ตำรวจในการดำเนินคดี</w:t>
            </w:r>
          </w:p>
        </w:tc>
        <w:tc>
          <w:tcPr>
            <w:tcW w:w="2666" w:type="dxa"/>
          </w:tcPr>
          <w:p w14:paraId="76E51758" w14:textId="29525337" w:rsidR="009B4828" w:rsidRPr="009B4828" w:rsidRDefault="009B4828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B4828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ผู้บริหารสถานศึกษา</w:t>
            </w:r>
          </w:p>
        </w:tc>
      </w:tr>
      <w:tr w:rsidR="009B4828" w:rsidRPr="009B4828" w14:paraId="3E2E4037" w14:textId="77777777" w:rsidTr="009B4828">
        <w:tc>
          <w:tcPr>
            <w:tcW w:w="1696" w:type="dxa"/>
          </w:tcPr>
          <w:p w14:paraId="79BC5DBC" w14:textId="0866AED3" w:rsidR="009B4828" w:rsidRPr="009B4828" w:rsidRDefault="009B482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9B4828">
              <w:rPr>
                <w:rFonts w:ascii="TH SarabunPSK" w:hAnsi="TH SarabunPSK" w:cs="TH SarabunPSK" w:hint="cs"/>
                <w:sz w:val="32"/>
                <w:szCs w:val="32"/>
                <w:cs/>
              </w:rPr>
              <w:t>คุ้มครองสิทธิ</w:t>
            </w:r>
          </w:p>
        </w:tc>
        <w:tc>
          <w:tcPr>
            <w:tcW w:w="5103" w:type="dxa"/>
          </w:tcPr>
          <w:p w14:paraId="4A64E23E" w14:textId="7D74C6EF" w:rsidR="009B4828" w:rsidRPr="009B4828" w:rsidRDefault="009B4828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B4828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กำกับดูแลไม่ให้มีการเผยแพร่ชื่อหรือภาพผู้เสียหายในสื่อทุกช่องทาง</w:t>
            </w:r>
          </w:p>
        </w:tc>
        <w:tc>
          <w:tcPr>
            <w:tcW w:w="2666" w:type="dxa"/>
          </w:tcPr>
          <w:p w14:paraId="1B484290" w14:textId="0400BCDC" w:rsidR="009B4828" w:rsidRPr="009B4828" w:rsidRDefault="009B4828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B4828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คณะกรรมการสถานศึกษา</w:t>
            </w:r>
          </w:p>
        </w:tc>
      </w:tr>
      <w:tr w:rsidR="009B4828" w:rsidRPr="009B4828" w14:paraId="039E9FDE" w14:textId="77777777" w:rsidTr="009B4828">
        <w:tc>
          <w:tcPr>
            <w:tcW w:w="1696" w:type="dxa"/>
          </w:tcPr>
          <w:p w14:paraId="0F6256C6" w14:textId="52E5DADB" w:rsidR="009B4828" w:rsidRPr="009B4828" w:rsidRDefault="009B482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9B4828"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สรุปผล</w:t>
            </w:r>
          </w:p>
        </w:tc>
        <w:tc>
          <w:tcPr>
            <w:tcW w:w="5103" w:type="dxa"/>
          </w:tcPr>
          <w:p w14:paraId="4AA7A6C5" w14:textId="15975376" w:rsidR="009B4828" w:rsidRPr="009B4828" w:rsidRDefault="009B4828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B4828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รายงานผลการดำเนินการต่อหน่วยงานต้นสังกัดภายในเวลาที่กำหนดงาน</w:t>
            </w:r>
          </w:p>
        </w:tc>
        <w:tc>
          <w:tcPr>
            <w:tcW w:w="2666" w:type="dxa"/>
          </w:tcPr>
          <w:p w14:paraId="1CB5C04A" w14:textId="69698A64" w:rsidR="009B4828" w:rsidRPr="009B4828" w:rsidRDefault="009B4828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B4828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ธุรการโรงเรียน</w:t>
            </w:r>
          </w:p>
        </w:tc>
      </w:tr>
    </w:tbl>
    <w:p w14:paraId="656F57F0" w14:textId="77777777" w:rsidR="009B4828" w:rsidRPr="00F92339" w:rsidRDefault="009B4828" w:rsidP="009B4828">
      <w:pPr>
        <w:pStyle w:val="4"/>
        <w:spacing w:before="0" w:beforeAutospacing="0" w:after="0" w:afterAutospacing="0"/>
        <w:rPr>
          <w:rFonts w:ascii="TH SarabunPSK" w:hAnsi="TH SarabunPSK" w:cs="TH SarabunPSK"/>
          <w:sz w:val="20"/>
          <w:szCs w:val="20"/>
        </w:rPr>
      </w:pPr>
    </w:p>
    <w:p w14:paraId="097A7FAC" w14:textId="77777777" w:rsidR="00B861F8" w:rsidRPr="00AC7BFD" w:rsidRDefault="00B861F8" w:rsidP="009B4828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๓. ระยะเวลาในการป้องกัน</w:t>
      </w:r>
    </w:p>
    <w:p w14:paraId="3B80AEA5" w14:textId="744C4503" w:rsidR="00B861F8" w:rsidRPr="00AC7BFD" w:rsidRDefault="00F92339" w:rsidP="009B4828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ตั้งแต่วันที่ ๑๖</w:t>
      </w:r>
      <w:r w:rsidR="00B861F8" w:rsidRPr="00AC7BFD">
        <w:rPr>
          <w:rFonts w:ascii="TH SarabunPSK" w:hAnsi="TH SarabunPSK" w:cs="TH SarabunPSK" w:hint="cs"/>
          <w:sz w:val="32"/>
          <w:szCs w:val="32"/>
          <w:cs/>
        </w:rPr>
        <w:t xml:space="preserve"> พฤษภาคม </w:t>
      </w:r>
      <w:r w:rsidR="00AC7BFD">
        <w:rPr>
          <w:rFonts w:ascii="TH SarabunPSK" w:hAnsi="TH SarabunPSK" w:cs="TH SarabunPSK" w:hint="cs"/>
          <w:sz w:val="32"/>
          <w:szCs w:val="32"/>
          <w:cs/>
        </w:rPr>
        <w:t>๒๕๖</w:t>
      </w:r>
      <w:r w:rsidR="009B4828">
        <w:rPr>
          <w:rFonts w:ascii="TH SarabunPSK" w:hAnsi="TH SarabunPSK" w:cs="TH SarabunPSK" w:hint="cs"/>
          <w:sz w:val="32"/>
          <w:szCs w:val="32"/>
          <w:cs/>
        </w:rPr>
        <w:t>๙</w:t>
      </w:r>
      <w:r w:rsidR="00B861F8"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61F8"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="00B861F8"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 w:rsidR="009B4828"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52B8BC84" w14:textId="77777777" w:rsidR="00B861F8" w:rsidRPr="00AC7BFD" w:rsidRDefault="00B861F8" w:rsidP="009B4828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14250639" w14:textId="43105112" w:rsidR="00B861F8" w:rsidRPr="00AC7BFD" w:rsidRDefault="00B861F8" w:rsidP="00A8313D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 w:rsidR="00F92339"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31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313D" w:rsidRPr="00AC7BFD">
        <w:rPr>
          <w:rFonts w:ascii="TH SarabunPSK" w:hAnsi="TH SarabunPSK" w:cs="TH SarabunPSK" w:hint="cs"/>
          <w:sz w:val="32"/>
          <w:szCs w:val="32"/>
          <w:cs/>
        </w:rPr>
        <w:t>ร่วมกับสำนักงานเขตพื้นที่การศึกษา</w:t>
      </w:r>
      <w:r w:rsidR="00A8313D"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</w:p>
    <w:p w14:paraId="6B6C6C41" w14:textId="77777777" w:rsidR="00B861F8" w:rsidRPr="00AC7BFD" w:rsidRDefault="00B861F8" w:rsidP="009B4828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3981F89E" w14:textId="06EEB285" w:rsidR="00B861F8" w:rsidRDefault="00F92339" w:rsidP="009B4828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="00B861F8"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768D0A25" w14:textId="2F5D2CA8" w:rsidR="00B861F8" w:rsidRPr="00AC7BFD" w:rsidRDefault="00D12027" w:rsidP="00AC7BFD">
      <w:pPr>
        <w:pStyle w:val="21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6234339" wp14:editId="42BBD421">
                <wp:simplePos x="0" y="0"/>
                <wp:positionH relativeFrom="margin">
                  <wp:align>center</wp:align>
                </wp:positionH>
                <wp:positionV relativeFrom="paragraph">
                  <wp:posOffset>183236</wp:posOffset>
                </wp:positionV>
                <wp:extent cx="2505710" cy="271780"/>
                <wp:effectExtent l="0" t="0" r="27940" b="13970"/>
                <wp:wrapNone/>
                <wp:docPr id="1838545581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B3AAFD" id="สี่เหลี่ยมผืนผ้ามุมมน 2" o:spid="_x0000_s1026" style="position:absolute;margin-left:0;margin-top:14.45pt;width:197.3pt;height:21.4pt;z-index:-2516336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w10:wrap anchorx="margin"/>
              </v:roundrect>
            </w:pict>
          </mc:Fallback>
        </mc:AlternateContent>
      </w:r>
      <w:r w:rsidR="00B861F8" w:rsidRPr="00AC7BFD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แผนเผชิญเหตุ การทะเลาะวิวาท</w:t>
      </w:r>
    </w:p>
    <w:p w14:paraId="1BCB2448" w14:textId="77777777" w:rsidR="00B861F8" w:rsidRPr="00AC7BFD" w:rsidRDefault="00B861F8" w:rsidP="00AC7BFD">
      <w:pPr>
        <w:pStyle w:val="31"/>
        <w:spacing w:before="24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๑. วัตถุประสงค์</w:t>
      </w:r>
    </w:p>
    <w:p w14:paraId="77DEED24" w14:textId="77777777" w:rsidR="00F01DAC" w:rsidRDefault="00F01DAC" w:rsidP="00F01DAC">
      <w:pPr>
        <w:pStyle w:val="31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F01DA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๑. เพื่อระงับเหตุการณ์ทะเลาะวิวาทให้ยุติโดยเร็วที่สุดและลดการบาดเจ็บของนักเรียน</w:t>
      </w:r>
      <w:r w:rsidRPr="00F01DAC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</w:p>
    <w:p w14:paraId="31CE0197" w14:textId="77777777" w:rsidR="00F01DAC" w:rsidRDefault="00F01DAC" w:rsidP="00F01DAC">
      <w:pPr>
        <w:pStyle w:val="31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F01DA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๒. เพื่อสร้างความปลอดภัยและรักษาบรรยากาศการเรียนรู้ภายในสถานศึกษา</w:t>
      </w:r>
      <w:r w:rsidRPr="00F01DAC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</w:p>
    <w:p w14:paraId="1F1A6B97" w14:textId="3E3C7E81" w:rsidR="00F01DAC" w:rsidRPr="00F01DAC" w:rsidRDefault="00F01DAC" w:rsidP="00F01DAC">
      <w:pPr>
        <w:pStyle w:val="31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F01DA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๓. เพื่อดำเนินการแก้ปัญหาความขัดแย้งด้วยกระบวนการสันติวิธีและปรับพฤติกรรมเชิงบวก</w:t>
      </w:r>
    </w:p>
    <w:p w14:paraId="17CD3FD6" w14:textId="5240B412" w:rsidR="00B861F8" w:rsidRDefault="00B861F8" w:rsidP="00F92339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3816B242" w14:textId="77777777" w:rsidR="00B861F8" w:rsidRDefault="00B861F8" w:rsidP="00F92339">
      <w:pPr>
        <w:pStyle w:val="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๒.๑ การเตรียมการก่อนเกิดเหตุ</w:t>
      </w:r>
    </w:p>
    <w:tbl>
      <w:tblPr>
        <w:tblStyle w:val="ae"/>
        <w:tblW w:w="9782" w:type="dxa"/>
        <w:tblLook w:val="04A0" w:firstRow="1" w:lastRow="0" w:firstColumn="1" w:lastColumn="0" w:noHBand="0" w:noVBand="1"/>
      </w:tblPr>
      <w:tblGrid>
        <w:gridCol w:w="2195"/>
        <w:gridCol w:w="5360"/>
        <w:gridCol w:w="2227"/>
      </w:tblGrid>
      <w:tr w:rsidR="00F01DAC" w:rsidRPr="00F01DAC" w14:paraId="3539FA14" w14:textId="77777777" w:rsidTr="00F92339">
        <w:trPr>
          <w:trHeight w:val="158"/>
        </w:trPr>
        <w:tc>
          <w:tcPr>
            <w:tcW w:w="2195" w:type="dxa"/>
            <w:shd w:val="clear" w:color="auto" w:fill="C5E0B3" w:themeFill="accent6" w:themeFillTint="66"/>
          </w:tcPr>
          <w:p w14:paraId="7FC4C9D7" w14:textId="77777777" w:rsidR="00F01DAC" w:rsidRPr="00F01DAC" w:rsidRDefault="00F01DAC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360" w:type="dxa"/>
            <w:shd w:val="clear" w:color="auto" w:fill="C5E0B3" w:themeFill="accent6" w:themeFillTint="66"/>
          </w:tcPr>
          <w:p w14:paraId="3B8032D2" w14:textId="77777777" w:rsidR="00F01DAC" w:rsidRPr="00F01DAC" w:rsidRDefault="00F01DAC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227" w:type="dxa"/>
            <w:shd w:val="clear" w:color="auto" w:fill="C5E0B3" w:themeFill="accent6" w:themeFillTint="66"/>
          </w:tcPr>
          <w:p w14:paraId="402A638D" w14:textId="77777777" w:rsidR="00F01DAC" w:rsidRPr="00F01DAC" w:rsidRDefault="00F01DAC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F01DAC" w:rsidRPr="00F01DAC" w14:paraId="7441623D" w14:textId="77777777" w:rsidTr="00F92339">
        <w:trPr>
          <w:trHeight w:val="472"/>
        </w:trPr>
        <w:tc>
          <w:tcPr>
            <w:tcW w:w="2195" w:type="dxa"/>
          </w:tcPr>
          <w:p w14:paraId="0C3BB3A6" w14:textId="6C622C51" w:rsidR="00F01DAC" w:rsidRPr="00F01DAC" w:rsidRDefault="00F01DAC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การเฝ้าระวัง</w:t>
            </w:r>
          </w:p>
        </w:tc>
        <w:tc>
          <w:tcPr>
            <w:tcW w:w="5360" w:type="dxa"/>
          </w:tcPr>
          <w:p w14:paraId="6967ADBC" w14:textId="36231F6F" w:rsidR="00F01DAC" w:rsidRPr="00F01DAC" w:rsidRDefault="00F01DAC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สังเกตพฤติกรรมเสี่ยงของนักเรียนกลุ่มที่มีความขัดแย้งสะสม</w:t>
            </w:r>
          </w:p>
        </w:tc>
        <w:tc>
          <w:tcPr>
            <w:tcW w:w="2227" w:type="dxa"/>
          </w:tcPr>
          <w:p w14:paraId="4980FB9C" w14:textId="3BAA8D67" w:rsidR="00F01DAC" w:rsidRPr="00F01DAC" w:rsidRDefault="00F01DAC" w:rsidP="00F92339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ครูประจำชั้น</w:t>
            </w:r>
          </w:p>
        </w:tc>
      </w:tr>
      <w:tr w:rsidR="00F01DAC" w:rsidRPr="00F01DAC" w14:paraId="0063F6C0" w14:textId="77777777" w:rsidTr="00F92339">
        <w:trPr>
          <w:trHeight w:val="231"/>
        </w:trPr>
        <w:tc>
          <w:tcPr>
            <w:tcW w:w="2195" w:type="dxa"/>
          </w:tcPr>
          <w:p w14:paraId="0B62C4CF" w14:textId="498C0799" w:rsidR="00F01DAC" w:rsidRPr="00F01DAC" w:rsidRDefault="00F01DAC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การสร้างวินัยเชิงบวก</w:t>
            </w:r>
          </w:p>
        </w:tc>
        <w:tc>
          <w:tcPr>
            <w:tcW w:w="5360" w:type="dxa"/>
          </w:tcPr>
          <w:p w14:paraId="6724FC68" w14:textId="2D751A2C" w:rsidR="00F01DAC" w:rsidRPr="00F01DAC" w:rsidRDefault="00F01DAC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จัดกิจกรรมส่งเสริมมิตรภาพและการจัดการอารมณ์ (</w:t>
            </w:r>
            <w:r w:rsidRPr="00F01DA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  <w:t>EQ)</w:t>
            </w:r>
          </w:p>
        </w:tc>
        <w:tc>
          <w:tcPr>
            <w:tcW w:w="2227" w:type="dxa"/>
          </w:tcPr>
          <w:p w14:paraId="10F41F5D" w14:textId="768BA24A" w:rsidR="00F01DAC" w:rsidRPr="00F01DAC" w:rsidRDefault="00F92339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ครูประจำชั้น</w:t>
            </w:r>
          </w:p>
        </w:tc>
      </w:tr>
      <w:tr w:rsidR="00F92339" w:rsidRPr="00F01DAC" w14:paraId="09C884CD" w14:textId="77777777" w:rsidTr="00F92339">
        <w:trPr>
          <w:trHeight w:val="667"/>
        </w:trPr>
        <w:tc>
          <w:tcPr>
            <w:tcW w:w="2195" w:type="dxa"/>
          </w:tcPr>
          <w:p w14:paraId="15FDCD90" w14:textId="6BC64E0B" w:rsidR="00F92339" w:rsidRPr="00F01DAC" w:rsidRDefault="00F92339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sz w:val="32"/>
                <w:szCs w:val="32"/>
                <w:cs/>
              </w:rPr>
              <w:t>จุดตรวจค้น</w:t>
            </w:r>
          </w:p>
        </w:tc>
        <w:tc>
          <w:tcPr>
            <w:tcW w:w="5360" w:type="dxa"/>
          </w:tcPr>
          <w:p w14:paraId="44C3CE6D" w14:textId="2DBBCA45" w:rsidR="00F92339" w:rsidRPr="00F01DAC" w:rsidRDefault="00F92339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สุ่มตรวจอาวุธหรือวัตถุอันตรายในจุดเสี่ยงหรือสิ่งของต้องห้าม</w:t>
            </w:r>
          </w:p>
        </w:tc>
        <w:tc>
          <w:tcPr>
            <w:tcW w:w="2227" w:type="dxa"/>
          </w:tcPr>
          <w:p w14:paraId="26D30DE3" w14:textId="4518CA72" w:rsidR="00F92339" w:rsidRPr="00F01DAC" w:rsidRDefault="00F92339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ครูเวร</w:t>
            </w:r>
          </w:p>
        </w:tc>
      </w:tr>
    </w:tbl>
    <w:p w14:paraId="6AF8A3B1" w14:textId="18F9C2F7" w:rsidR="00B861F8" w:rsidRDefault="00B861F8" w:rsidP="00B861F8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lastRenderedPageBreak/>
        <w:t>๒.๒ การปฏิบัติงานระหว่างเกิดเหตุ</w:t>
      </w:r>
    </w:p>
    <w:tbl>
      <w:tblPr>
        <w:tblStyle w:val="ae"/>
        <w:tblW w:w="9805" w:type="dxa"/>
        <w:tblLook w:val="04A0" w:firstRow="1" w:lastRow="0" w:firstColumn="1" w:lastColumn="0" w:noHBand="0" w:noVBand="1"/>
      </w:tblPr>
      <w:tblGrid>
        <w:gridCol w:w="1696"/>
        <w:gridCol w:w="5679"/>
        <w:gridCol w:w="2430"/>
      </w:tblGrid>
      <w:tr w:rsidR="00F01DAC" w:rsidRPr="00F01DAC" w14:paraId="7A681914" w14:textId="77777777" w:rsidTr="00F92339">
        <w:trPr>
          <w:trHeight w:val="245"/>
        </w:trPr>
        <w:tc>
          <w:tcPr>
            <w:tcW w:w="1696" w:type="dxa"/>
            <w:shd w:val="clear" w:color="auto" w:fill="C5E0B3" w:themeFill="accent6" w:themeFillTint="66"/>
          </w:tcPr>
          <w:p w14:paraId="36B71A60" w14:textId="77777777" w:rsidR="00F01DAC" w:rsidRPr="00F01DAC" w:rsidRDefault="00F01DAC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679" w:type="dxa"/>
            <w:shd w:val="clear" w:color="auto" w:fill="C5E0B3" w:themeFill="accent6" w:themeFillTint="66"/>
          </w:tcPr>
          <w:p w14:paraId="297BA413" w14:textId="77777777" w:rsidR="00F01DAC" w:rsidRPr="00F01DAC" w:rsidRDefault="00F01DAC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430" w:type="dxa"/>
            <w:shd w:val="clear" w:color="auto" w:fill="C5E0B3" w:themeFill="accent6" w:themeFillTint="66"/>
          </w:tcPr>
          <w:p w14:paraId="07524685" w14:textId="77777777" w:rsidR="00F01DAC" w:rsidRPr="00F01DAC" w:rsidRDefault="00F01DAC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F01DAC" w:rsidRPr="00F01DAC" w14:paraId="66F9061D" w14:textId="77777777" w:rsidTr="00F92339">
        <w:tc>
          <w:tcPr>
            <w:tcW w:w="1696" w:type="dxa"/>
          </w:tcPr>
          <w:p w14:paraId="06972063" w14:textId="2431FB27" w:rsidR="00F01DAC" w:rsidRPr="00F01DAC" w:rsidRDefault="00F01DAC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ระงับเหตุทันที</w:t>
            </w:r>
          </w:p>
        </w:tc>
        <w:tc>
          <w:tcPr>
            <w:tcW w:w="5679" w:type="dxa"/>
          </w:tcPr>
          <w:p w14:paraId="6EC21CDA" w14:textId="53E6CB6E" w:rsidR="00F01DAC" w:rsidRPr="00F01DAC" w:rsidRDefault="00F01DAC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ครูที่อยู่ใกล้เหตุการณ์ที่สุดเข้าห้ามปรามด้วยความระมัดระวัง (ไม่ใช้ความรุนแรง)</w:t>
            </w:r>
          </w:p>
        </w:tc>
        <w:tc>
          <w:tcPr>
            <w:tcW w:w="2430" w:type="dxa"/>
          </w:tcPr>
          <w:p w14:paraId="27D9BB74" w14:textId="58171AB8" w:rsidR="00F01DAC" w:rsidRPr="00F01DAC" w:rsidRDefault="00F01DAC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ครูผู้ประสบเหตุ</w:t>
            </w:r>
          </w:p>
        </w:tc>
      </w:tr>
      <w:tr w:rsidR="00F01DAC" w:rsidRPr="00F01DAC" w14:paraId="19D058F1" w14:textId="77777777" w:rsidTr="00F92339">
        <w:tc>
          <w:tcPr>
            <w:tcW w:w="1696" w:type="dxa"/>
          </w:tcPr>
          <w:p w14:paraId="7A6C707B" w14:textId="5A3A3CF7" w:rsidR="00F01DAC" w:rsidRPr="00F01DAC" w:rsidRDefault="00F01DAC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sz w:val="32"/>
                <w:szCs w:val="32"/>
                <w:cs/>
              </w:rPr>
              <w:t>คัดแยกคู่กรณี</w:t>
            </w:r>
          </w:p>
        </w:tc>
        <w:tc>
          <w:tcPr>
            <w:tcW w:w="5679" w:type="dxa"/>
          </w:tcPr>
          <w:p w14:paraId="2D2418BE" w14:textId="1E51C40F" w:rsidR="00F01DAC" w:rsidRPr="00F01DAC" w:rsidRDefault="00F01DAC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นำตัวคู่กรณีแยกไปอยู่คนละพื้นที่เพื่อลดอารมณ์รุนแรง</w:t>
            </w:r>
          </w:p>
        </w:tc>
        <w:tc>
          <w:tcPr>
            <w:tcW w:w="2430" w:type="dxa"/>
          </w:tcPr>
          <w:p w14:paraId="5CD606D1" w14:textId="41DB3C34" w:rsidR="00F01DAC" w:rsidRPr="00F01DAC" w:rsidRDefault="00F01DAC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ครูฝ่ายปกครอง</w:t>
            </w:r>
          </w:p>
        </w:tc>
      </w:tr>
      <w:tr w:rsidR="00F01DAC" w:rsidRPr="00F01DAC" w14:paraId="392232BB" w14:textId="77777777" w:rsidTr="00F92339">
        <w:tc>
          <w:tcPr>
            <w:tcW w:w="1696" w:type="dxa"/>
          </w:tcPr>
          <w:p w14:paraId="68F0E74C" w14:textId="68E1750D" w:rsidR="00F01DAC" w:rsidRPr="00F01DAC" w:rsidRDefault="00F01DAC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การปฐมพยาบาล</w:t>
            </w:r>
          </w:p>
        </w:tc>
        <w:tc>
          <w:tcPr>
            <w:tcW w:w="5679" w:type="dxa"/>
          </w:tcPr>
          <w:p w14:paraId="7CE62EF7" w14:textId="48741FB7" w:rsidR="00F01DAC" w:rsidRPr="00F01DAC" w:rsidRDefault="00F01DAC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ตรวจสอบร่องรอยการบาดเจ็บและส่งห้องพยาบาลหากมีการบาดเจ็บ</w:t>
            </w:r>
          </w:p>
        </w:tc>
        <w:tc>
          <w:tcPr>
            <w:tcW w:w="2430" w:type="dxa"/>
          </w:tcPr>
          <w:p w14:paraId="25A4AA33" w14:textId="29F1965C" w:rsidR="00F01DAC" w:rsidRPr="00F01DAC" w:rsidRDefault="00F01DAC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ครูอนามัย</w:t>
            </w:r>
          </w:p>
        </w:tc>
      </w:tr>
      <w:tr w:rsidR="00F01DAC" w:rsidRPr="00F01DAC" w14:paraId="619A703A" w14:textId="77777777" w:rsidTr="00F92339">
        <w:tc>
          <w:tcPr>
            <w:tcW w:w="1696" w:type="dxa"/>
          </w:tcPr>
          <w:p w14:paraId="7000FF5B" w14:textId="621CC077" w:rsidR="00F01DAC" w:rsidRPr="00F01DAC" w:rsidRDefault="00F01DAC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sz w:val="32"/>
                <w:szCs w:val="32"/>
                <w:cs/>
              </w:rPr>
              <w:t>แจ้งภาคีเครือข่าย</w:t>
            </w:r>
          </w:p>
        </w:tc>
        <w:tc>
          <w:tcPr>
            <w:tcW w:w="5679" w:type="dxa"/>
          </w:tcPr>
          <w:p w14:paraId="71513493" w14:textId="63622AF3" w:rsidR="00F01DAC" w:rsidRPr="00F01DAC" w:rsidRDefault="00F01DAC" w:rsidP="00F01DAC">
            <w:pPr>
              <w:pStyle w:val="4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หากเหตุการณ์รุนแรงหรือมีอาวุธ ให้แจ้งตำรวจหรือกู้ภัยทันที</w:t>
            </w:r>
          </w:p>
        </w:tc>
        <w:tc>
          <w:tcPr>
            <w:tcW w:w="2430" w:type="dxa"/>
          </w:tcPr>
          <w:p w14:paraId="535AE89B" w14:textId="60FCF57A" w:rsidR="00F01DAC" w:rsidRPr="00F01DAC" w:rsidRDefault="00F01DAC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ผู้บริหารสถานศึกษา</w:t>
            </w:r>
          </w:p>
        </w:tc>
      </w:tr>
    </w:tbl>
    <w:p w14:paraId="387EA56B" w14:textId="58EEA15C" w:rsidR="00B861F8" w:rsidRDefault="00B861F8" w:rsidP="00B861F8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2666"/>
      </w:tblGrid>
      <w:tr w:rsidR="00F01DAC" w:rsidRPr="00F01DAC" w14:paraId="663C88DA" w14:textId="77777777" w:rsidTr="008248DB">
        <w:trPr>
          <w:trHeight w:val="245"/>
        </w:trPr>
        <w:tc>
          <w:tcPr>
            <w:tcW w:w="1696" w:type="dxa"/>
            <w:shd w:val="clear" w:color="auto" w:fill="C5E0B3" w:themeFill="accent6" w:themeFillTint="66"/>
          </w:tcPr>
          <w:p w14:paraId="41A28672" w14:textId="77777777" w:rsidR="00F01DAC" w:rsidRPr="00F01DAC" w:rsidRDefault="00F01DAC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103" w:type="dxa"/>
            <w:shd w:val="clear" w:color="auto" w:fill="C5E0B3" w:themeFill="accent6" w:themeFillTint="66"/>
          </w:tcPr>
          <w:p w14:paraId="130CA8F2" w14:textId="77777777" w:rsidR="00F01DAC" w:rsidRPr="00F01DAC" w:rsidRDefault="00F01DAC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14:paraId="67BA041C" w14:textId="77777777" w:rsidR="00F01DAC" w:rsidRPr="00F01DAC" w:rsidRDefault="00F01DAC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F01DAC" w:rsidRPr="00F01DAC" w14:paraId="473D4BB0" w14:textId="77777777" w:rsidTr="00936FCC">
        <w:tc>
          <w:tcPr>
            <w:tcW w:w="1696" w:type="dxa"/>
          </w:tcPr>
          <w:p w14:paraId="3B5AF580" w14:textId="68AB2C75" w:rsidR="00F01DAC" w:rsidRPr="00F01DAC" w:rsidRDefault="00F01DAC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สอบสวนข้อเท็จจริง</w:t>
            </w:r>
          </w:p>
        </w:tc>
        <w:tc>
          <w:tcPr>
            <w:tcW w:w="5103" w:type="dxa"/>
          </w:tcPr>
          <w:p w14:paraId="2B891554" w14:textId="7B1763AD" w:rsidR="00F01DAC" w:rsidRPr="00F01DAC" w:rsidRDefault="00F01DAC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บันทึกข้อมูลสาเหตุของความขัดแย้งและจัดทำรายงานเสนอผู้บริหาร</w:t>
            </w:r>
          </w:p>
        </w:tc>
        <w:tc>
          <w:tcPr>
            <w:tcW w:w="2666" w:type="dxa"/>
          </w:tcPr>
          <w:p w14:paraId="45040B96" w14:textId="2FCAA854" w:rsidR="00F01DAC" w:rsidRPr="00F01DAC" w:rsidRDefault="00F92339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ครูเวร</w:t>
            </w:r>
          </w:p>
        </w:tc>
      </w:tr>
      <w:tr w:rsidR="00F01DAC" w:rsidRPr="00F01DAC" w14:paraId="5EF6BA9A" w14:textId="77777777" w:rsidTr="00936FCC">
        <w:tc>
          <w:tcPr>
            <w:tcW w:w="1696" w:type="dxa"/>
          </w:tcPr>
          <w:p w14:paraId="158D82BF" w14:textId="7EAA03F7" w:rsidR="00F01DAC" w:rsidRPr="00F01DAC" w:rsidRDefault="00F01DAC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เชิญผู้ปกครอง</w:t>
            </w:r>
          </w:p>
        </w:tc>
        <w:tc>
          <w:tcPr>
            <w:tcW w:w="5103" w:type="dxa"/>
          </w:tcPr>
          <w:p w14:paraId="70DD8AC3" w14:textId="1E023E5E" w:rsidR="00F01DAC" w:rsidRPr="00F01DAC" w:rsidRDefault="00F01DAC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แจ้งให้ผู้ปกครองทั้งสองฝ่ายทราบเพื่อร่วมกันหาแนวทางแก้ไข</w:t>
            </w:r>
          </w:p>
        </w:tc>
        <w:tc>
          <w:tcPr>
            <w:tcW w:w="2666" w:type="dxa"/>
          </w:tcPr>
          <w:p w14:paraId="7E214F93" w14:textId="7A7E76B5" w:rsidR="00F01DAC" w:rsidRPr="00F01DAC" w:rsidRDefault="00F01DAC" w:rsidP="00F92339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ครูประจำชั้น </w:t>
            </w:r>
          </w:p>
        </w:tc>
      </w:tr>
      <w:tr w:rsidR="00F01DAC" w:rsidRPr="00F01DAC" w14:paraId="19035472" w14:textId="77777777" w:rsidTr="00936FCC">
        <w:tc>
          <w:tcPr>
            <w:tcW w:w="1696" w:type="dxa"/>
          </w:tcPr>
          <w:p w14:paraId="3A619E0E" w14:textId="03C5FFAE" w:rsidR="00F01DAC" w:rsidRPr="00F01DAC" w:rsidRDefault="00F01DAC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กระบวนการไกล่เกลี่ย</w:t>
            </w:r>
          </w:p>
        </w:tc>
        <w:tc>
          <w:tcPr>
            <w:tcW w:w="5103" w:type="dxa"/>
          </w:tcPr>
          <w:p w14:paraId="4DF95F71" w14:textId="74A5C162" w:rsidR="00F01DAC" w:rsidRPr="00F01DAC" w:rsidRDefault="00F01DAC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ดำเนินการปรับความเข้าใจและใช้มาตรการลงโทษตามระเบียบโรงเรียน</w:t>
            </w:r>
          </w:p>
        </w:tc>
        <w:tc>
          <w:tcPr>
            <w:tcW w:w="2666" w:type="dxa"/>
          </w:tcPr>
          <w:p w14:paraId="72CF6284" w14:textId="15F8C384" w:rsidR="00F01DAC" w:rsidRPr="00F01DAC" w:rsidRDefault="00F01DAC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ผู้บริหารสถานศึกษา</w:t>
            </w:r>
          </w:p>
        </w:tc>
      </w:tr>
      <w:tr w:rsidR="00F01DAC" w:rsidRPr="00F01DAC" w14:paraId="449B94D4" w14:textId="77777777" w:rsidTr="00936FCC">
        <w:tc>
          <w:tcPr>
            <w:tcW w:w="1696" w:type="dxa"/>
          </w:tcPr>
          <w:p w14:paraId="2FCB61DF" w14:textId="4268479F" w:rsidR="00F01DAC" w:rsidRPr="00F01DAC" w:rsidRDefault="00F01DAC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ติดตามพฤติกรรม</w:t>
            </w:r>
          </w:p>
        </w:tc>
        <w:tc>
          <w:tcPr>
            <w:tcW w:w="5103" w:type="dxa"/>
          </w:tcPr>
          <w:p w14:paraId="2876744A" w14:textId="64C38BD7" w:rsidR="00F01DAC" w:rsidRPr="00F01DAC" w:rsidRDefault="00F01DAC" w:rsidP="00F01DAC">
            <w:pPr>
              <w:pStyle w:val="4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เยี่ยมบ้านนักเรียนหรือนัดพูดคุยเพื่อป้องกันการกลับมาทำซ้ำ</w:t>
            </w:r>
          </w:p>
        </w:tc>
        <w:tc>
          <w:tcPr>
            <w:tcW w:w="2666" w:type="dxa"/>
          </w:tcPr>
          <w:p w14:paraId="63581146" w14:textId="4595E229" w:rsidR="00F01DAC" w:rsidRPr="00F01DAC" w:rsidRDefault="00F01DAC" w:rsidP="00F92339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F01DA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ครูประจำชั้น </w:t>
            </w:r>
          </w:p>
        </w:tc>
      </w:tr>
    </w:tbl>
    <w:p w14:paraId="45676C4A" w14:textId="77777777" w:rsidR="00F01DAC" w:rsidRDefault="00F01DAC" w:rsidP="00F01DAC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5F66A3E0" w14:textId="68E8C8AC" w:rsidR="00F01DAC" w:rsidRPr="00AC7BFD" w:rsidRDefault="00F01DAC" w:rsidP="00F01DAC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๓. ระยะเวลาในการป้องกัน</w:t>
      </w:r>
    </w:p>
    <w:p w14:paraId="7FA9AE59" w14:textId="77777777" w:rsidR="00F01DAC" w:rsidRPr="00AC7BFD" w:rsidRDefault="00F01DAC" w:rsidP="00F01DAC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2B9294B4" w14:textId="77777777" w:rsidR="00F01DAC" w:rsidRPr="00AC7BFD" w:rsidRDefault="00F01DAC" w:rsidP="00F01DAC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315F8759" w14:textId="4B9E936C" w:rsidR="00F01DAC" w:rsidRPr="00AC7BFD" w:rsidRDefault="00A8313D" w:rsidP="00A8313D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01DAC" w:rsidRPr="00AC7BFD">
        <w:rPr>
          <w:rFonts w:ascii="TH SarabunPSK" w:hAnsi="TH SarabunPSK" w:cs="TH SarabunPSK" w:hint="cs"/>
          <w:sz w:val="32"/>
          <w:szCs w:val="32"/>
          <w:cs/>
        </w:rPr>
        <w:t>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="00F01DAC"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8D81F86" w14:textId="77777777" w:rsidR="00F01DAC" w:rsidRPr="00AC7BFD" w:rsidRDefault="00F01DAC" w:rsidP="00F01DAC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6DC0EE9B" w14:textId="77777777" w:rsidR="00F92339" w:rsidRDefault="00F92339" w:rsidP="00F9233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56A87C30" w14:textId="77777777" w:rsidR="00B861F8" w:rsidRPr="00AC7BFD" w:rsidRDefault="00B861F8" w:rsidP="00B861F8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6068E756" w14:textId="77777777" w:rsidR="00B861F8" w:rsidRPr="00AC7BFD" w:rsidRDefault="00B861F8" w:rsidP="00B861F8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4822C877" w14:textId="77777777" w:rsidR="00B861F8" w:rsidRPr="00AC7BFD" w:rsidRDefault="00B861F8" w:rsidP="00B861F8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0EAFC1FD" w14:textId="77777777" w:rsidR="00B861F8" w:rsidRPr="00AC7BFD" w:rsidRDefault="00B861F8" w:rsidP="00B861F8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0D8FD658" w14:textId="0CB2B6CF" w:rsidR="00B861F8" w:rsidRPr="00AC7BFD" w:rsidRDefault="00D12027" w:rsidP="00B861F8">
      <w:pPr>
        <w:pStyle w:val="31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874DBC3" wp14:editId="5EE9145C">
                <wp:simplePos x="0" y="0"/>
                <wp:positionH relativeFrom="column">
                  <wp:posOffset>1620000</wp:posOffset>
                </wp:positionH>
                <wp:positionV relativeFrom="paragraph">
                  <wp:posOffset>0</wp:posOffset>
                </wp:positionV>
                <wp:extent cx="2714510" cy="271780"/>
                <wp:effectExtent l="0" t="0" r="16510" b="7620"/>
                <wp:wrapNone/>
                <wp:docPr id="312021657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510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C1DF3E7" id="สี่เหลี่ยมผืนผ้ามุมมน 2" o:spid="_x0000_s1026" style="position:absolute;margin-left:127.55pt;margin-top:0;width:213.75pt;height:21.4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B861F8" w:rsidRPr="00AC7BFD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แผนเผชิญเหตุ การกลั่นแกล้ง/รังแก (</w:t>
      </w:r>
      <w:r w:rsidR="00B861F8" w:rsidRPr="00AC7BFD">
        <w:rPr>
          <w:rStyle w:val="ad"/>
          <w:rFonts w:ascii="TH SarabunPSK" w:hAnsi="TH SarabunPSK" w:cs="TH SarabunPSK" w:hint="cs"/>
          <w:b/>
          <w:bCs/>
          <w:sz w:val="32"/>
          <w:szCs w:val="32"/>
        </w:rPr>
        <w:t>Bullying)</w:t>
      </w:r>
    </w:p>
    <w:p w14:paraId="621EB107" w14:textId="77777777" w:rsidR="00B861F8" w:rsidRPr="00AC7BFD" w:rsidRDefault="00B861F8" w:rsidP="00E86F15">
      <w:pPr>
        <w:pStyle w:val="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๑. วัตถุประสงค์</w:t>
      </w:r>
    </w:p>
    <w:p w14:paraId="72A2276C" w14:textId="77777777" w:rsidR="00E86F15" w:rsidRDefault="00E86F15" w:rsidP="008248DB">
      <w:pPr>
        <w:ind w:firstLine="720"/>
        <w:rPr>
          <w:rFonts w:ascii="TH SarabunPSK" w:hAnsi="TH SarabunPSK" w:cs="TH SarabunPSK"/>
          <w:sz w:val="32"/>
          <w:szCs w:val="32"/>
        </w:rPr>
      </w:pPr>
      <w:r w:rsidRPr="00E86F15">
        <w:rPr>
          <w:rFonts w:ascii="TH SarabunPSK" w:hAnsi="TH SarabunPSK" w:cs="TH SarabunPSK" w:hint="cs"/>
          <w:sz w:val="32"/>
          <w:szCs w:val="32"/>
          <w:cs/>
        </w:rPr>
        <w:t>๑. เพื่อยุติพฤติกรรมการกลั่นแกล้งรังแกทุกรูปแบบในสถานศึกษาอย่างรวดเร็วและมีประสิทธิภาพ</w:t>
      </w:r>
      <w:r w:rsidRPr="00E86F15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1A9F4E82" w14:textId="77777777" w:rsidR="00E86F15" w:rsidRDefault="00E86F15" w:rsidP="008248DB">
      <w:pPr>
        <w:ind w:firstLine="720"/>
        <w:rPr>
          <w:rFonts w:ascii="TH SarabunPSK" w:hAnsi="TH SarabunPSK" w:cs="TH SarabunPSK"/>
          <w:sz w:val="32"/>
          <w:szCs w:val="32"/>
        </w:rPr>
      </w:pPr>
      <w:r w:rsidRPr="00E86F15">
        <w:rPr>
          <w:rFonts w:ascii="TH SarabunPSK" w:hAnsi="TH SarabunPSK" w:cs="TH SarabunPSK" w:hint="cs"/>
          <w:sz w:val="32"/>
          <w:szCs w:val="32"/>
          <w:cs/>
        </w:rPr>
        <w:t>๒. เพื่อคุ้มครองดูแลสภาพจิตใจของผู้ถูกกระทำและปรับเปลี่ยนพฤติกรรมของผู้กระทำอย่างเหมาะสม</w:t>
      </w:r>
      <w:r w:rsidRPr="00E86F15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46856599" w14:textId="51CF593D" w:rsidR="00E86F15" w:rsidRPr="00E86F15" w:rsidRDefault="00E86F15" w:rsidP="008248DB">
      <w:pPr>
        <w:ind w:firstLine="720"/>
        <w:rPr>
          <w:rFonts w:ascii="TH SarabunPSK" w:hAnsi="TH SarabunPSK" w:cs="TH SarabunPSK"/>
          <w:sz w:val="32"/>
          <w:szCs w:val="32"/>
        </w:rPr>
      </w:pPr>
      <w:r w:rsidRPr="00E86F15">
        <w:rPr>
          <w:rFonts w:ascii="TH SarabunPSK" w:hAnsi="TH SarabunPSK" w:cs="TH SarabunPSK" w:hint="cs"/>
          <w:sz w:val="32"/>
          <w:szCs w:val="32"/>
          <w:cs/>
        </w:rPr>
        <w:t>๓. เพื่อสร้างวัฒนธรรมความปลอดภัยและการเคารพซึ่งกันและกันภายในโรงเรียน</w:t>
      </w:r>
    </w:p>
    <w:p w14:paraId="445682A4" w14:textId="77777777" w:rsidR="00B861F8" w:rsidRPr="00AC7BFD" w:rsidRDefault="00B861F8" w:rsidP="00B861F8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45DE9D01" w14:textId="77777777" w:rsidR="00B861F8" w:rsidRPr="00AC7BFD" w:rsidRDefault="00B861F8" w:rsidP="00B861F8">
      <w:pPr>
        <w:pStyle w:val="5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๒.๑ การเตรียมการก่อนเกิดเหตุ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2666"/>
      </w:tblGrid>
      <w:tr w:rsidR="00E86F15" w:rsidRPr="00553F91" w14:paraId="554A9858" w14:textId="77777777" w:rsidTr="008248DB">
        <w:trPr>
          <w:trHeight w:val="245"/>
        </w:trPr>
        <w:tc>
          <w:tcPr>
            <w:tcW w:w="1696" w:type="dxa"/>
            <w:shd w:val="clear" w:color="auto" w:fill="C5E0B3" w:themeFill="accent6" w:themeFillTint="66"/>
          </w:tcPr>
          <w:p w14:paraId="33AEF525" w14:textId="77777777" w:rsidR="00E86F15" w:rsidRPr="00553F91" w:rsidRDefault="00E86F15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103" w:type="dxa"/>
            <w:shd w:val="clear" w:color="auto" w:fill="C5E0B3" w:themeFill="accent6" w:themeFillTint="66"/>
          </w:tcPr>
          <w:p w14:paraId="59FF6861" w14:textId="77777777" w:rsidR="00E86F15" w:rsidRPr="00553F91" w:rsidRDefault="00E86F15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14:paraId="36542635" w14:textId="77777777" w:rsidR="00E86F15" w:rsidRPr="00553F91" w:rsidRDefault="00E86F15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E86F15" w:rsidRPr="00553F91" w14:paraId="728B8999" w14:textId="77777777" w:rsidTr="00936FCC">
        <w:tc>
          <w:tcPr>
            <w:tcW w:w="1696" w:type="dxa"/>
          </w:tcPr>
          <w:p w14:paraId="29C340AF" w14:textId="586DA92A" w:rsidR="00E86F15" w:rsidRPr="00553F91" w:rsidRDefault="00553F9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การรณรงค์</w:t>
            </w:r>
          </w:p>
        </w:tc>
        <w:tc>
          <w:tcPr>
            <w:tcW w:w="5103" w:type="dxa"/>
          </w:tcPr>
          <w:p w14:paraId="429555D0" w14:textId="49A3A6A2" w:rsidR="00E86F15" w:rsidRPr="00553F91" w:rsidRDefault="00553F91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จัดกิจกรรม "โรงเรียนปลอดการบ</w:t>
            </w:r>
            <w:proofErr w:type="spellStart"/>
            <w:r w:rsidRPr="00553F9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ูล</w:t>
            </w:r>
            <w:proofErr w:type="spellEnd"/>
            <w:r w:rsidRPr="00553F9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ลี่" (</w:t>
            </w:r>
            <w:r w:rsidRPr="00553F9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</w:rPr>
              <w:t xml:space="preserve">Anti-Bullying Campaign) </w:t>
            </w:r>
            <w:r w:rsidRPr="00553F9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สม่ำเสมอ</w:t>
            </w:r>
          </w:p>
        </w:tc>
        <w:tc>
          <w:tcPr>
            <w:tcW w:w="2666" w:type="dxa"/>
          </w:tcPr>
          <w:p w14:paraId="7609D70A" w14:textId="79455490" w:rsidR="00E86F15" w:rsidRPr="00553F91" w:rsidRDefault="00553F91" w:rsidP="00A8313D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ครู</w:t>
            </w:r>
            <w:r w:rsidR="00A8313D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ประจำชั้น</w:t>
            </w:r>
            <w:r w:rsidRPr="00553F9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 xml:space="preserve"> / สภานักเรียน</w:t>
            </w:r>
          </w:p>
        </w:tc>
      </w:tr>
      <w:tr w:rsidR="00E86F15" w:rsidRPr="00553F91" w14:paraId="226DEC95" w14:textId="77777777" w:rsidTr="00936FCC">
        <w:tc>
          <w:tcPr>
            <w:tcW w:w="1696" w:type="dxa"/>
          </w:tcPr>
          <w:p w14:paraId="6E2AB33B" w14:textId="4759AB02" w:rsidR="00E86F15" w:rsidRPr="00553F91" w:rsidRDefault="00553F9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ช่องทางแจ้งเหตุ</w:t>
            </w:r>
          </w:p>
        </w:tc>
        <w:tc>
          <w:tcPr>
            <w:tcW w:w="5103" w:type="dxa"/>
          </w:tcPr>
          <w:p w14:paraId="772AD9FD" w14:textId="49188143" w:rsidR="00E86F15" w:rsidRPr="00553F91" w:rsidRDefault="00553F91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สร้างช่องทางรับแจ้งเหตุที่ปลอดภัย ปกปิดชื่อผู้แจ้ง (เช่น กล่องลับ</w:t>
            </w:r>
            <w:r w:rsidRPr="00553F9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</w:rPr>
              <w:t xml:space="preserve">, </w:t>
            </w:r>
            <w:r w:rsidRPr="00553F9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แอปพลิเคชัน)</w:t>
            </w:r>
          </w:p>
        </w:tc>
        <w:tc>
          <w:tcPr>
            <w:tcW w:w="2666" w:type="dxa"/>
          </w:tcPr>
          <w:p w14:paraId="41F9ACFB" w14:textId="4C23B9FC" w:rsidR="00E86F15" w:rsidRPr="00553F91" w:rsidRDefault="00553F91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 xml:space="preserve">งาน </w:t>
            </w:r>
            <w:r w:rsidRPr="00553F9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</w:rPr>
              <w:t xml:space="preserve">ICT / </w:t>
            </w:r>
            <w:r w:rsidRPr="00553F9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ครูฝ่ายปกครอง</w:t>
            </w:r>
          </w:p>
        </w:tc>
      </w:tr>
      <w:tr w:rsidR="00E86F15" w:rsidRPr="00553F91" w14:paraId="3299A6CF" w14:textId="77777777" w:rsidTr="00936FCC">
        <w:tc>
          <w:tcPr>
            <w:tcW w:w="1696" w:type="dxa"/>
          </w:tcPr>
          <w:p w14:paraId="6E19C9F9" w14:textId="35DD3F9D" w:rsidR="00E86F15" w:rsidRPr="00553F91" w:rsidRDefault="00553F9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การให้ความรู้</w:t>
            </w:r>
          </w:p>
        </w:tc>
        <w:tc>
          <w:tcPr>
            <w:tcW w:w="5103" w:type="dxa"/>
          </w:tcPr>
          <w:p w14:paraId="6E6637FC" w14:textId="5D8E59A8" w:rsidR="00E86F15" w:rsidRPr="00553F91" w:rsidRDefault="00553F91" w:rsidP="00553F91">
            <w:pPr>
              <w:pStyle w:val="5"/>
              <w:outlineLvl w:val="4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อบรมเรื่องความฉลาดทางดิจิทัล (</w:t>
            </w:r>
            <w:r w:rsidRPr="00553F9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DQ) </w:t>
            </w:r>
            <w:r w:rsidRPr="00553F9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เพื่อป้องกันการกลั่นแกล้งออนไลน์</w:t>
            </w:r>
          </w:p>
        </w:tc>
        <w:tc>
          <w:tcPr>
            <w:tcW w:w="2666" w:type="dxa"/>
          </w:tcPr>
          <w:p w14:paraId="627EB95A" w14:textId="39126E74" w:rsidR="00E86F15" w:rsidRPr="00553F91" w:rsidRDefault="00553F91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ครูคอมพิวเตอร์ / ครูประจำชั้น</w:t>
            </w:r>
          </w:p>
        </w:tc>
      </w:tr>
    </w:tbl>
    <w:p w14:paraId="4EC3E3E9" w14:textId="4C05FB8F" w:rsidR="00AC7BFD" w:rsidRPr="00AC7BFD" w:rsidRDefault="00B861F8" w:rsidP="00AC7BFD">
      <w:pPr>
        <w:pStyle w:val="5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2666"/>
      </w:tblGrid>
      <w:tr w:rsidR="00E86F15" w:rsidRPr="00553F91" w14:paraId="3B43A3A5" w14:textId="77777777" w:rsidTr="008248DB">
        <w:trPr>
          <w:trHeight w:val="245"/>
        </w:trPr>
        <w:tc>
          <w:tcPr>
            <w:tcW w:w="1696" w:type="dxa"/>
            <w:shd w:val="clear" w:color="auto" w:fill="C5E0B3" w:themeFill="accent6" w:themeFillTint="66"/>
          </w:tcPr>
          <w:p w14:paraId="7FF4435A" w14:textId="77777777" w:rsidR="00E86F15" w:rsidRPr="00553F91" w:rsidRDefault="00E86F15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103" w:type="dxa"/>
            <w:shd w:val="clear" w:color="auto" w:fill="C5E0B3" w:themeFill="accent6" w:themeFillTint="66"/>
          </w:tcPr>
          <w:p w14:paraId="58C8D2FF" w14:textId="77777777" w:rsidR="00E86F15" w:rsidRPr="00553F91" w:rsidRDefault="00E86F15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14:paraId="2B5371DB" w14:textId="77777777" w:rsidR="00E86F15" w:rsidRPr="00553F91" w:rsidRDefault="00E86F15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E86F15" w:rsidRPr="00553F91" w14:paraId="6585DAC2" w14:textId="77777777" w:rsidTr="00936FCC">
        <w:tc>
          <w:tcPr>
            <w:tcW w:w="1696" w:type="dxa"/>
          </w:tcPr>
          <w:p w14:paraId="2CE9B68D" w14:textId="1B4B73CB" w:rsidR="00E86F15" w:rsidRPr="00553F91" w:rsidRDefault="00553F9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เข้าระงับเหตุ</w:t>
            </w:r>
          </w:p>
        </w:tc>
        <w:tc>
          <w:tcPr>
            <w:tcW w:w="5103" w:type="dxa"/>
          </w:tcPr>
          <w:p w14:paraId="1D0D0F40" w14:textId="552A14F9" w:rsidR="00E86F15" w:rsidRPr="00553F91" w:rsidRDefault="00553F91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เมื่อพบเห็นการกลั่นแกล้ง ให้เข้ายุติเหตุการณ์และแยกคู่ออกทันที</w:t>
            </w:r>
          </w:p>
        </w:tc>
        <w:tc>
          <w:tcPr>
            <w:tcW w:w="2666" w:type="dxa"/>
          </w:tcPr>
          <w:p w14:paraId="190EBD6E" w14:textId="4A736EF8" w:rsidR="00E86F15" w:rsidRPr="00553F91" w:rsidRDefault="00553F91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ครูผู้ประสบเหตุ</w:t>
            </w:r>
          </w:p>
        </w:tc>
      </w:tr>
      <w:tr w:rsidR="00E86F15" w:rsidRPr="00553F91" w14:paraId="70292692" w14:textId="77777777" w:rsidTr="00936FCC">
        <w:tc>
          <w:tcPr>
            <w:tcW w:w="1696" w:type="dxa"/>
          </w:tcPr>
          <w:p w14:paraId="5B262E59" w14:textId="77698A46" w:rsidR="00E86F15" w:rsidRPr="00553F91" w:rsidRDefault="00553F9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คัดแยกและรับฟัง</w:t>
            </w:r>
          </w:p>
        </w:tc>
        <w:tc>
          <w:tcPr>
            <w:tcW w:w="5103" w:type="dxa"/>
          </w:tcPr>
          <w:p w14:paraId="62CCFF6C" w14:textId="312B2AEE" w:rsidR="00E86F15" w:rsidRPr="00553F91" w:rsidRDefault="00553F91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แยกสอบถามข้อมูลจากทั้งสองฝ่ายโดยใช้ทัศนคติที่เป็นกลางและไม่ตำหนิ</w:t>
            </w:r>
          </w:p>
        </w:tc>
        <w:tc>
          <w:tcPr>
            <w:tcW w:w="2666" w:type="dxa"/>
          </w:tcPr>
          <w:p w14:paraId="6D6FAC12" w14:textId="28AC1784" w:rsidR="00E86F15" w:rsidRPr="00553F91" w:rsidRDefault="00553F91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ครูประจำชั้น</w:t>
            </w:r>
          </w:p>
        </w:tc>
      </w:tr>
      <w:tr w:rsidR="00E86F15" w:rsidRPr="00553F91" w14:paraId="6CE820D5" w14:textId="77777777" w:rsidTr="00936FCC">
        <w:tc>
          <w:tcPr>
            <w:tcW w:w="1696" w:type="dxa"/>
          </w:tcPr>
          <w:p w14:paraId="75B9AEF0" w14:textId="2D1A058C" w:rsidR="00E86F15" w:rsidRPr="00553F91" w:rsidRDefault="00553F9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เก็บหลักฐาน</w:t>
            </w:r>
          </w:p>
        </w:tc>
        <w:tc>
          <w:tcPr>
            <w:tcW w:w="5103" w:type="dxa"/>
          </w:tcPr>
          <w:p w14:paraId="6F792FC9" w14:textId="519594BC" w:rsidR="00E86F15" w:rsidRPr="00553F91" w:rsidRDefault="00553F91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 xml:space="preserve">กรณี </w:t>
            </w:r>
            <w:r w:rsidRPr="00553F9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</w:rPr>
              <w:t xml:space="preserve">Cyberbullying </w:t>
            </w:r>
            <w:r w:rsidRPr="00553F9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ให้ทำการแค</w:t>
            </w:r>
            <w:proofErr w:type="spellStart"/>
            <w:r w:rsidRPr="00553F9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ปห</w:t>
            </w:r>
            <w:proofErr w:type="spellEnd"/>
            <w:r w:rsidRPr="00553F9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น้าจอ (</w:t>
            </w:r>
            <w:r w:rsidRPr="00553F9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</w:rPr>
              <w:t xml:space="preserve">Screenshot) </w:t>
            </w:r>
            <w:r w:rsidRPr="00553F9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บันทึกหลักฐานไว้</w:t>
            </w:r>
          </w:p>
        </w:tc>
        <w:tc>
          <w:tcPr>
            <w:tcW w:w="2666" w:type="dxa"/>
          </w:tcPr>
          <w:p w14:paraId="172B22F0" w14:textId="7277D0BA" w:rsidR="00E86F15" w:rsidRPr="00553F91" w:rsidRDefault="00553F91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ครูประจำชั้น / ผู้ปกครอง</w:t>
            </w:r>
          </w:p>
        </w:tc>
      </w:tr>
      <w:tr w:rsidR="00E86F15" w:rsidRPr="00553F91" w14:paraId="56A9AA02" w14:textId="77777777" w:rsidTr="00936FCC">
        <w:tc>
          <w:tcPr>
            <w:tcW w:w="1696" w:type="dxa"/>
          </w:tcPr>
          <w:p w14:paraId="20408ECE" w14:textId="773E642A" w:rsidR="00E86F15" w:rsidRPr="00553F91" w:rsidRDefault="00553F9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ประเมินความรุนแรง</w:t>
            </w:r>
          </w:p>
        </w:tc>
        <w:tc>
          <w:tcPr>
            <w:tcW w:w="5103" w:type="dxa"/>
          </w:tcPr>
          <w:p w14:paraId="67B33F63" w14:textId="1DA23C1F" w:rsidR="00E86F15" w:rsidRPr="00553F91" w:rsidRDefault="00553F91" w:rsidP="00553F91">
            <w:pPr>
              <w:pStyle w:val="5"/>
              <w:outlineLvl w:val="4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หากมีการทำร้ายร่างกายรุนแรงหรือกระทบจิตใจอย่างหนัก ให้รายงานผู้บริหาร</w:t>
            </w:r>
          </w:p>
        </w:tc>
        <w:tc>
          <w:tcPr>
            <w:tcW w:w="2666" w:type="dxa"/>
          </w:tcPr>
          <w:p w14:paraId="6293AEE6" w14:textId="73E92629" w:rsidR="00E86F15" w:rsidRPr="00553F91" w:rsidRDefault="00553F91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คณะกรรมการปกครอง</w:t>
            </w:r>
          </w:p>
        </w:tc>
      </w:tr>
    </w:tbl>
    <w:p w14:paraId="200B82FA" w14:textId="6E7D25CB" w:rsidR="00B861F8" w:rsidRPr="00AC7BFD" w:rsidRDefault="00B861F8" w:rsidP="00B861F8">
      <w:pPr>
        <w:pStyle w:val="5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2666"/>
      </w:tblGrid>
      <w:tr w:rsidR="00E86F15" w:rsidRPr="00553F91" w14:paraId="349AA55A" w14:textId="77777777" w:rsidTr="008248DB">
        <w:trPr>
          <w:trHeight w:val="245"/>
          <w:tblHeader/>
        </w:trPr>
        <w:tc>
          <w:tcPr>
            <w:tcW w:w="1696" w:type="dxa"/>
            <w:shd w:val="clear" w:color="auto" w:fill="C5E0B3" w:themeFill="accent6" w:themeFillTint="66"/>
          </w:tcPr>
          <w:p w14:paraId="0587EA3E" w14:textId="77777777" w:rsidR="00E86F15" w:rsidRPr="00553F91" w:rsidRDefault="00E86F15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103" w:type="dxa"/>
            <w:shd w:val="clear" w:color="auto" w:fill="C5E0B3" w:themeFill="accent6" w:themeFillTint="66"/>
          </w:tcPr>
          <w:p w14:paraId="4A31F356" w14:textId="77777777" w:rsidR="00E86F15" w:rsidRPr="00553F91" w:rsidRDefault="00E86F15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14:paraId="79510786" w14:textId="77777777" w:rsidR="00E86F15" w:rsidRPr="00553F91" w:rsidRDefault="00E86F15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E86F15" w:rsidRPr="00553F91" w14:paraId="4A022E38" w14:textId="77777777" w:rsidTr="00936FCC">
        <w:tc>
          <w:tcPr>
            <w:tcW w:w="1696" w:type="dxa"/>
          </w:tcPr>
          <w:p w14:paraId="2BC64956" w14:textId="261172A7" w:rsidR="00E86F15" w:rsidRPr="00553F91" w:rsidRDefault="00553F9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การเยียวยา</w:t>
            </w:r>
          </w:p>
        </w:tc>
        <w:tc>
          <w:tcPr>
            <w:tcW w:w="5103" w:type="dxa"/>
          </w:tcPr>
          <w:p w14:paraId="70F82156" w14:textId="2B8E90CB" w:rsidR="00E86F15" w:rsidRPr="00553F91" w:rsidRDefault="00553F91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ติดตามผลสภาพจิตใจของผู้ถูกกระทำ จัดโปรแกรมฟื้นฟูความมั่นใจ</w:t>
            </w:r>
          </w:p>
        </w:tc>
        <w:tc>
          <w:tcPr>
            <w:tcW w:w="2666" w:type="dxa"/>
          </w:tcPr>
          <w:p w14:paraId="7A23C9D0" w14:textId="01A9E7F6" w:rsidR="00E86F15" w:rsidRPr="00553F91" w:rsidRDefault="00A8313D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ครูประจำชั้น</w:t>
            </w:r>
            <w:r w:rsidR="00553F91" w:rsidRPr="00553F9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/ นักจิตวิทยา</w:t>
            </w:r>
          </w:p>
        </w:tc>
      </w:tr>
      <w:tr w:rsidR="00E86F15" w:rsidRPr="00553F91" w14:paraId="6A2CB05E" w14:textId="77777777" w:rsidTr="00936FCC">
        <w:tc>
          <w:tcPr>
            <w:tcW w:w="1696" w:type="dxa"/>
          </w:tcPr>
          <w:p w14:paraId="50B3E559" w14:textId="46FD0A2E" w:rsidR="00E86F15" w:rsidRPr="00553F91" w:rsidRDefault="00553F9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ปรับพฤติกรรม</w:t>
            </w:r>
          </w:p>
        </w:tc>
        <w:tc>
          <w:tcPr>
            <w:tcW w:w="5103" w:type="dxa"/>
          </w:tcPr>
          <w:p w14:paraId="20725A5B" w14:textId="52269DF5" w:rsidR="00E86F15" w:rsidRPr="00553F91" w:rsidRDefault="00553F91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ใช้มาตรการวินัยเชิงบวกกับผู้กระทำ และให้ทำกิจกรรมสาธารณประโยชน์</w:t>
            </w:r>
          </w:p>
        </w:tc>
        <w:tc>
          <w:tcPr>
            <w:tcW w:w="2666" w:type="dxa"/>
          </w:tcPr>
          <w:p w14:paraId="5E01126C" w14:textId="2E8699D8" w:rsidR="00E86F15" w:rsidRPr="00553F91" w:rsidRDefault="00553F91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ฝ่ายปกครอง / ครูประจำชั้น</w:t>
            </w:r>
          </w:p>
        </w:tc>
      </w:tr>
      <w:tr w:rsidR="00E86F15" w:rsidRPr="00553F91" w14:paraId="116DF77D" w14:textId="77777777" w:rsidTr="00936FCC">
        <w:tc>
          <w:tcPr>
            <w:tcW w:w="1696" w:type="dxa"/>
          </w:tcPr>
          <w:p w14:paraId="4F76FF02" w14:textId="7AF7CCE2" w:rsidR="00E86F15" w:rsidRPr="00553F91" w:rsidRDefault="00553F9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นัดพบผู้ปกครอง</w:t>
            </w:r>
          </w:p>
        </w:tc>
        <w:tc>
          <w:tcPr>
            <w:tcW w:w="5103" w:type="dxa"/>
          </w:tcPr>
          <w:p w14:paraId="2321C90B" w14:textId="446FE75A" w:rsidR="00E86F15" w:rsidRPr="00553F91" w:rsidRDefault="00553F91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พูดคุยกับผู้ปกครองทั้งสองฝ่ายเพื่อหาทางออกร่วมกันและติดตามที่บ้าน</w:t>
            </w:r>
          </w:p>
        </w:tc>
        <w:tc>
          <w:tcPr>
            <w:tcW w:w="2666" w:type="dxa"/>
          </w:tcPr>
          <w:p w14:paraId="622A7240" w14:textId="140B4E20" w:rsidR="00E86F15" w:rsidRPr="00553F91" w:rsidRDefault="00553F91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ครูประจำชั้น</w:t>
            </w:r>
          </w:p>
        </w:tc>
      </w:tr>
      <w:tr w:rsidR="00E86F15" w:rsidRPr="00553F91" w14:paraId="74A94652" w14:textId="77777777" w:rsidTr="00936FCC">
        <w:tc>
          <w:tcPr>
            <w:tcW w:w="1696" w:type="dxa"/>
          </w:tcPr>
          <w:p w14:paraId="42BC4203" w14:textId="300B3911" w:rsidR="00E86F15" w:rsidRPr="00553F91" w:rsidRDefault="00553F9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สรุปและบทเรียน</w:t>
            </w:r>
          </w:p>
        </w:tc>
        <w:tc>
          <w:tcPr>
            <w:tcW w:w="5103" w:type="dxa"/>
          </w:tcPr>
          <w:p w14:paraId="4B3D517E" w14:textId="1577F449" w:rsidR="00E86F15" w:rsidRPr="00553F91" w:rsidRDefault="00553F91" w:rsidP="00553F91">
            <w:pPr>
              <w:pStyle w:val="4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วิเคราะห์สาเหตุเพื่อปรับปรุงมาตรการเฝ้าระวังในจุดเสี่ยงหรือกลุ่มเสี่ยง</w:t>
            </w:r>
          </w:p>
        </w:tc>
        <w:tc>
          <w:tcPr>
            <w:tcW w:w="2666" w:type="dxa"/>
          </w:tcPr>
          <w:p w14:paraId="0A6C37E7" w14:textId="35E35B54" w:rsidR="00E86F15" w:rsidRPr="00553F91" w:rsidRDefault="00553F91" w:rsidP="00936FCC">
            <w:pPr>
              <w:pStyle w:val="4"/>
              <w:spacing w:before="0" w:beforeAutospacing="0" w:after="0" w:afterAutospacing="0"/>
              <w:outlineLvl w:val="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คณะกรรมการความปลอดภัย</w:t>
            </w:r>
          </w:p>
        </w:tc>
      </w:tr>
    </w:tbl>
    <w:p w14:paraId="24C0817F" w14:textId="77777777" w:rsidR="00553F91" w:rsidRPr="00AC7BFD" w:rsidRDefault="00553F91" w:rsidP="00553F91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๓. ระยะเวลาในการป้องกัน</w:t>
      </w:r>
    </w:p>
    <w:p w14:paraId="0834A834" w14:textId="77777777" w:rsidR="00553F91" w:rsidRPr="00AC7BFD" w:rsidRDefault="00553F91" w:rsidP="00553F91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672575CE" w14:textId="77777777" w:rsidR="00553F91" w:rsidRPr="00AC7BFD" w:rsidRDefault="00553F91" w:rsidP="00553F91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1F6F8AC3" w14:textId="77777777" w:rsidR="00A8313D" w:rsidRPr="00AC7BFD" w:rsidRDefault="00A8313D" w:rsidP="00A8313D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9D708D7" w14:textId="77777777" w:rsidR="00553F91" w:rsidRPr="00AC7BFD" w:rsidRDefault="00553F91" w:rsidP="00553F91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3B1512D8" w14:textId="78056305" w:rsidR="00D12027" w:rsidRPr="00A8313D" w:rsidRDefault="00F92339" w:rsidP="00A8313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47D60A3B" w14:textId="2D22C499" w:rsidR="00B861F8" w:rsidRPr="00AC7BFD" w:rsidRDefault="00D12027" w:rsidP="00B861F8">
      <w:pPr>
        <w:pStyle w:val="31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12F0813" wp14:editId="415E4DCF">
                <wp:simplePos x="0" y="0"/>
                <wp:positionH relativeFrom="column">
                  <wp:posOffset>1569034</wp:posOffset>
                </wp:positionH>
                <wp:positionV relativeFrom="paragraph">
                  <wp:posOffset>153619</wp:posOffset>
                </wp:positionV>
                <wp:extent cx="2843425" cy="271780"/>
                <wp:effectExtent l="0" t="0" r="14605" b="7620"/>
                <wp:wrapNone/>
                <wp:docPr id="1740246330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3425" cy="27178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875959" id="สี่เหลี่ยมผืนผ้ามุมมน 2" o:spid="_x0000_s1026" style="position:absolute;margin-left:123.55pt;margin-top:12.1pt;width:223.9pt;height:21.4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B861F8" w:rsidRPr="00AC7BFD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แผนเผชิญเหตุ การชุมนุมประท้วงและการจลาจล</w:t>
      </w:r>
    </w:p>
    <w:p w14:paraId="79536793" w14:textId="77777777" w:rsidR="00B861F8" w:rsidRPr="00553F91" w:rsidRDefault="00B861F8" w:rsidP="00553F91">
      <w:pPr>
        <w:pStyle w:val="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553F91">
        <w:rPr>
          <w:rFonts w:ascii="TH SarabunPSK" w:hAnsi="TH SarabunPSK" w:cs="TH SarabunPSK" w:hint="cs"/>
          <w:sz w:val="32"/>
          <w:szCs w:val="32"/>
          <w:cs/>
        </w:rPr>
        <w:t>๑. วัตถุประสงค์</w:t>
      </w:r>
    </w:p>
    <w:p w14:paraId="50EB5AAE" w14:textId="77777777" w:rsidR="00553F91" w:rsidRPr="00553F91" w:rsidRDefault="00553F91" w:rsidP="00553F91">
      <w:pPr>
        <w:pStyle w:val="4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53F91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๑. เพื่อป้องกันชีวิตและทรัพย์สินของสถานศึกษาจากเหตุการณ์ความวุ่นวายภายนอก</w:t>
      </w:r>
      <w:r w:rsidRPr="00553F91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</w:p>
    <w:p w14:paraId="2FCD6533" w14:textId="77777777" w:rsidR="00553F91" w:rsidRPr="00553F91" w:rsidRDefault="00553F91" w:rsidP="00553F91">
      <w:pPr>
        <w:pStyle w:val="4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53F91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๒. เพื่อสร้างแนวทางปฏิบัติในการเคลื่อนย้ายหรือกักบริเวณนักเรียนให้อยู่ในพื้นที่ปลอดภัย (</w:t>
      </w:r>
      <w:r w:rsidRPr="00553F91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Lockdown) </w:t>
      </w:r>
    </w:p>
    <w:p w14:paraId="1F5039CF" w14:textId="7002A052" w:rsidR="00553F91" w:rsidRPr="00553F91" w:rsidRDefault="00553F91" w:rsidP="00553F91">
      <w:pPr>
        <w:pStyle w:val="4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53F91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๓. เพื่อการสื่อสารที่มีประสิทธิภาพกับผู้ปกครองและหน่วยงานความมั่นคงในภาวะวิกฤต</w:t>
      </w:r>
    </w:p>
    <w:p w14:paraId="587FB547" w14:textId="45CE8850" w:rsidR="00B861F8" w:rsidRPr="00553F91" w:rsidRDefault="00B861F8" w:rsidP="00553F91">
      <w:pPr>
        <w:pStyle w:val="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553F91">
        <w:rPr>
          <w:rFonts w:ascii="TH SarabunPSK" w:hAnsi="TH SarabunPSK" w:cs="TH SarabunPSK" w:hint="cs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365A52CA" w14:textId="77777777" w:rsidR="00B861F8" w:rsidRPr="00AC7BFD" w:rsidRDefault="00B861F8" w:rsidP="00B861F8">
      <w:pPr>
        <w:pStyle w:val="5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๒.๑ การเตรียมการก่อนเกิดเหตุ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26"/>
        <w:gridCol w:w="5200"/>
        <w:gridCol w:w="2339"/>
      </w:tblGrid>
      <w:tr w:rsidR="00553F91" w:rsidRPr="000C58F2" w14:paraId="072D30C4" w14:textId="77777777" w:rsidTr="008248DB">
        <w:trPr>
          <w:trHeight w:val="245"/>
        </w:trPr>
        <w:tc>
          <w:tcPr>
            <w:tcW w:w="1681" w:type="dxa"/>
            <w:shd w:val="clear" w:color="auto" w:fill="C5E0B3" w:themeFill="accent6" w:themeFillTint="66"/>
          </w:tcPr>
          <w:p w14:paraId="0D0375AD" w14:textId="77777777" w:rsidR="00553F91" w:rsidRPr="000C58F2" w:rsidRDefault="00553F9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146" w:type="dxa"/>
            <w:shd w:val="clear" w:color="auto" w:fill="C5E0B3" w:themeFill="accent6" w:themeFillTint="66"/>
          </w:tcPr>
          <w:p w14:paraId="58C621A0" w14:textId="77777777" w:rsidR="00553F91" w:rsidRPr="000C58F2" w:rsidRDefault="00553F9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638" w:type="dxa"/>
            <w:shd w:val="clear" w:color="auto" w:fill="C5E0B3" w:themeFill="accent6" w:themeFillTint="66"/>
          </w:tcPr>
          <w:p w14:paraId="4404CCAF" w14:textId="77777777" w:rsidR="00553F91" w:rsidRPr="000C58F2" w:rsidRDefault="00553F9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553F91" w14:paraId="6E37A075" w14:textId="77777777" w:rsidTr="00553F91">
        <w:tc>
          <w:tcPr>
            <w:tcW w:w="0" w:type="auto"/>
            <w:hideMark/>
          </w:tcPr>
          <w:p w14:paraId="45F5AC16" w14:textId="77777777" w:rsidR="00553F91" w:rsidRPr="00553F91" w:rsidRDefault="00553F91" w:rsidP="00553F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การติดตามข้อมูล</w:t>
            </w:r>
          </w:p>
        </w:tc>
        <w:tc>
          <w:tcPr>
            <w:tcW w:w="0" w:type="auto"/>
            <w:hideMark/>
          </w:tcPr>
          <w:p w14:paraId="7CD7B216" w14:textId="77777777" w:rsidR="00553F91" w:rsidRPr="00553F91" w:rsidRDefault="00553F91" w:rsidP="00553F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ติดตามข่าวสารสถานการณ์ในพื้นที่และชุมชนรอบข้างอย่างใกล้ชิด</w:t>
            </w:r>
          </w:p>
        </w:tc>
        <w:tc>
          <w:tcPr>
            <w:tcW w:w="0" w:type="auto"/>
            <w:hideMark/>
          </w:tcPr>
          <w:p w14:paraId="79D7FDFC" w14:textId="77777777" w:rsidR="00553F91" w:rsidRPr="00553F91" w:rsidRDefault="00553F91" w:rsidP="00553F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คณะกรรมการสถานศึกษา</w:t>
            </w:r>
          </w:p>
        </w:tc>
      </w:tr>
      <w:tr w:rsidR="00553F91" w14:paraId="2CD2592D" w14:textId="77777777" w:rsidTr="00553F91">
        <w:tc>
          <w:tcPr>
            <w:tcW w:w="0" w:type="auto"/>
            <w:hideMark/>
          </w:tcPr>
          <w:p w14:paraId="6713A8B4" w14:textId="77777777" w:rsidR="00553F91" w:rsidRPr="00553F91" w:rsidRDefault="00553F91" w:rsidP="00553F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ตรวจสอบทางเข้า-ออก</w:t>
            </w:r>
          </w:p>
        </w:tc>
        <w:tc>
          <w:tcPr>
            <w:tcW w:w="0" w:type="auto"/>
            <w:hideMark/>
          </w:tcPr>
          <w:p w14:paraId="783BF97F" w14:textId="77777777" w:rsidR="00553F91" w:rsidRPr="00553F91" w:rsidRDefault="00553F91" w:rsidP="00553F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ตรวจเช็คความแข็งแรงของรั้ว ประตูโรงเรียน และระบบ</w:t>
            </w:r>
            <w:proofErr w:type="spellStart"/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ล็</w:t>
            </w:r>
            <w:proofErr w:type="spellEnd"/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อกอาคารเรียน</w:t>
            </w:r>
          </w:p>
        </w:tc>
        <w:tc>
          <w:tcPr>
            <w:tcW w:w="0" w:type="auto"/>
            <w:hideMark/>
          </w:tcPr>
          <w:p w14:paraId="2FDF83DC" w14:textId="446EC3BA" w:rsidR="00553F91" w:rsidRPr="00553F91" w:rsidRDefault="00553F91" w:rsidP="00A831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นักการภารโรง </w:t>
            </w:r>
          </w:p>
        </w:tc>
      </w:tr>
      <w:tr w:rsidR="00553F91" w14:paraId="3F734E25" w14:textId="77777777" w:rsidTr="00553F91">
        <w:tc>
          <w:tcPr>
            <w:tcW w:w="0" w:type="auto"/>
            <w:hideMark/>
          </w:tcPr>
          <w:p w14:paraId="1CB3ED6A" w14:textId="77777777" w:rsidR="00553F91" w:rsidRPr="00553F91" w:rsidRDefault="00553F91" w:rsidP="00553F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สร้างเครือข่าย</w:t>
            </w:r>
          </w:p>
        </w:tc>
        <w:tc>
          <w:tcPr>
            <w:tcW w:w="0" w:type="auto"/>
            <w:hideMark/>
          </w:tcPr>
          <w:p w14:paraId="3DA7BBB9" w14:textId="77777777" w:rsidR="00553F91" w:rsidRPr="00553F91" w:rsidRDefault="00553F91" w:rsidP="00553F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ประสานงานกับสถานีตำรวจท้องที่เพื่อขอข้อมูลและแผนสนับสนุน</w:t>
            </w:r>
          </w:p>
        </w:tc>
        <w:tc>
          <w:tcPr>
            <w:tcW w:w="0" w:type="auto"/>
            <w:hideMark/>
          </w:tcPr>
          <w:p w14:paraId="66D9753B" w14:textId="77777777" w:rsidR="00553F91" w:rsidRPr="00553F91" w:rsidRDefault="00553F91" w:rsidP="00553F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ผู้บริหารสถานศึกษา</w:t>
            </w:r>
          </w:p>
        </w:tc>
      </w:tr>
      <w:tr w:rsidR="00553F91" w14:paraId="6413791C" w14:textId="77777777" w:rsidTr="00553F91">
        <w:tc>
          <w:tcPr>
            <w:tcW w:w="0" w:type="auto"/>
            <w:hideMark/>
          </w:tcPr>
          <w:p w14:paraId="4589C8FE" w14:textId="77777777" w:rsidR="00553F91" w:rsidRPr="00553F91" w:rsidRDefault="00553F91" w:rsidP="00553F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แผนการสื่อสาร</w:t>
            </w:r>
          </w:p>
        </w:tc>
        <w:tc>
          <w:tcPr>
            <w:tcW w:w="0" w:type="auto"/>
            <w:hideMark/>
          </w:tcPr>
          <w:p w14:paraId="51F09329" w14:textId="77777777" w:rsidR="00553F91" w:rsidRPr="00553F91" w:rsidRDefault="00553F91" w:rsidP="00553F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เตรียมระบบกระจายข่าวภายในและกลุ่ม </w:t>
            </w:r>
            <w:r w:rsidRPr="00553F91">
              <w:rPr>
                <w:rFonts w:ascii="TH SarabunPSK" w:hAnsi="TH SarabunPSK" w:cs="TH SarabunPSK" w:hint="cs"/>
                <w:sz w:val="32"/>
                <w:szCs w:val="32"/>
              </w:rPr>
              <w:t xml:space="preserve">LINE </w:t>
            </w: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ผู้ปกครองเพื่อแจ้งข่าวฉุกเฉิน</w:t>
            </w:r>
          </w:p>
        </w:tc>
        <w:tc>
          <w:tcPr>
            <w:tcW w:w="0" w:type="auto"/>
            <w:hideMark/>
          </w:tcPr>
          <w:p w14:paraId="154A7266" w14:textId="77777777" w:rsidR="00553F91" w:rsidRPr="00553F91" w:rsidRDefault="00553F91" w:rsidP="00553F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r w:rsidRPr="00553F91">
              <w:rPr>
                <w:rFonts w:ascii="TH SarabunPSK" w:hAnsi="TH SarabunPSK" w:cs="TH SarabunPSK" w:hint="cs"/>
                <w:sz w:val="32"/>
                <w:szCs w:val="32"/>
              </w:rPr>
              <w:t xml:space="preserve">ICT / </w:t>
            </w: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งานประชาสัมพันธ์</w:t>
            </w:r>
          </w:p>
        </w:tc>
      </w:tr>
    </w:tbl>
    <w:p w14:paraId="7F99A237" w14:textId="77777777" w:rsidR="00AC7BFD" w:rsidRDefault="00AC7BFD" w:rsidP="00B861F8">
      <w:pPr>
        <w:pStyle w:val="5"/>
        <w:rPr>
          <w:rFonts w:ascii="TH SarabunPSK" w:hAnsi="TH SarabunPSK" w:cs="TH SarabunPSK"/>
          <w:sz w:val="32"/>
          <w:szCs w:val="32"/>
        </w:rPr>
      </w:pPr>
    </w:p>
    <w:p w14:paraId="615E35EC" w14:textId="67C4AFD0" w:rsidR="00B861F8" w:rsidRPr="00AC7BFD" w:rsidRDefault="00B861F8" w:rsidP="00B861F8">
      <w:pPr>
        <w:pStyle w:val="5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58"/>
        <w:gridCol w:w="5387"/>
        <w:gridCol w:w="2120"/>
      </w:tblGrid>
      <w:tr w:rsidR="00553F91" w:rsidRPr="000C58F2" w14:paraId="1E2459D2" w14:textId="77777777" w:rsidTr="008248DB">
        <w:trPr>
          <w:trHeight w:val="245"/>
        </w:trPr>
        <w:tc>
          <w:tcPr>
            <w:tcW w:w="1911" w:type="dxa"/>
            <w:shd w:val="clear" w:color="auto" w:fill="C5E0B3" w:themeFill="accent6" w:themeFillTint="66"/>
          </w:tcPr>
          <w:p w14:paraId="3236D88C" w14:textId="77777777" w:rsidR="00553F91" w:rsidRPr="000C58F2" w:rsidRDefault="00553F9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052" w:type="dxa"/>
            <w:shd w:val="clear" w:color="auto" w:fill="C5E0B3" w:themeFill="accent6" w:themeFillTint="66"/>
          </w:tcPr>
          <w:p w14:paraId="7D1E4640" w14:textId="77777777" w:rsidR="00553F91" w:rsidRPr="000C58F2" w:rsidRDefault="00553F9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02" w:type="dxa"/>
            <w:shd w:val="clear" w:color="auto" w:fill="C5E0B3" w:themeFill="accent6" w:themeFillTint="66"/>
          </w:tcPr>
          <w:p w14:paraId="0D7A0BD3" w14:textId="77777777" w:rsidR="00553F91" w:rsidRPr="000C58F2" w:rsidRDefault="00553F9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553F91" w14:paraId="78403708" w14:textId="77777777" w:rsidTr="00553F91">
        <w:tc>
          <w:tcPr>
            <w:tcW w:w="0" w:type="auto"/>
            <w:hideMark/>
          </w:tcPr>
          <w:p w14:paraId="0BE73862" w14:textId="77777777" w:rsidR="00553F91" w:rsidRPr="00553F91" w:rsidRDefault="00553F91" w:rsidP="00553F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ประกาศ </w:t>
            </w:r>
            <w:r w:rsidRPr="00553F9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Lockdown</w:t>
            </w:r>
          </w:p>
        </w:tc>
        <w:tc>
          <w:tcPr>
            <w:tcW w:w="0" w:type="auto"/>
            <w:hideMark/>
          </w:tcPr>
          <w:p w14:paraId="406AC50B" w14:textId="77777777" w:rsidR="00553F91" w:rsidRPr="00553F91" w:rsidRDefault="00553F91" w:rsidP="00553F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แจ้งสัญญาณเตือนภัยเพื่อให้นักเรียนและครูเข้าประจำในอาคาร (ปิดประตู/หน้าต่าง)</w:t>
            </w:r>
          </w:p>
        </w:tc>
        <w:tc>
          <w:tcPr>
            <w:tcW w:w="0" w:type="auto"/>
            <w:hideMark/>
          </w:tcPr>
          <w:p w14:paraId="5B160EBC" w14:textId="77777777" w:rsidR="00553F91" w:rsidRPr="00553F91" w:rsidRDefault="00553F91" w:rsidP="00553F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ผู้บริหารสถานศึกษา</w:t>
            </w:r>
          </w:p>
        </w:tc>
      </w:tr>
      <w:tr w:rsidR="00553F91" w14:paraId="2FB1CBA2" w14:textId="77777777" w:rsidTr="00553F91">
        <w:tc>
          <w:tcPr>
            <w:tcW w:w="0" w:type="auto"/>
            <w:hideMark/>
          </w:tcPr>
          <w:p w14:paraId="528C2DF5" w14:textId="77777777" w:rsidR="00553F91" w:rsidRPr="00553F91" w:rsidRDefault="00553F91" w:rsidP="00553F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ปิดจุดเข้า-ออก</w:t>
            </w:r>
          </w:p>
        </w:tc>
        <w:tc>
          <w:tcPr>
            <w:tcW w:w="0" w:type="auto"/>
            <w:hideMark/>
          </w:tcPr>
          <w:p w14:paraId="66CBFA2D" w14:textId="77777777" w:rsidR="00553F91" w:rsidRPr="00553F91" w:rsidRDefault="00553F91" w:rsidP="00553F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ทำการ</w:t>
            </w:r>
            <w:proofErr w:type="spellStart"/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ล็</w:t>
            </w:r>
            <w:proofErr w:type="spellEnd"/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อกประตูทางเข้าหลักและรองทันที ห้ามบุคคลภายนอกเข้าพื้นที่</w:t>
            </w:r>
          </w:p>
        </w:tc>
        <w:tc>
          <w:tcPr>
            <w:tcW w:w="0" w:type="auto"/>
            <w:hideMark/>
          </w:tcPr>
          <w:p w14:paraId="3A4978F3" w14:textId="4D1678D3" w:rsidR="00553F91" w:rsidRPr="00553F91" w:rsidRDefault="00553F91" w:rsidP="00553F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นักการภารโรง</w:t>
            </w:r>
          </w:p>
        </w:tc>
      </w:tr>
      <w:tr w:rsidR="00553F91" w14:paraId="50A00003" w14:textId="77777777" w:rsidTr="00553F91">
        <w:tc>
          <w:tcPr>
            <w:tcW w:w="0" w:type="auto"/>
            <w:hideMark/>
          </w:tcPr>
          <w:p w14:paraId="52DDD905" w14:textId="77777777" w:rsidR="00553F91" w:rsidRPr="00553F91" w:rsidRDefault="00553F91" w:rsidP="00553F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ประสานความช่วยเหลือ</w:t>
            </w:r>
          </w:p>
        </w:tc>
        <w:tc>
          <w:tcPr>
            <w:tcW w:w="0" w:type="auto"/>
            <w:hideMark/>
          </w:tcPr>
          <w:p w14:paraId="23DB867C" w14:textId="77777777" w:rsidR="00553F91" w:rsidRPr="00553F91" w:rsidRDefault="00553F91" w:rsidP="00553F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โทรแจ้ง </w:t>
            </w:r>
            <w:r w:rsidRPr="00553F91">
              <w:rPr>
                <w:rFonts w:ascii="TH SarabunPSK" w:hAnsi="TH SarabunPSK" w:cs="TH SarabunPSK" w:hint="cs"/>
                <w:sz w:val="32"/>
                <w:szCs w:val="32"/>
              </w:rPr>
              <w:t xml:space="preserve">191 </w:t>
            </w: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หรือสถานีตำรวจในพื้นที่เพื่อขอกำลังสนับสนุนดูแลพื้นที่รอบนอก</w:t>
            </w:r>
          </w:p>
        </w:tc>
        <w:tc>
          <w:tcPr>
            <w:tcW w:w="0" w:type="auto"/>
            <w:hideMark/>
          </w:tcPr>
          <w:p w14:paraId="37C30B94" w14:textId="77777777" w:rsidR="00553F91" w:rsidRPr="00553F91" w:rsidRDefault="00553F91" w:rsidP="00553F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 / หัวหน้าเวร</w:t>
            </w:r>
          </w:p>
        </w:tc>
      </w:tr>
      <w:tr w:rsidR="00553F91" w14:paraId="373807C5" w14:textId="77777777" w:rsidTr="00553F91">
        <w:tc>
          <w:tcPr>
            <w:tcW w:w="0" w:type="auto"/>
            <w:hideMark/>
          </w:tcPr>
          <w:p w14:paraId="252D455D" w14:textId="77777777" w:rsidR="00553F91" w:rsidRPr="00553F91" w:rsidRDefault="00553F91" w:rsidP="00553F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ดูแล</w:t>
            </w:r>
            <w:proofErr w:type="spellStart"/>
            <w:r w:rsidRPr="00553F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สวั</w:t>
            </w:r>
            <w:proofErr w:type="spellEnd"/>
            <w:r w:rsidRPr="00553F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สดิภาพ</w:t>
            </w:r>
          </w:p>
        </w:tc>
        <w:tc>
          <w:tcPr>
            <w:tcW w:w="0" w:type="auto"/>
            <w:hideMark/>
          </w:tcPr>
          <w:p w14:paraId="54CAC532" w14:textId="77777777" w:rsidR="00553F91" w:rsidRPr="00553F91" w:rsidRDefault="00553F91" w:rsidP="00553F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ครูประจำชั้นตรวจเช็คจำนวนนักเรียนและควบคุมให้อยู่ในความสงบภายในห้องเรียน</w:t>
            </w:r>
          </w:p>
        </w:tc>
        <w:tc>
          <w:tcPr>
            <w:tcW w:w="0" w:type="auto"/>
            <w:hideMark/>
          </w:tcPr>
          <w:p w14:paraId="01FBE2CA" w14:textId="77777777" w:rsidR="00553F91" w:rsidRPr="00553F91" w:rsidRDefault="00553F91" w:rsidP="00553F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ครูประจำชั้นทุกห้อง</w:t>
            </w:r>
          </w:p>
        </w:tc>
      </w:tr>
    </w:tbl>
    <w:p w14:paraId="10D27080" w14:textId="77777777" w:rsidR="00AC7BFD" w:rsidRDefault="00AC7BFD" w:rsidP="00B861F8">
      <w:pPr>
        <w:pStyle w:val="5"/>
        <w:rPr>
          <w:rFonts w:ascii="TH SarabunPSK" w:hAnsi="TH SarabunPSK" w:cs="TH SarabunPSK"/>
          <w:sz w:val="32"/>
          <w:szCs w:val="32"/>
        </w:rPr>
      </w:pPr>
    </w:p>
    <w:p w14:paraId="49A4B49D" w14:textId="43F10826" w:rsidR="00B861F8" w:rsidRPr="00AC7BFD" w:rsidRDefault="00B861F8" w:rsidP="00B861F8">
      <w:pPr>
        <w:pStyle w:val="5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C7B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24"/>
        <w:gridCol w:w="5555"/>
        <w:gridCol w:w="2086"/>
      </w:tblGrid>
      <w:tr w:rsidR="00553F91" w:rsidRPr="000C58F2" w14:paraId="69D657DC" w14:textId="77777777" w:rsidTr="008248DB">
        <w:trPr>
          <w:trHeight w:val="245"/>
        </w:trPr>
        <w:tc>
          <w:tcPr>
            <w:tcW w:w="1820" w:type="dxa"/>
            <w:shd w:val="clear" w:color="auto" w:fill="C5E0B3" w:themeFill="accent6" w:themeFillTint="66"/>
          </w:tcPr>
          <w:p w14:paraId="1D91E34B" w14:textId="77777777" w:rsidR="00553F91" w:rsidRPr="000C58F2" w:rsidRDefault="00553F9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524" w:type="dxa"/>
            <w:shd w:val="clear" w:color="auto" w:fill="C5E0B3" w:themeFill="accent6" w:themeFillTint="66"/>
          </w:tcPr>
          <w:p w14:paraId="00C981F3" w14:textId="77777777" w:rsidR="00553F91" w:rsidRPr="000C58F2" w:rsidRDefault="00553F9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121" w:type="dxa"/>
            <w:shd w:val="clear" w:color="auto" w:fill="C5E0B3" w:themeFill="accent6" w:themeFillTint="66"/>
          </w:tcPr>
          <w:p w14:paraId="4D8B089D" w14:textId="77777777" w:rsidR="00553F91" w:rsidRPr="000C58F2" w:rsidRDefault="00553F9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553F91" w14:paraId="57D06625" w14:textId="77777777" w:rsidTr="00553F91">
        <w:tc>
          <w:tcPr>
            <w:tcW w:w="0" w:type="auto"/>
            <w:hideMark/>
          </w:tcPr>
          <w:p w14:paraId="4D5D076A" w14:textId="77777777" w:rsidR="00553F91" w:rsidRPr="00553F91" w:rsidRDefault="00553F91" w:rsidP="00553F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ประเมินสถานการณ์</w:t>
            </w:r>
          </w:p>
        </w:tc>
        <w:tc>
          <w:tcPr>
            <w:tcW w:w="0" w:type="auto"/>
            <w:hideMark/>
          </w:tcPr>
          <w:p w14:paraId="04F24E9E" w14:textId="77777777" w:rsidR="00553F91" w:rsidRPr="00553F91" w:rsidRDefault="00553F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เมื่อสถานการณ์ภายนอกคลี่คลาย ให้ประสานตำรวจเพื่อขออนุญาตเปิดพื้นที่</w:t>
            </w:r>
          </w:p>
        </w:tc>
        <w:tc>
          <w:tcPr>
            <w:tcW w:w="0" w:type="auto"/>
            <w:hideMark/>
          </w:tcPr>
          <w:p w14:paraId="5EBEC675" w14:textId="77777777" w:rsidR="00553F91" w:rsidRPr="00553F91" w:rsidRDefault="00553F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ผู้บริหารสถานศึกษา</w:t>
            </w:r>
          </w:p>
        </w:tc>
      </w:tr>
      <w:tr w:rsidR="00553F91" w14:paraId="218E1EEC" w14:textId="77777777" w:rsidTr="00553F91">
        <w:tc>
          <w:tcPr>
            <w:tcW w:w="0" w:type="auto"/>
            <w:hideMark/>
          </w:tcPr>
          <w:p w14:paraId="70EB8C01" w14:textId="77777777" w:rsidR="00553F91" w:rsidRPr="00553F91" w:rsidRDefault="00553F91" w:rsidP="00553F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ส่งนักเรียนกลับบ้าน</w:t>
            </w:r>
          </w:p>
        </w:tc>
        <w:tc>
          <w:tcPr>
            <w:tcW w:w="0" w:type="auto"/>
            <w:hideMark/>
          </w:tcPr>
          <w:p w14:paraId="1766F827" w14:textId="77777777" w:rsidR="00553F91" w:rsidRPr="00553F91" w:rsidRDefault="00553F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หากเหตุการณ์ยืดเยื้อ ให้นัดหมายผู้ปกครองรับนักเรียนตามแผนเผชิญเหตุแบบจำกัดพื้นที่</w:t>
            </w:r>
          </w:p>
        </w:tc>
        <w:tc>
          <w:tcPr>
            <w:tcW w:w="0" w:type="auto"/>
            <w:hideMark/>
          </w:tcPr>
          <w:p w14:paraId="644AB852" w14:textId="77777777" w:rsidR="00553F91" w:rsidRPr="00553F91" w:rsidRDefault="00553F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 / ครูเวร</w:t>
            </w:r>
          </w:p>
        </w:tc>
      </w:tr>
      <w:tr w:rsidR="00553F91" w14:paraId="3408C2F0" w14:textId="77777777" w:rsidTr="00553F91">
        <w:tc>
          <w:tcPr>
            <w:tcW w:w="0" w:type="auto"/>
            <w:hideMark/>
          </w:tcPr>
          <w:p w14:paraId="6445043F" w14:textId="77777777" w:rsidR="00553F91" w:rsidRPr="00553F91" w:rsidRDefault="00553F91" w:rsidP="00553F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ประเมินความเสียหาย</w:t>
            </w:r>
          </w:p>
        </w:tc>
        <w:tc>
          <w:tcPr>
            <w:tcW w:w="0" w:type="auto"/>
            <w:hideMark/>
          </w:tcPr>
          <w:p w14:paraId="46C0CDC9" w14:textId="77777777" w:rsidR="00553F91" w:rsidRPr="00553F91" w:rsidRDefault="00553F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สำรวจความเสียหายของอาคารและทรัพย์สิน (ถ้ามี) เพื่อซ่อมแซมและรายงาน</w:t>
            </w:r>
          </w:p>
        </w:tc>
        <w:tc>
          <w:tcPr>
            <w:tcW w:w="0" w:type="auto"/>
            <w:hideMark/>
          </w:tcPr>
          <w:p w14:paraId="6DA37D3F" w14:textId="77777777" w:rsidR="00553F91" w:rsidRPr="00553F91" w:rsidRDefault="00553F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งานพัสดุและอาคารสถานที่</w:t>
            </w:r>
          </w:p>
        </w:tc>
      </w:tr>
      <w:tr w:rsidR="00553F91" w14:paraId="282247DD" w14:textId="77777777" w:rsidTr="00553F91">
        <w:tc>
          <w:tcPr>
            <w:tcW w:w="0" w:type="auto"/>
            <w:hideMark/>
          </w:tcPr>
          <w:p w14:paraId="4F2B3E23" w14:textId="77777777" w:rsidR="00553F91" w:rsidRPr="00553F91" w:rsidRDefault="00553F91" w:rsidP="00553F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เยียวยาจิตใจ</w:t>
            </w:r>
          </w:p>
        </w:tc>
        <w:tc>
          <w:tcPr>
            <w:tcW w:w="0" w:type="auto"/>
            <w:hideMark/>
          </w:tcPr>
          <w:p w14:paraId="48FBB375" w14:textId="77777777" w:rsidR="00553F91" w:rsidRPr="00553F91" w:rsidRDefault="00553F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พูดคุยเพื่อลดสภาวะความตื่นตระหนกของนักเรียนและบุคลากรหลังเหตุการณ์สงบ</w:t>
            </w:r>
          </w:p>
        </w:tc>
        <w:tc>
          <w:tcPr>
            <w:tcW w:w="0" w:type="auto"/>
            <w:hideMark/>
          </w:tcPr>
          <w:p w14:paraId="7B207B2C" w14:textId="5734CAD2" w:rsidR="00553F91" w:rsidRPr="00553F91" w:rsidRDefault="00553F91" w:rsidP="00A831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3F91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</w:t>
            </w:r>
            <w:r w:rsidR="00A8313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ประจำชั้น</w:t>
            </w:r>
          </w:p>
        </w:tc>
      </w:tr>
    </w:tbl>
    <w:p w14:paraId="4E89F995" w14:textId="77777777" w:rsidR="00553F91" w:rsidRDefault="00553F91" w:rsidP="00553F91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5834188F" w14:textId="2D7DCF64" w:rsidR="00553F91" w:rsidRPr="00AC7BFD" w:rsidRDefault="00553F91" w:rsidP="00553F91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๓. ระยะเวลาในการป้องกัน</w:t>
      </w:r>
    </w:p>
    <w:p w14:paraId="619F0C87" w14:textId="77777777" w:rsidR="00553F91" w:rsidRPr="00AC7BFD" w:rsidRDefault="00553F91" w:rsidP="00553F91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2DB07B13" w14:textId="77777777" w:rsidR="00553F91" w:rsidRPr="00AC7BFD" w:rsidRDefault="00553F91" w:rsidP="00553F91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3EC68F3A" w14:textId="77777777" w:rsidR="00A8313D" w:rsidRPr="00AC7BFD" w:rsidRDefault="00A8313D" w:rsidP="00A8313D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0BA4973" w14:textId="77777777" w:rsidR="00553F91" w:rsidRPr="00AC7BFD" w:rsidRDefault="00553F91" w:rsidP="00553F91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7DD97560" w14:textId="1CD44922" w:rsidR="00553F91" w:rsidRPr="00A8313D" w:rsidRDefault="00F92339" w:rsidP="00A8313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1D9AEA96" w14:textId="023430BD" w:rsidR="007A6367" w:rsidRPr="00AC7BFD" w:rsidRDefault="00D12027" w:rsidP="00AC7BFD">
      <w:pPr>
        <w:pStyle w:val="21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4DAF4E4C" wp14:editId="6E450532">
                <wp:simplePos x="0" y="0"/>
                <wp:positionH relativeFrom="column">
                  <wp:posOffset>1718717</wp:posOffset>
                </wp:positionH>
                <wp:positionV relativeFrom="paragraph">
                  <wp:posOffset>168250</wp:posOffset>
                </wp:positionV>
                <wp:extent cx="2505710" cy="271780"/>
                <wp:effectExtent l="0" t="0" r="8890" b="7620"/>
                <wp:wrapNone/>
                <wp:docPr id="508417546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271780"/>
                        </a:xfrm>
                        <a:prstGeom prst="roundRect">
                          <a:avLst>
                            <a:gd name="adj" fmla="val 47686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B30E81" id="สี่เหลี่ยมผืนผ้ามุมมน 2" o:spid="_x0000_s1026" style="position:absolute;margin-left:135.35pt;margin-top:13.25pt;width:197.3pt;height:21.4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125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7A6367" w:rsidRPr="00AC7BFD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แผนเผชิญเหตุ การก่อวินาศกรรม</w:t>
      </w:r>
    </w:p>
    <w:p w14:paraId="5B264F49" w14:textId="77777777" w:rsidR="007A6367" w:rsidRPr="00AC7BFD" w:rsidRDefault="007A6367" w:rsidP="00117811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๑. วัตถุประสงค์</w:t>
      </w:r>
    </w:p>
    <w:p w14:paraId="46079374" w14:textId="77777777" w:rsidR="00117811" w:rsidRPr="00117811" w:rsidRDefault="00117811" w:rsidP="00117811">
      <w:pPr>
        <w:pStyle w:val="31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17811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๑. เพื่อรักษาชีวิตของนักเรียนและบุคลากรจากการโจมตีหรือการทำลายล้างที่รุนแรง</w:t>
      </w:r>
      <w:r w:rsidRPr="00117811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</w:p>
    <w:p w14:paraId="30ABBCE7" w14:textId="77777777" w:rsidR="00117811" w:rsidRPr="00117811" w:rsidRDefault="00117811" w:rsidP="00117811">
      <w:pPr>
        <w:pStyle w:val="31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17811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๒. เพื่อให้มีกระบวนการเคลื่อนย้ายและอพยพผู้คนออกจากพื้นที่เสี่ยงภัยอย่างเป็นระบบและรวดเร็ว</w:t>
      </w:r>
      <w:r w:rsidRPr="00117811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</w:p>
    <w:p w14:paraId="156852B0" w14:textId="2BB0975E" w:rsidR="00117811" w:rsidRPr="00117811" w:rsidRDefault="00117811" w:rsidP="00117811">
      <w:pPr>
        <w:pStyle w:val="31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17811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๓. เพื่อประสานงานกับหน่วยงานเฉพาะทาง (</w:t>
      </w:r>
      <w:r w:rsidRPr="00117811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EOD, </w:t>
      </w:r>
      <w:r w:rsidRPr="00117811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ดับเพลิง</w:t>
      </w:r>
      <w:r w:rsidRPr="00117811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, </w:t>
      </w:r>
      <w:r w:rsidRPr="00117811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พิสูจน์หลักฐาน) ได้อย่างมีประสิทธิภาพ</w:t>
      </w:r>
    </w:p>
    <w:p w14:paraId="493B34E4" w14:textId="09B81B53" w:rsidR="007A6367" w:rsidRDefault="007A6367" w:rsidP="007A6367">
      <w:pPr>
        <w:pStyle w:val="31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76FCE297" w14:textId="0038DAA2" w:rsidR="00A8313D" w:rsidRDefault="00A8313D" w:rsidP="007A6367">
      <w:pPr>
        <w:pStyle w:val="31"/>
        <w:rPr>
          <w:rFonts w:ascii="TH SarabunPSK" w:hAnsi="TH SarabunPSK" w:cs="TH SarabunPSK"/>
          <w:sz w:val="32"/>
          <w:szCs w:val="32"/>
        </w:rPr>
      </w:pPr>
    </w:p>
    <w:p w14:paraId="202832A0" w14:textId="7D8C7AF0" w:rsidR="00A8313D" w:rsidRDefault="00A8313D" w:rsidP="007A6367">
      <w:pPr>
        <w:pStyle w:val="31"/>
        <w:rPr>
          <w:rFonts w:ascii="TH SarabunPSK" w:hAnsi="TH SarabunPSK" w:cs="TH SarabunPSK"/>
          <w:sz w:val="32"/>
          <w:szCs w:val="32"/>
        </w:rPr>
      </w:pPr>
    </w:p>
    <w:p w14:paraId="11554605" w14:textId="77777777" w:rsidR="00A8313D" w:rsidRPr="00AC7BFD" w:rsidRDefault="00A8313D" w:rsidP="007A6367">
      <w:pPr>
        <w:pStyle w:val="31"/>
        <w:rPr>
          <w:rFonts w:ascii="TH SarabunPSK" w:hAnsi="TH SarabunPSK" w:cs="TH SarabunPSK"/>
          <w:sz w:val="32"/>
          <w:szCs w:val="32"/>
        </w:rPr>
      </w:pPr>
    </w:p>
    <w:p w14:paraId="7F68E032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lastRenderedPageBreak/>
        <w:t>๒.๑ การเตรียมการก่อนเกิดเหตุ</w:t>
      </w:r>
    </w:p>
    <w:tbl>
      <w:tblPr>
        <w:tblStyle w:val="ae"/>
        <w:tblW w:w="9715" w:type="dxa"/>
        <w:tblLook w:val="04A0" w:firstRow="1" w:lastRow="0" w:firstColumn="1" w:lastColumn="0" w:noHBand="0" w:noVBand="1"/>
      </w:tblPr>
      <w:tblGrid>
        <w:gridCol w:w="1934"/>
        <w:gridCol w:w="5171"/>
        <w:gridCol w:w="2610"/>
      </w:tblGrid>
      <w:tr w:rsidR="00117811" w:rsidRPr="000C58F2" w14:paraId="6A57F60D" w14:textId="77777777" w:rsidTr="00A8313D">
        <w:trPr>
          <w:trHeight w:val="245"/>
        </w:trPr>
        <w:tc>
          <w:tcPr>
            <w:tcW w:w="1934" w:type="dxa"/>
            <w:shd w:val="clear" w:color="auto" w:fill="C5E0B3" w:themeFill="accent6" w:themeFillTint="66"/>
          </w:tcPr>
          <w:p w14:paraId="253E35D0" w14:textId="77777777" w:rsidR="00117811" w:rsidRPr="000C58F2" w:rsidRDefault="0011781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171" w:type="dxa"/>
            <w:shd w:val="clear" w:color="auto" w:fill="C5E0B3" w:themeFill="accent6" w:themeFillTint="66"/>
          </w:tcPr>
          <w:p w14:paraId="5EA33BE9" w14:textId="77777777" w:rsidR="00117811" w:rsidRPr="000C58F2" w:rsidRDefault="0011781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610" w:type="dxa"/>
            <w:shd w:val="clear" w:color="auto" w:fill="C5E0B3" w:themeFill="accent6" w:themeFillTint="66"/>
          </w:tcPr>
          <w:p w14:paraId="373E4132" w14:textId="77777777" w:rsidR="00117811" w:rsidRPr="000C58F2" w:rsidRDefault="0011781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117811" w14:paraId="1B9B014D" w14:textId="77777777" w:rsidTr="00A8313D">
        <w:tc>
          <w:tcPr>
            <w:tcW w:w="1934" w:type="dxa"/>
            <w:hideMark/>
          </w:tcPr>
          <w:p w14:paraId="369E9A1B" w14:textId="77777777" w:rsidR="00117811" w:rsidRPr="00117811" w:rsidRDefault="00117811" w:rsidP="001178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สำรวจสิ่งแปลกปลอม</w:t>
            </w:r>
          </w:p>
        </w:tc>
        <w:tc>
          <w:tcPr>
            <w:tcW w:w="5171" w:type="dxa"/>
            <w:hideMark/>
          </w:tcPr>
          <w:p w14:paraId="7D8AD9BE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ตรวจสอบถังขยะ พุ่มไม้ หรือจุดอับสายตา เพื่อหาวัตถุต้องสงสัยทุกวัน</w:t>
            </w:r>
          </w:p>
        </w:tc>
        <w:tc>
          <w:tcPr>
            <w:tcW w:w="2610" w:type="dxa"/>
            <w:hideMark/>
          </w:tcPr>
          <w:p w14:paraId="52D0495B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รป</w:t>
            </w:r>
            <w:proofErr w:type="spellEnd"/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ภ. / นักการภารโรง</w:t>
            </w:r>
          </w:p>
        </w:tc>
      </w:tr>
      <w:tr w:rsidR="00117811" w14:paraId="125DAA86" w14:textId="77777777" w:rsidTr="00A8313D">
        <w:tc>
          <w:tcPr>
            <w:tcW w:w="1934" w:type="dxa"/>
            <w:hideMark/>
          </w:tcPr>
          <w:p w14:paraId="248DA743" w14:textId="77777777" w:rsidR="00117811" w:rsidRPr="00117811" w:rsidRDefault="00117811" w:rsidP="001178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ระบบกล้องวงจรปิด</w:t>
            </w:r>
          </w:p>
        </w:tc>
        <w:tc>
          <w:tcPr>
            <w:tcW w:w="5171" w:type="dxa"/>
            <w:hideMark/>
          </w:tcPr>
          <w:p w14:paraId="69568955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ติดตั้งและบำรุงรักษาระบบ </w:t>
            </w:r>
            <w:r w:rsidRPr="00117811">
              <w:rPr>
                <w:rFonts w:ascii="TH SarabunPSK" w:hAnsi="TH SarabunPSK" w:cs="TH SarabunPSK" w:hint="cs"/>
                <w:sz w:val="32"/>
                <w:szCs w:val="32"/>
              </w:rPr>
              <w:t xml:space="preserve">CCTV </w:t>
            </w: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ให้ครอบคลุมทุกจุดเข้า-ออกและจุดยุทธศาสตร์</w:t>
            </w:r>
          </w:p>
        </w:tc>
        <w:tc>
          <w:tcPr>
            <w:tcW w:w="2610" w:type="dxa"/>
            <w:hideMark/>
          </w:tcPr>
          <w:p w14:paraId="37DF7379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r w:rsidRPr="00117811">
              <w:rPr>
                <w:rFonts w:ascii="TH SarabunPSK" w:hAnsi="TH SarabunPSK" w:cs="TH SarabunPSK" w:hint="cs"/>
                <w:sz w:val="32"/>
                <w:szCs w:val="32"/>
              </w:rPr>
              <w:t xml:space="preserve">ICT / </w:t>
            </w: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งานอาคารสถานที่</w:t>
            </w:r>
          </w:p>
        </w:tc>
      </w:tr>
      <w:tr w:rsidR="00117811" w14:paraId="542FD7B0" w14:textId="77777777" w:rsidTr="00A8313D">
        <w:tc>
          <w:tcPr>
            <w:tcW w:w="1934" w:type="dxa"/>
            <w:hideMark/>
          </w:tcPr>
          <w:p w14:paraId="2E6387AF" w14:textId="77777777" w:rsidR="00117811" w:rsidRPr="00117811" w:rsidRDefault="00117811" w:rsidP="001178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การซักซ้อมอพยพ</w:t>
            </w:r>
          </w:p>
        </w:tc>
        <w:tc>
          <w:tcPr>
            <w:tcW w:w="5171" w:type="dxa"/>
            <w:hideMark/>
          </w:tcPr>
          <w:p w14:paraId="3B591679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ฝึกซ้อมแผนอพยพหนีภัย (ที่ไม่ใช่แค่อัคคีภัย) อย่างน้อยภาคเรียนละ ๑ ครั้ง</w:t>
            </w:r>
          </w:p>
        </w:tc>
        <w:tc>
          <w:tcPr>
            <w:tcW w:w="2610" w:type="dxa"/>
            <w:hideMark/>
          </w:tcPr>
          <w:p w14:paraId="63BFE7E3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คณะกรรมการความปลอดภัย</w:t>
            </w:r>
          </w:p>
        </w:tc>
      </w:tr>
      <w:tr w:rsidR="00117811" w14:paraId="2EB7903A" w14:textId="77777777" w:rsidTr="00A8313D">
        <w:tc>
          <w:tcPr>
            <w:tcW w:w="1934" w:type="dxa"/>
            <w:hideMark/>
          </w:tcPr>
          <w:p w14:paraId="4A726E2D" w14:textId="77777777" w:rsidR="00117811" w:rsidRPr="00117811" w:rsidRDefault="00117811" w:rsidP="001178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ระบบแจ้งเหตุ</w:t>
            </w:r>
          </w:p>
        </w:tc>
        <w:tc>
          <w:tcPr>
            <w:tcW w:w="5171" w:type="dxa"/>
            <w:hideMark/>
          </w:tcPr>
          <w:p w14:paraId="22F99C20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จัดทำรหัสลับสำหรับประกาศภาวะฉุกเฉินภายในสถานศึกษา</w:t>
            </w:r>
          </w:p>
        </w:tc>
        <w:tc>
          <w:tcPr>
            <w:tcW w:w="2610" w:type="dxa"/>
            <w:hideMark/>
          </w:tcPr>
          <w:p w14:paraId="5CE7410E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 / หัวหน้างานธุรการ</w:t>
            </w:r>
          </w:p>
        </w:tc>
      </w:tr>
    </w:tbl>
    <w:p w14:paraId="69E51CED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78"/>
        <w:gridCol w:w="5430"/>
        <w:gridCol w:w="2157"/>
      </w:tblGrid>
      <w:tr w:rsidR="00117811" w:rsidRPr="000C58F2" w14:paraId="02C6ECBB" w14:textId="77777777" w:rsidTr="008248DB">
        <w:trPr>
          <w:trHeight w:val="245"/>
        </w:trPr>
        <w:tc>
          <w:tcPr>
            <w:tcW w:w="1843" w:type="dxa"/>
            <w:shd w:val="clear" w:color="auto" w:fill="C5E0B3" w:themeFill="accent6" w:themeFillTint="66"/>
          </w:tcPr>
          <w:p w14:paraId="0E920503" w14:textId="77777777" w:rsidR="00117811" w:rsidRPr="000C58F2" w:rsidRDefault="0011781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264" w:type="dxa"/>
            <w:shd w:val="clear" w:color="auto" w:fill="C5E0B3" w:themeFill="accent6" w:themeFillTint="66"/>
          </w:tcPr>
          <w:p w14:paraId="12D70129" w14:textId="77777777" w:rsidR="00117811" w:rsidRPr="000C58F2" w:rsidRDefault="0011781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358" w:type="dxa"/>
            <w:shd w:val="clear" w:color="auto" w:fill="C5E0B3" w:themeFill="accent6" w:themeFillTint="66"/>
          </w:tcPr>
          <w:p w14:paraId="5D5436CB" w14:textId="77777777" w:rsidR="00117811" w:rsidRPr="000C58F2" w:rsidRDefault="0011781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117811" w14:paraId="4BFDADDC" w14:textId="77777777" w:rsidTr="00117811">
        <w:tc>
          <w:tcPr>
            <w:tcW w:w="0" w:type="auto"/>
            <w:hideMark/>
          </w:tcPr>
          <w:p w14:paraId="26C60310" w14:textId="77777777" w:rsidR="00117811" w:rsidRPr="00117811" w:rsidRDefault="00117811" w:rsidP="001178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เมื่อพบวัตถุต้องสงสัย</w:t>
            </w:r>
          </w:p>
        </w:tc>
        <w:tc>
          <w:tcPr>
            <w:tcW w:w="0" w:type="auto"/>
            <w:hideMark/>
          </w:tcPr>
          <w:p w14:paraId="157042E0" w14:textId="77777777" w:rsidR="00117811" w:rsidRPr="00117811" w:rsidRDefault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"</w:t>
            </w:r>
            <w:r w:rsidRPr="001178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ห้ามแตะต้อง"</w:t>
            </w:r>
            <w:r w:rsidRPr="0011781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กันพื้นที่ไม่ให้คนเข้าใกล้ (รัศมีอย่างน้อย ๑๐๐-๓๐๐ เมตร)</w:t>
            </w:r>
          </w:p>
        </w:tc>
        <w:tc>
          <w:tcPr>
            <w:tcW w:w="0" w:type="auto"/>
            <w:hideMark/>
          </w:tcPr>
          <w:p w14:paraId="0EC2387C" w14:textId="7C5092F7" w:rsidR="00117811" w:rsidRPr="00117811" w:rsidRDefault="00A831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ครูเวร </w:t>
            </w:r>
          </w:p>
        </w:tc>
      </w:tr>
      <w:tr w:rsidR="00117811" w14:paraId="359005C7" w14:textId="77777777" w:rsidTr="00117811">
        <w:tc>
          <w:tcPr>
            <w:tcW w:w="0" w:type="auto"/>
            <w:hideMark/>
          </w:tcPr>
          <w:p w14:paraId="5E03AF54" w14:textId="77777777" w:rsidR="00117811" w:rsidRPr="00117811" w:rsidRDefault="00117811" w:rsidP="001178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ประกาศอพยพ</w:t>
            </w:r>
          </w:p>
        </w:tc>
        <w:tc>
          <w:tcPr>
            <w:tcW w:w="0" w:type="auto"/>
            <w:hideMark/>
          </w:tcPr>
          <w:p w14:paraId="4E6A249F" w14:textId="77777777" w:rsidR="00117811" w:rsidRPr="00117811" w:rsidRDefault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ใช้สัญญาณแจ้งเหตุเพื่อเคลื่อนย้ายคนไปยังจุดรวมพลที่ปลอดภัยที่สุด</w:t>
            </w:r>
          </w:p>
        </w:tc>
        <w:tc>
          <w:tcPr>
            <w:tcW w:w="0" w:type="auto"/>
            <w:hideMark/>
          </w:tcPr>
          <w:p w14:paraId="590BD24F" w14:textId="77777777" w:rsidR="00117811" w:rsidRPr="00117811" w:rsidRDefault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ผู้บริหารสถานศึกษา</w:t>
            </w:r>
          </w:p>
        </w:tc>
      </w:tr>
      <w:tr w:rsidR="00117811" w14:paraId="312E70A8" w14:textId="77777777" w:rsidTr="00117811">
        <w:tc>
          <w:tcPr>
            <w:tcW w:w="0" w:type="auto"/>
            <w:hideMark/>
          </w:tcPr>
          <w:p w14:paraId="713A7E67" w14:textId="77777777" w:rsidR="00117811" w:rsidRPr="00117811" w:rsidRDefault="00117811" w:rsidP="001178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แจ้งเหตุฉุกเฉิน</w:t>
            </w:r>
          </w:p>
        </w:tc>
        <w:tc>
          <w:tcPr>
            <w:tcW w:w="0" w:type="auto"/>
            <w:hideMark/>
          </w:tcPr>
          <w:p w14:paraId="6C1030D3" w14:textId="77777777" w:rsidR="00117811" w:rsidRPr="00117811" w:rsidRDefault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โทรแจ้ง ๑๙๑ และหน่วยเก็บกู้วัตถุระเบิด (</w:t>
            </w:r>
            <w:r w:rsidRPr="00117811">
              <w:rPr>
                <w:rFonts w:ascii="TH SarabunPSK" w:hAnsi="TH SarabunPSK" w:cs="TH SarabunPSK" w:hint="cs"/>
                <w:sz w:val="32"/>
                <w:szCs w:val="32"/>
              </w:rPr>
              <w:t xml:space="preserve">EOD) </w:t>
            </w: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หรือหน่วยดับเพลิงทันที</w:t>
            </w:r>
          </w:p>
        </w:tc>
        <w:tc>
          <w:tcPr>
            <w:tcW w:w="0" w:type="auto"/>
            <w:hideMark/>
          </w:tcPr>
          <w:p w14:paraId="442DEEC9" w14:textId="77777777" w:rsidR="00117811" w:rsidRPr="00117811" w:rsidRDefault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งานธุรการ / ผู้บริหาร</w:t>
            </w:r>
          </w:p>
        </w:tc>
      </w:tr>
      <w:tr w:rsidR="00117811" w14:paraId="7E6B8529" w14:textId="77777777" w:rsidTr="00117811">
        <w:tc>
          <w:tcPr>
            <w:tcW w:w="0" w:type="auto"/>
            <w:hideMark/>
          </w:tcPr>
          <w:p w14:paraId="5DA4BC7D" w14:textId="77777777" w:rsidR="00117811" w:rsidRPr="00117811" w:rsidRDefault="00117811" w:rsidP="001178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ตรวจสอบยอดคน</w:t>
            </w:r>
          </w:p>
        </w:tc>
        <w:tc>
          <w:tcPr>
            <w:tcW w:w="0" w:type="auto"/>
            <w:hideMark/>
          </w:tcPr>
          <w:p w14:paraId="13DFF0FD" w14:textId="77777777" w:rsidR="00117811" w:rsidRPr="00117811" w:rsidRDefault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ครูประจำชั้นเช็คชื่อนักเรียน ณ จุดรวมพล และรายงานผู้บริหารทันที</w:t>
            </w:r>
          </w:p>
        </w:tc>
        <w:tc>
          <w:tcPr>
            <w:tcW w:w="0" w:type="auto"/>
            <w:hideMark/>
          </w:tcPr>
          <w:p w14:paraId="112CCAC4" w14:textId="77777777" w:rsidR="00117811" w:rsidRPr="00117811" w:rsidRDefault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ครูประจำชั้นทุกคน</w:t>
            </w:r>
          </w:p>
        </w:tc>
      </w:tr>
    </w:tbl>
    <w:p w14:paraId="5F3DA07C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49"/>
        <w:gridCol w:w="5029"/>
        <w:gridCol w:w="2687"/>
      </w:tblGrid>
      <w:tr w:rsidR="00117811" w:rsidRPr="000C58F2" w14:paraId="2DED499C" w14:textId="77777777" w:rsidTr="008248DB">
        <w:trPr>
          <w:trHeight w:val="245"/>
        </w:trPr>
        <w:tc>
          <w:tcPr>
            <w:tcW w:w="1749" w:type="dxa"/>
            <w:shd w:val="clear" w:color="auto" w:fill="C5E0B3" w:themeFill="accent6" w:themeFillTint="66"/>
          </w:tcPr>
          <w:p w14:paraId="69CDB7BB" w14:textId="77777777" w:rsidR="00117811" w:rsidRPr="000C58F2" w:rsidRDefault="0011781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029" w:type="dxa"/>
            <w:shd w:val="clear" w:color="auto" w:fill="C5E0B3" w:themeFill="accent6" w:themeFillTint="66"/>
          </w:tcPr>
          <w:p w14:paraId="140E663D" w14:textId="77777777" w:rsidR="00117811" w:rsidRPr="000C58F2" w:rsidRDefault="0011781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687" w:type="dxa"/>
            <w:shd w:val="clear" w:color="auto" w:fill="C5E0B3" w:themeFill="accent6" w:themeFillTint="66"/>
          </w:tcPr>
          <w:p w14:paraId="0774FBD2" w14:textId="77777777" w:rsidR="00117811" w:rsidRPr="000C58F2" w:rsidRDefault="0011781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117811" w14:paraId="6D65E2CB" w14:textId="77777777" w:rsidTr="00117811">
        <w:tc>
          <w:tcPr>
            <w:tcW w:w="0" w:type="auto"/>
            <w:hideMark/>
          </w:tcPr>
          <w:p w14:paraId="2E418209" w14:textId="77777777" w:rsidR="00117811" w:rsidRPr="00117811" w:rsidRDefault="00117811" w:rsidP="001178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อำนวยความสะดวก</w:t>
            </w:r>
          </w:p>
        </w:tc>
        <w:tc>
          <w:tcPr>
            <w:tcW w:w="0" w:type="auto"/>
            <w:hideMark/>
          </w:tcPr>
          <w:p w14:paraId="22264E51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ให้ข้อมูลและสถานที่แก่เจ้าหน้าที่ในการสืบสวนและเก็บหลักฐาน</w:t>
            </w:r>
          </w:p>
        </w:tc>
        <w:tc>
          <w:tcPr>
            <w:tcW w:w="0" w:type="auto"/>
            <w:hideMark/>
          </w:tcPr>
          <w:p w14:paraId="329731FF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ผู้บริหารสถานศึกษา</w:t>
            </w:r>
          </w:p>
        </w:tc>
      </w:tr>
      <w:tr w:rsidR="00117811" w14:paraId="0DBF3A43" w14:textId="77777777" w:rsidTr="00117811">
        <w:tc>
          <w:tcPr>
            <w:tcW w:w="0" w:type="auto"/>
            <w:hideMark/>
          </w:tcPr>
          <w:p w14:paraId="78BA79CF" w14:textId="77777777" w:rsidR="00117811" w:rsidRPr="00117811" w:rsidRDefault="00117811" w:rsidP="001178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แจ้งผู้ปกครอง</w:t>
            </w:r>
          </w:p>
        </w:tc>
        <w:tc>
          <w:tcPr>
            <w:tcW w:w="0" w:type="auto"/>
            <w:hideMark/>
          </w:tcPr>
          <w:p w14:paraId="24DFE1FA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สื่อสารสถานการณ์ที่แท้จริงเพื่อลดความตื่นตระหนกและนัดรับนักเรียน</w:t>
            </w:r>
          </w:p>
        </w:tc>
        <w:tc>
          <w:tcPr>
            <w:tcW w:w="0" w:type="auto"/>
            <w:hideMark/>
          </w:tcPr>
          <w:p w14:paraId="3BECFD53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งานประชาสัมพันธ์ / ครูประจำชั้น</w:t>
            </w:r>
          </w:p>
        </w:tc>
      </w:tr>
      <w:tr w:rsidR="00117811" w14:paraId="78A87C99" w14:textId="77777777" w:rsidTr="00117811">
        <w:tc>
          <w:tcPr>
            <w:tcW w:w="0" w:type="auto"/>
            <w:hideMark/>
          </w:tcPr>
          <w:p w14:paraId="7C2ADF66" w14:textId="77777777" w:rsidR="00117811" w:rsidRPr="00117811" w:rsidRDefault="00117811" w:rsidP="001178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ฟื้นฟูสภาพจิตใจ</w:t>
            </w:r>
          </w:p>
        </w:tc>
        <w:tc>
          <w:tcPr>
            <w:tcW w:w="0" w:type="auto"/>
            <w:hideMark/>
          </w:tcPr>
          <w:p w14:paraId="13C93BB3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จัดกิจกรรมเยียวยาสภาวะจิตใจ (</w:t>
            </w:r>
            <w:r w:rsidRPr="00117811">
              <w:rPr>
                <w:rFonts w:ascii="TH SarabunPSK" w:hAnsi="TH SarabunPSK" w:cs="TH SarabunPSK" w:hint="cs"/>
                <w:sz w:val="32"/>
                <w:szCs w:val="32"/>
              </w:rPr>
              <w:t xml:space="preserve">Debriefing) </w:t>
            </w: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หลังเกิดเหตุการณ์รุนแรง</w:t>
            </w:r>
          </w:p>
        </w:tc>
        <w:tc>
          <w:tcPr>
            <w:tcW w:w="0" w:type="auto"/>
            <w:hideMark/>
          </w:tcPr>
          <w:p w14:paraId="2A040E62" w14:textId="60F980B5" w:rsidR="00117811" w:rsidRPr="00117811" w:rsidRDefault="00A8313D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  <w:r w:rsidR="00117811"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/ สหวิชาชีพ</w:t>
            </w:r>
          </w:p>
        </w:tc>
      </w:tr>
      <w:tr w:rsidR="00117811" w14:paraId="1CE70835" w14:textId="77777777" w:rsidTr="00117811">
        <w:tc>
          <w:tcPr>
            <w:tcW w:w="0" w:type="auto"/>
            <w:hideMark/>
          </w:tcPr>
          <w:p w14:paraId="72C0DFDB" w14:textId="77777777" w:rsidR="00117811" w:rsidRPr="00117811" w:rsidRDefault="00117811" w:rsidP="001178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รายงานต้นสังกัด</w:t>
            </w:r>
          </w:p>
        </w:tc>
        <w:tc>
          <w:tcPr>
            <w:tcW w:w="0" w:type="auto"/>
            <w:hideMark/>
          </w:tcPr>
          <w:p w14:paraId="6C58D283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สรุปความเสียหายและรายงานเหตุการณ์ต่อ </w:t>
            </w:r>
            <w:proofErr w:type="spellStart"/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สพฐ</w:t>
            </w:r>
            <w:proofErr w:type="spellEnd"/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. โดยเร่งด่วน</w:t>
            </w:r>
          </w:p>
        </w:tc>
        <w:tc>
          <w:tcPr>
            <w:tcW w:w="0" w:type="auto"/>
            <w:hideMark/>
          </w:tcPr>
          <w:p w14:paraId="2690D278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งานธุรการโรงเรียน</w:t>
            </w:r>
          </w:p>
        </w:tc>
      </w:tr>
    </w:tbl>
    <w:p w14:paraId="260A30F5" w14:textId="77777777" w:rsidR="00A8313D" w:rsidRDefault="00A8313D" w:rsidP="00117811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4E455F4A" w14:textId="16787416" w:rsidR="00117811" w:rsidRPr="00AC7BFD" w:rsidRDefault="00117811" w:rsidP="00117811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lastRenderedPageBreak/>
        <w:t>๓. ระยะเวลาในการป้องกัน</w:t>
      </w:r>
    </w:p>
    <w:p w14:paraId="56656DA7" w14:textId="77777777" w:rsidR="00117811" w:rsidRPr="00AC7BFD" w:rsidRDefault="00117811" w:rsidP="00117811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0C2C7C5C" w14:textId="77777777" w:rsidR="00117811" w:rsidRPr="00AC7BFD" w:rsidRDefault="00117811" w:rsidP="00117811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2849753B" w14:textId="77777777" w:rsidR="00A8313D" w:rsidRPr="00AC7BFD" w:rsidRDefault="00A8313D" w:rsidP="00A8313D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1AB7CFC" w14:textId="5D0873A5" w:rsidR="00117811" w:rsidRPr="00AC7BFD" w:rsidRDefault="00117811" w:rsidP="00117811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และหน่วยงานด้าน</w:t>
      </w:r>
      <w:proofErr w:type="spellStart"/>
      <w:r w:rsidRPr="00AC7BFD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Pr="00AC7BFD">
        <w:rPr>
          <w:rFonts w:ascii="TH SarabunPSK" w:hAnsi="TH SarabunPSK" w:cs="TH SarabunPSK" w:hint="cs"/>
          <w:sz w:val="32"/>
          <w:szCs w:val="32"/>
          <w:cs/>
        </w:rPr>
        <w:t>สดิภาพเด็ก</w:t>
      </w:r>
    </w:p>
    <w:p w14:paraId="4AE6A5CA" w14:textId="77777777" w:rsidR="00117811" w:rsidRPr="00AC7BFD" w:rsidRDefault="00117811" w:rsidP="00117811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79E7B329" w14:textId="1DA50F23" w:rsidR="008248DB" w:rsidRPr="00A8313D" w:rsidRDefault="00F92339" w:rsidP="00A8313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7A58486B" w14:textId="40E29EE9" w:rsidR="007A6367" w:rsidRPr="00AC7BFD" w:rsidRDefault="00D12027" w:rsidP="00AC7BFD">
      <w:pPr>
        <w:pStyle w:val="21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4213E62A" wp14:editId="510ED72D">
                <wp:simplePos x="0" y="0"/>
                <wp:positionH relativeFrom="column">
                  <wp:posOffset>1843430</wp:posOffset>
                </wp:positionH>
                <wp:positionV relativeFrom="paragraph">
                  <wp:posOffset>182880</wp:posOffset>
                </wp:positionV>
                <wp:extent cx="2505710" cy="271780"/>
                <wp:effectExtent l="0" t="0" r="8890" b="7620"/>
                <wp:wrapNone/>
                <wp:docPr id="1459550698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4BC891" id="สี่เหลี่ยมผืนผ้ามุมมน 2" o:spid="_x0000_s1026" style="position:absolute;margin-left:145.15pt;margin-top:14.4pt;width:197.3pt;height:21.4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7A6367" w:rsidRPr="00AC7BFD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แผนเผชิญเหตุ การระเบิด</w:t>
      </w:r>
    </w:p>
    <w:p w14:paraId="27DF2FA7" w14:textId="77777777" w:rsidR="007A6367" w:rsidRPr="00117811" w:rsidRDefault="007A6367" w:rsidP="00117811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  <w:cs/>
        </w:rPr>
      </w:pPr>
      <w:r w:rsidRPr="00117811">
        <w:rPr>
          <w:rFonts w:ascii="TH SarabunPSK" w:hAnsi="TH SarabunPSK" w:cs="TH SarabunPSK" w:hint="cs"/>
          <w:sz w:val="32"/>
          <w:szCs w:val="32"/>
          <w:cs/>
        </w:rPr>
        <w:t>๑. วัตถุประสงค์</w:t>
      </w:r>
    </w:p>
    <w:p w14:paraId="75363642" w14:textId="77777777" w:rsidR="00117811" w:rsidRPr="00117811" w:rsidRDefault="00117811" w:rsidP="00117811">
      <w:pPr>
        <w:ind w:left="720"/>
        <w:rPr>
          <w:rFonts w:ascii="TH SarabunPSK" w:hAnsi="TH SarabunPSK" w:cs="TH SarabunPSK"/>
          <w:sz w:val="32"/>
          <w:szCs w:val="32"/>
        </w:rPr>
      </w:pPr>
      <w:r w:rsidRPr="00117811">
        <w:rPr>
          <w:rFonts w:ascii="TH SarabunPSK" w:hAnsi="TH SarabunPSK" w:cs="TH SarabunPSK" w:hint="cs"/>
          <w:sz w:val="32"/>
          <w:szCs w:val="32"/>
          <w:cs/>
        </w:rPr>
        <w:t>๑. เพื่อรักษาชีวิตและลดการบาดเจ็บจากแรงระเบิดและสะเก็ดระเบิด</w:t>
      </w:r>
      <w:r w:rsidRPr="00117811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2E3B0103" w14:textId="77777777" w:rsidR="00117811" w:rsidRPr="00117811" w:rsidRDefault="00117811" w:rsidP="00117811">
      <w:pPr>
        <w:ind w:left="720"/>
        <w:rPr>
          <w:rFonts w:ascii="TH SarabunPSK" w:hAnsi="TH SarabunPSK" w:cs="TH SarabunPSK"/>
          <w:sz w:val="32"/>
          <w:szCs w:val="32"/>
        </w:rPr>
      </w:pPr>
      <w:r w:rsidRPr="00117811">
        <w:rPr>
          <w:rFonts w:ascii="TH SarabunPSK" w:hAnsi="TH SarabunPSK" w:cs="TH SarabunPSK" w:hint="cs"/>
          <w:sz w:val="32"/>
          <w:szCs w:val="32"/>
          <w:cs/>
        </w:rPr>
        <w:t>๒. เพื่อให้การอพยพนักเรียนและบุคลากรไปยังพื้นที่ปลอดภัยเป็นไปอย่างรวดเร็วและมีระเบียบ</w:t>
      </w:r>
      <w:r w:rsidRPr="00117811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3833DA08" w14:textId="3BCC7897" w:rsidR="007A6367" w:rsidRPr="00117811" w:rsidRDefault="00117811" w:rsidP="00117811">
      <w:pPr>
        <w:ind w:left="720"/>
        <w:rPr>
          <w:rFonts w:ascii="TH SarabunPSK" w:hAnsi="TH SarabunPSK" w:cs="TH SarabunPSK"/>
          <w:sz w:val="32"/>
          <w:szCs w:val="32"/>
        </w:rPr>
      </w:pPr>
      <w:r w:rsidRPr="00117811">
        <w:rPr>
          <w:rFonts w:ascii="TH SarabunPSK" w:hAnsi="TH SarabunPSK" w:cs="TH SarabunPSK" w:hint="cs"/>
          <w:sz w:val="32"/>
          <w:szCs w:val="32"/>
          <w:cs/>
        </w:rPr>
        <w:t>๓. เพื่อระงับเหตุข้างเคียงที่อาจเกิดขึ้นหลังการระเบิด (เช่น อัคคีภัย หรืออาคารถล่ม)</w:t>
      </w:r>
    </w:p>
    <w:p w14:paraId="38403FDF" w14:textId="77777777" w:rsidR="007A6367" w:rsidRPr="00AC7BFD" w:rsidRDefault="007A6367" w:rsidP="007A6367">
      <w:pPr>
        <w:pStyle w:val="31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13DF151F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๒.๑ การเตรียมการก่อนเกิดเหตุ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26"/>
        <w:gridCol w:w="5182"/>
        <w:gridCol w:w="2457"/>
      </w:tblGrid>
      <w:tr w:rsidR="00117811" w:rsidRPr="000C58F2" w14:paraId="47C02D29" w14:textId="77777777" w:rsidTr="008248DB">
        <w:trPr>
          <w:trHeight w:val="245"/>
        </w:trPr>
        <w:tc>
          <w:tcPr>
            <w:tcW w:w="1696" w:type="dxa"/>
            <w:shd w:val="clear" w:color="auto" w:fill="C5E0B3" w:themeFill="accent6" w:themeFillTint="66"/>
          </w:tcPr>
          <w:p w14:paraId="49ABBE10" w14:textId="77777777" w:rsidR="00117811" w:rsidRPr="000C58F2" w:rsidRDefault="0011781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103" w:type="dxa"/>
            <w:shd w:val="clear" w:color="auto" w:fill="C5E0B3" w:themeFill="accent6" w:themeFillTint="66"/>
          </w:tcPr>
          <w:p w14:paraId="5CA75AC8" w14:textId="77777777" w:rsidR="00117811" w:rsidRPr="000C58F2" w:rsidRDefault="0011781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14:paraId="1B5284DF" w14:textId="77777777" w:rsidR="00117811" w:rsidRPr="000C58F2" w:rsidRDefault="0011781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117811" w14:paraId="0E6E862A" w14:textId="77777777" w:rsidTr="00117811">
        <w:tc>
          <w:tcPr>
            <w:tcW w:w="0" w:type="auto"/>
            <w:hideMark/>
          </w:tcPr>
          <w:p w14:paraId="66C84687" w14:textId="77777777" w:rsidR="00117811" w:rsidRPr="00117811" w:rsidRDefault="00117811" w:rsidP="001178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ตรวจสอบระบบแก๊ส</w:t>
            </w:r>
          </w:p>
        </w:tc>
        <w:tc>
          <w:tcPr>
            <w:tcW w:w="0" w:type="auto"/>
            <w:hideMark/>
          </w:tcPr>
          <w:p w14:paraId="2C469D09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ตรวจเช็คถังแก๊สและสายส่งในโรงอาหารให้ได้มาตรฐานสม่ำเสมอ</w:t>
            </w:r>
          </w:p>
        </w:tc>
        <w:tc>
          <w:tcPr>
            <w:tcW w:w="0" w:type="auto"/>
            <w:hideMark/>
          </w:tcPr>
          <w:p w14:paraId="2C031CA4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งานพัสดุ / แม่ค้าโรงอาหาร</w:t>
            </w:r>
          </w:p>
        </w:tc>
      </w:tr>
      <w:tr w:rsidR="00117811" w14:paraId="2BC16639" w14:textId="77777777" w:rsidTr="00117811">
        <w:tc>
          <w:tcPr>
            <w:tcW w:w="0" w:type="auto"/>
            <w:hideMark/>
          </w:tcPr>
          <w:p w14:paraId="411DB0C8" w14:textId="77777777" w:rsidR="00117811" w:rsidRPr="00117811" w:rsidRDefault="00117811" w:rsidP="001178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ซักซ้อมแผนอพยพ</w:t>
            </w:r>
          </w:p>
        </w:tc>
        <w:tc>
          <w:tcPr>
            <w:tcW w:w="0" w:type="auto"/>
            <w:hideMark/>
          </w:tcPr>
          <w:p w14:paraId="2B13B2FD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ฝึกซ้อมการหนีภัยและระบุจุดรวมพลที่อยู่ห่างจากอาคารสูง</w:t>
            </w:r>
          </w:p>
        </w:tc>
        <w:tc>
          <w:tcPr>
            <w:tcW w:w="0" w:type="auto"/>
            <w:hideMark/>
          </w:tcPr>
          <w:p w14:paraId="2DC64E95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คณะกรรมการความปลอดภัย</w:t>
            </w:r>
          </w:p>
        </w:tc>
      </w:tr>
      <w:tr w:rsidR="00117811" w14:paraId="28FBD6AD" w14:textId="77777777" w:rsidTr="00117811">
        <w:tc>
          <w:tcPr>
            <w:tcW w:w="0" w:type="auto"/>
            <w:hideMark/>
          </w:tcPr>
          <w:p w14:paraId="357B661C" w14:textId="77777777" w:rsidR="00117811" w:rsidRPr="00117811" w:rsidRDefault="00117811" w:rsidP="001178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ติดตั้งเครื่องดับเพลิง</w:t>
            </w:r>
          </w:p>
        </w:tc>
        <w:tc>
          <w:tcPr>
            <w:tcW w:w="0" w:type="auto"/>
            <w:hideMark/>
          </w:tcPr>
          <w:p w14:paraId="5A090BFF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ตรวจสอบถังดับเพลิงให้พร้อมใช้งานใกล้จุดเสี่ยง (โรงอาหาร/ห้อง</w:t>
            </w:r>
            <w:proofErr w:type="spellStart"/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แล็บ</w:t>
            </w:r>
            <w:proofErr w:type="spellEnd"/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hideMark/>
          </w:tcPr>
          <w:p w14:paraId="281E2EF3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นักการภารโรง</w:t>
            </w:r>
          </w:p>
        </w:tc>
      </w:tr>
      <w:tr w:rsidR="00117811" w14:paraId="5B3FA5BB" w14:textId="77777777" w:rsidTr="00117811">
        <w:tc>
          <w:tcPr>
            <w:tcW w:w="0" w:type="auto"/>
            <w:hideMark/>
          </w:tcPr>
          <w:p w14:paraId="60677FBD" w14:textId="77777777" w:rsidR="00117811" w:rsidRPr="00117811" w:rsidRDefault="00117811" w:rsidP="001178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แผนที่จุดรวมพล</w:t>
            </w:r>
          </w:p>
        </w:tc>
        <w:tc>
          <w:tcPr>
            <w:tcW w:w="0" w:type="auto"/>
            <w:hideMark/>
          </w:tcPr>
          <w:p w14:paraId="7D9C6E24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จัดทำป้ายบอกทางอพยพและจุดรวมพลที่ชัดเจนในที่โล่งแจ้ง</w:t>
            </w:r>
          </w:p>
        </w:tc>
        <w:tc>
          <w:tcPr>
            <w:tcW w:w="0" w:type="auto"/>
            <w:hideMark/>
          </w:tcPr>
          <w:p w14:paraId="753A5E46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งานอาคารสถานที่</w:t>
            </w:r>
          </w:p>
        </w:tc>
      </w:tr>
    </w:tbl>
    <w:p w14:paraId="63965AC9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5504"/>
        <w:gridCol w:w="2406"/>
      </w:tblGrid>
      <w:tr w:rsidR="00117811" w:rsidRPr="000C58F2" w14:paraId="38F8A92E" w14:textId="77777777" w:rsidTr="008248DB">
        <w:trPr>
          <w:trHeight w:val="245"/>
        </w:trPr>
        <w:tc>
          <w:tcPr>
            <w:tcW w:w="1696" w:type="dxa"/>
            <w:shd w:val="clear" w:color="auto" w:fill="C5E0B3" w:themeFill="accent6" w:themeFillTint="66"/>
          </w:tcPr>
          <w:p w14:paraId="555ABD1B" w14:textId="77777777" w:rsidR="00117811" w:rsidRPr="000C58F2" w:rsidRDefault="0011781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103" w:type="dxa"/>
            <w:shd w:val="clear" w:color="auto" w:fill="C5E0B3" w:themeFill="accent6" w:themeFillTint="66"/>
          </w:tcPr>
          <w:p w14:paraId="15158D4D" w14:textId="77777777" w:rsidR="00117811" w:rsidRPr="000C58F2" w:rsidRDefault="0011781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14:paraId="76DA8A4D" w14:textId="77777777" w:rsidR="00117811" w:rsidRPr="000C58F2" w:rsidRDefault="0011781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117811" w14:paraId="5CDBA072" w14:textId="77777777" w:rsidTr="00117811">
        <w:tc>
          <w:tcPr>
            <w:tcW w:w="0" w:type="auto"/>
            <w:hideMark/>
          </w:tcPr>
          <w:p w14:paraId="1CDBC3B2" w14:textId="77777777" w:rsidR="00117811" w:rsidRPr="00117811" w:rsidRDefault="00117811" w:rsidP="001178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ป้องกันตัวทันที</w:t>
            </w:r>
          </w:p>
        </w:tc>
        <w:tc>
          <w:tcPr>
            <w:tcW w:w="0" w:type="auto"/>
            <w:hideMark/>
          </w:tcPr>
          <w:p w14:paraId="35EF48C0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หากอยู่ใกล้เหตุการณ์ ให้</w:t>
            </w:r>
            <w:r w:rsidRPr="0011781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11781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"</w:t>
            </w:r>
            <w:r w:rsidRPr="001178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หมอบราบ ล็อคคอ หาที่กำบัง"</w:t>
            </w:r>
          </w:p>
        </w:tc>
        <w:tc>
          <w:tcPr>
            <w:tcW w:w="0" w:type="auto"/>
            <w:hideMark/>
          </w:tcPr>
          <w:p w14:paraId="37C6B35C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ครูและนักเรียนทุกคน</w:t>
            </w:r>
          </w:p>
        </w:tc>
      </w:tr>
      <w:tr w:rsidR="00117811" w14:paraId="1EC2CECD" w14:textId="77777777" w:rsidTr="00117811">
        <w:tc>
          <w:tcPr>
            <w:tcW w:w="0" w:type="auto"/>
            <w:hideMark/>
          </w:tcPr>
          <w:p w14:paraId="70A70EF3" w14:textId="77777777" w:rsidR="00117811" w:rsidRPr="00117811" w:rsidRDefault="00117811" w:rsidP="001178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ประกาศแจ้งเหตุ</w:t>
            </w:r>
          </w:p>
        </w:tc>
        <w:tc>
          <w:tcPr>
            <w:tcW w:w="0" w:type="auto"/>
            <w:hideMark/>
          </w:tcPr>
          <w:p w14:paraId="53F582CD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ส่งสัญญาณเตือนภัยอพยพ (ที่แตกต่างจากสัญญาณเพลิงไหม้ปกติ)</w:t>
            </w:r>
          </w:p>
        </w:tc>
        <w:tc>
          <w:tcPr>
            <w:tcW w:w="0" w:type="auto"/>
            <w:hideMark/>
          </w:tcPr>
          <w:p w14:paraId="0CA7DC80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 / หัวหน้าเวร</w:t>
            </w:r>
          </w:p>
        </w:tc>
      </w:tr>
      <w:tr w:rsidR="00117811" w14:paraId="13674EDD" w14:textId="77777777" w:rsidTr="00117811">
        <w:tc>
          <w:tcPr>
            <w:tcW w:w="0" w:type="auto"/>
            <w:hideMark/>
          </w:tcPr>
          <w:p w14:paraId="32846012" w14:textId="77777777" w:rsidR="00117811" w:rsidRPr="00117811" w:rsidRDefault="00117811" w:rsidP="001178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อพยพเร่งด่วน</w:t>
            </w:r>
          </w:p>
        </w:tc>
        <w:tc>
          <w:tcPr>
            <w:tcW w:w="0" w:type="auto"/>
            <w:hideMark/>
          </w:tcPr>
          <w:p w14:paraId="1B6664F6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นำนักเรียนออกจากอาคารทันที</w:t>
            </w:r>
            <w:r w:rsidRPr="0011781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11781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"</w:t>
            </w:r>
            <w:r w:rsidRPr="001178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ห้ามใช้ลิฟต์"</w:t>
            </w:r>
            <w:r w:rsidRPr="0011781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และเลี่ยงทางที่ใกล้จุดระเบิด</w:t>
            </w:r>
          </w:p>
        </w:tc>
        <w:tc>
          <w:tcPr>
            <w:tcW w:w="0" w:type="auto"/>
            <w:hideMark/>
          </w:tcPr>
          <w:p w14:paraId="423C03B7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</w:tc>
      </w:tr>
      <w:tr w:rsidR="00117811" w14:paraId="12411E81" w14:textId="77777777" w:rsidTr="00117811">
        <w:tc>
          <w:tcPr>
            <w:tcW w:w="0" w:type="auto"/>
            <w:hideMark/>
          </w:tcPr>
          <w:p w14:paraId="7D491D6B" w14:textId="77777777" w:rsidR="00117811" w:rsidRPr="00117811" w:rsidRDefault="00117811" w:rsidP="001178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แจ้งเหตุฉุกเฉิน</w:t>
            </w:r>
          </w:p>
        </w:tc>
        <w:tc>
          <w:tcPr>
            <w:tcW w:w="0" w:type="auto"/>
            <w:hideMark/>
          </w:tcPr>
          <w:p w14:paraId="78FA875B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โทรแจ้ง ๑๙๑ และหน่วยกู้ชีพ ๑๖๖๙ เพื่อรองรับสถานการณ์บาดเจ็บ</w:t>
            </w:r>
          </w:p>
        </w:tc>
        <w:tc>
          <w:tcPr>
            <w:tcW w:w="0" w:type="auto"/>
            <w:hideMark/>
          </w:tcPr>
          <w:p w14:paraId="3E27A711" w14:textId="77777777" w:rsidR="00117811" w:rsidRPr="00117811" w:rsidRDefault="00117811" w:rsidP="00117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811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งานธุรการ</w:t>
            </w:r>
          </w:p>
        </w:tc>
      </w:tr>
    </w:tbl>
    <w:p w14:paraId="549DC4F3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98"/>
        <w:gridCol w:w="5503"/>
        <w:gridCol w:w="2164"/>
      </w:tblGrid>
      <w:tr w:rsidR="00117811" w:rsidRPr="000C58F2" w14:paraId="0C27ED5E" w14:textId="77777777" w:rsidTr="008248DB">
        <w:trPr>
          <w:trHeight w:val="245"/>
        </w:trPr>
        <w:tc>
          <w:tcPr>
            <w:tcW w:w="1775" w:type="dxa"/>
            <w:shd w:val="clear" w:color="auto" w:fill="C5E0B3" w:themeFill="accent6" w:themeFillTint="66"/>
          </w:tcPr>
          <w:p w14:paraId="56F062DB" w14:textId="77777777" w:rsidR="00117811" w:rsidRPr="000C58F2" w:rsidRDefault="0011781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326" w:type="dxa"/>
            <w:shd w:val="clear" w:color="auto" w:fill="C5E0B3" w:themeFill="accent6" w:themeFillTint="66"/>
          </w:tcPr>
          <w:p w14:paraId="5F0D4087" w14:textId="77777777" w:rsidR="00117811" w:rsidRPr="000C58F2" w:rsidRDefault="0011781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364" w:type="dxa"/>
            <w:shd w:val="clear" w:color="auto" w:fill="C5E0B3" w:themeFill="accent6" w:themeFillTint="66"/>
          </w:tcPr>
          <w:p w14:paraId="1A716B23" w14:textId="77777777" w:rsidR="00117811" w:rsidRPr="000C58F2" w:rsidRDefault="00117811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AA35FA" w14:paraId="5CA0C291" w14:textId="77777777" w:rsidTr="00AA35FA">
        <w:tc>
          <w:tcPr>
            <w:tcW w:w="0" w:type="auto"/>
            <w:hideMark/>
          </w:tcPr>
          <w:p w14:paraId="50B6588C" w14:textId="77777777" w:rsidR="00AA35FA" w:rsidRPr="00AA35FA" w:rsidRDefault="00AA35FA" w:rsidP="00AA35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เช็คยอดคน</w:t>
            </w:r>
          </w:p>
        </w:tc>
        <w:tc>
          <w:tcPr>
            <w:tcW w:w="0" w:type="auto"/>
            <w:hideMark/>
          </w:tcPr>
          <w:p w14:paraId="7E6FC042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ตรวจสอบจำนวนนักเรียนและครูที่จุดรวมพล หากมีคนหายให้แจ้งกู้ภัยทันที</w:t>
            </w:r>
          </w:p>
        </w:tc>
        <w:tc>
          <w:tcPr>
            <w:tcW w:w="0" w:type="auto"/>
            <w:hideMark/>
          </w:tcPr>
          <w:p w14:paraId="202F962B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ครูประจำชั้นทุกคน</w:t>
            </w:r>
          </w:p>
        </w:tc>
      </w:tr>
      <w:tr w:rsidR="00AA35FA" w14:paraId="0899DC17" w14:textId="77777777" w:rsidTr="00AA35FA">
        <w:tc>
          <w:tcPr>
            <w:tcW w:w="0" w:type="auto"/>
            <w:hideMark/>
          </w:tcPr>
          <w:p w14:paraId="1E551170" w14:textId="77777777" w:rsidR="00AA35FA" w:rsidRPr="00AA35FA" w:rsidRDefault="00AA35FA" w:rsidP="00AA35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คัดกรองผู้บาดเจ็บ</w:t>
            </w:r>
          </w:p>
        </w:tc>
        <w:tc>
          <w:tcPr>
            <w:tcW w:w="0" w:type="auto"/>
            <w:hideMark/>
          </w:tcPr>
          <w:p w14:paraId="408ACA95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แยกผู้บาดเจ็บเพื่อรับการปฐมพยาบาลเบื้องต้นก่อนส่งโรงพยาบาล</w:t>
            </w:r>
          </w:p>
        </w:tc>
        <w:tc>
          <w:tcPr>
            <w:tcW w:w="0" w:type="auto"/>
            <w:hideMark/>
          </w:tcPr>
          <w:p w14:paraId="278A8841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ครูอนามัย / อาสากู้ภัย</w:t>
            </w:r>
          </w:p>
        </w:tc>
      </w:tr>
      <w:tr w:rsidR="00AA35FA" w14:paraId="6BC8723C" w14:textId="77777777" w:rsidTr="00AA35FA">
        <w:tc>
          <w:tcPr>
            <w:tcW w:w="0" w:type="auto"/>
            <w:hideMark/>
          </w:tcPr>
          <w:p w14:paraId="119D13DC" w14:textId="77777777" w:rsidR="00AA35FA" w:rsidRPr="00AA35FA" w:rsidRDefault="00AA35FA" w:rsidP="00AA35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ปิดกั้นพื้นที่</w:t>
            </w:r>
          </w:p>
        </w:tc>
        <w:tc>
          <w:tcPr>
            <w:tcW w:w="0" w:type="auto"/>
            <w:hideMark/>
          </w:tcPr>
          <w:p w14:paraId="520F868F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ห้ามใครกลับเข้าไปในอาคารจนกว่าเจ้าหน้าที่วิศวกรจะยืนยันความปลอดภัย</w:t>
            </w:r>
          </w:p>
        </w:tc>
        <w:tc>
          <w:tcPr>
            <w:tcW w:w="0" w:type="auto"/>
            <w:hideMark/>
          </w:tcPr>
          <w:p w14:paraId="38A9F929" w14:textId="36E64F00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นักการภารโรง</w:t>
            </w:r>
          </w:p>
        </w:tc>
      </w:tr>
      <w:tr w:rsidR="00AA35FA" w14:paraId="13076F96" w14:textId="77777777" w:rsidTr="00AA35FA">
        <w:tc>
          <w:tcPr>
            <w:tcW w:w="0" w:type="auto"/>
            <w:hideMark/>
          </w:tcPr>
          <w:p w14:paraId="03D3478F" w14:textId="77777777" w:rsidR="00AA35FA" w:rsidRPr="00AA35FA" w:rsidRDefault="00AA35FA" w:rsidP="00AA35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รายงานสถานการณ์</w:t>
            </w:r>
          </w:p>
        </w:tc>
        <w:tc>
          <w:tcPr>
            <w:tcW w:w="0" w:type="auto"/>
            <w:hideMark/>
          </w:tcPr>
          <w:p w14:paraId="5B6CF1D2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สื่อสารกับผู้ปกครองเพื่อแจ้งความปลอดภัยและรายงานต้นสังกัด</w:t>
            </w:r>
          </w:p>
        </w:tc>
        <w:tc>
          <w:tcPr>
            <w:tcW w:w="0" w:type="auto"/>
            <w:hideMark/>
          </w:tcPr>
          <w:p w14:paraId="7D85D9F4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ผู้บริหารสถานศึกษา</w:t>
            </w:r>
          </w:p>
        </w:tc>
      </w:tr>
    </w:tbl>
    <w:p w14:paraId="63156D2B" w14:textId="77777777" w:rsidR="00AA35FA" w:rsidRPr="00AC7BFD" w:rsidRDefault="00AA35FA" w:rsidP="00AA35FA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๓. ระยะเวลาในการป้องกัน</w:t>
      </w:r>
    </w:p>
    <w:p w14:paraId="4809F40C" w14:textId="77777777" w:rsidR="00AA35FA" w:rsidRPr="00AC7BFD" w:rsidRDefault="00AA35FA" w:rsidP="00AA35FA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40E439A4" w14:textId="77777777" w:rsidR="00AA35FA" w:rsidRPr="00AC7BFD" w:rsidRDefault="00AA35FA" w:rsidP="00AA35FA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5D4AC8DA" w14:textId="77777777" w:rsidR="00A8313D" w:rsidRPr="00AC7BFD" w:rsidRDefault="00A8313D" w:rsidP="00A8313D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C1E0C14" w14:textId="77777777" w:rsidR="00AA35FA" w:rsidRPr="00AC7BFD" w:rsidRDefault="00AA35FA" w:rsidP="00AA35FA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56779A82" w14:textId="77777777" w:rsidR="00F92339" w:rsidRDefault="00F92339" w:rsidP="00F9233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4B184D00" w14:textId="5A6E1D0E" w:rsidR="007A6367" w:rsidRPr="00AC7BFD" w:rsidRDefault="00D12027" w:rsidP="00AC7BFD">
      <w:pPr>
        <w:pStyle w:val="21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5232208A" wp14:editId="19043C1C">
                <wp:simplePos x="0" y="0"/>
                <wp:positionH relativeFrom="column">
                  <wp:posOffset>1799616</wp:posOffset>
                </wp:positionH>
                <wp:positionV relativeFrom="paragraph">
                  <wp:posOffset>182905</wp:posOffset>
                </wp:positionV>
                <wp:extent cx="2505710" cy="271780"/>
                <wp:effectExtent l="0" t="0" r="8890" b="7620"/>
                <wp:wrapNone/>
                <wp:docPr id="2025146710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1B5316" id="สี่เหลี่ยมผืนผ้ามุมมน 2" o:spid="_x0000_s1026" style="position:absolute;margin-left:141.7pt;margin-top:14.4pt;width:197.3pt;height:21.4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7A6367" w:rsidRPr="00AC7BFD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แผนเผชิญเหตุ สารเคมีและวัตถุอันตราย</w:t>
      </w:r>
    </w:p>
    <w:p w14:paraId="7E4EE7F7" w14:textId="77777777" w:rsidR="007A6367" w:rsidRPr="00AC7BFD" w:rsidRDefault="007A6367" w:rsidP="00AA35FA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๑. วัตถุประสงค์</w:t>
      </w:r>
    </w:p>
    <w:p w14:paraId="06C8E0DC" w14:textId="77777777" w:rsidR="00AA35FA" w:rsidRPr="00AA35FA" w:rsidRDefault="00AA35FA" w:rsidP="00AA35FA">
      <w:pPr>
        <w:pStyle w:val="31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AA35F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๑. เพื่อป้องกันการสัมผัสหรือสูดดมสารเคมีอันตรายที่อาจส่งผลต่อระบบทางเดินหายใจและผิวหนัง</w:t>
      </w:r>
      <w:r w:rsidRPr="00AA35FA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</w:p>
    <w:p w14:paraId="01D42940" w14:textId="77777777" w:rsidR="00AA35FA" w:rsidRPr="00AA35FA" w:rsidRDefault="00AA35FA" w:rsidP="00AA35FA">
      <w:pPr>
        <w:pStyle w:val="31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AA35F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๒. เพื่อสร้างแนวทางปฏิบัติในการจัดเก็บและจัดการสารเคมีที่ถูกต้องตามหลัก</w:t>
      </w:r>
      <w:proofErr w:type="spellStart"/>
      <w:r w:rsidRPr="00AA35F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สวั</w:t>
      </w:r>
      <w:proofErr w:type="spellEnd"/>
      <w:r w:rsidRPr="00AA35F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สดิภาพ</w:t>
      </w:r>
      <w:r w:rsidRPr="00AA35FA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</w:p>
    <w:p w14:paraId="69648C43" w14:textId="77777777" w:rsidR="00AA35FA" w:rsidRPr="00AA35FA" w:rsidRDefault="00AA35FA" w:rsidP="00AA35FA">
      <w:pPr>
        <w:pStyle w:val="31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AA35F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๓. เพื่อให้บุคลากรทราบขั้นตอนการปฐมพยาบาลและการอพยพเมื่อเกิดเหตุสารเคมีรั่วไหล</w:t>
      </w:r>
    </w:p>
    <w:p w14:paraId="2E5A77DA" w14:textId="433F2B15" w:rsidR="007A6367" w:rsidRPr="00AC7BFD" w:rsidRDefault="007A6367" w:rsidP="00AA35FA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5FB4AAFA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๒.๑ การเตรียมการก่อนเกิดเหตุ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67"/>
        <w:gridCol w:w="5472"/>
        <w:gridCol w:w="2426"/>
      </w:tblGrid>
      <w:tr w:rsidR="00AA35FA" w:rsidRPr="000C58F2" w14:paraId="0A8932AB" w14:textId="77777777" w:rsidTr="008248DB">
        <w:trPr>
          <w:trHeight w:val="245"/>
        </w:trPr>
        <w:tc>
          <w:tcPr>
            <w:tcW w:w="1696" w:type="dxa"/>
            <w:shd w:val="clear" w:color="auto" w:fill="C5E0B3" w:themeFill="accent6" w:themeFillTint="66"/>
          </w:tcPr>
          <w:p w14:paraId="435FFE01" w14:textId="77777777" w:rsidR="00AA35FA" w:rsidRPr="000C58F2" w:rsidRDefault="00AA35F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103" w:type="dxa"/>
            <w:shd w:val="clear" w:color="auto" w:fill="C5E0B3" w:themeFill="accent6" w:themeFillTint="66"/>
          </w:tcPr>
          <w:p w14:paraId="54A03677" w14:textId="77777777" w:rsidR="00AA35FA" w:rsidRPr="000C58F2" w:rsidRDefault="00AA35F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14:paraId="215665B9" w14:textId="77777777" w:rsidR="00AA35FA" w:rsidRPr="000C58F2" w:rsidRDefault="00AA35F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AA35FA" w14:paraId="34211F73" w14:textId="77777777" w:rsidTr="00AA35FA">
        <w:tc>
          <w:tcPr>
            <w:tcW w:w="0" w:type="auto"/>
            <w:hideMark/>
          </w:tcPr>
          <w:p w14:paraId="08A9B4B7" w14:textId="77777777" w:rsidR="00AA35FA" w:rsidRPr="00AA35FA" w:rsidRDefault="00AA35FA" w:rsidP="00AA35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การจัดเก็บ</w:t>
            </w:r>
          </w:p>
        </w:tc>
        <w:tc>
          <w:tcPr>
            <w:tcW w:w="0" w:type="auto"/>
            <w:hideMark/>
          </w:tcPr>
          <w:p w14:paraId="71867BA3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แยกประเภทสารเคมี จัดเก็บในตู้ที่มิดชิดและมีป้ายเตือนอันตรายชัดเจน</w:t>
            </w:r>
          </w:p>
        </w:tc>
        <w:tc>
          <w:tcPr>
            <w:tcW w:w="0" w:type="auto"/>
            <w:hideMark/>
          </w:tcPr>
          <w:p w14:paraId="4F420E08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ครูวิทยาศาสตร์ / งานพัสดุ</w:t>
            </w:r>
          </w:p>
        </w:tc>
      </w:tr>
      <w:tr w:rsidR="00AA35FA" w14:paraId="001A6158" w14:textId="77777777" w:rsidTr="00AA35FA">
        <w:tc>
          <w:tcPr>
            <w:tcW w:w="0" w:type="auto"/>
            <w:hideMark/>
          </w:tcPr>
          <w:p w14:paraId="75C050BF" w14:textId="77777777" w:rsidR="00AA35FA" w:rsidRPr="00AA35FA" w:rsidRDefault="00AA35FA" w:rsidP="00AA35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บัญชีรายชื่อสาร</w:t>
            </w:r>
          </w:p>
        </w:tc>
        <w:tc>
          <w:tcPr>
            <w:tcW w:w="0" w:type="auto"/>
            <w:hideMark/>
          </w:tcPr>
          <w:p w14:paraId="6DE6A4A6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จัดทำข้อมูลความปลอดภัย (</w:t>
            </w:r>
            <w:r w:rsidRPr="00AA35FA">
              <w:rPr>
                <w:rFonts w:ascii="TH SarabunPSK" w:hAnsi="TH SarabunPSK" w:cs="TH SarabunPSK" w:hint="cs"/>
                <w:sz w:val="32"/>
                <w:szCs w:val="32"/>
              </w:rPr>
              <w:t xml:space="preserve">MSDS) </w:t>
            </w: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ของสารเคมีทุกชนิดที่มีในโรงเรียน</w:t>
            </w:r>
          </w:p>
        </w:tc>
        <w:tc>
          <w:tcPr>
            <w:tcW w:w="0" w:type="auto"/>
            <w:hideMark/>
          </w:tcPr>
          <w:p w14:paraId="4447587C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ครูวิชาการ / ครูวิทยาศาสตร์</w:t>
            </w:r>
          </w:p>
        </w:tc>
      </w:tr>
      <w:tr w:rsidR="00AA35FA" w14:paraId="02D090F1" w14:textId="77777777" w:rsidTr="00AA35FA">
        <w:tc>
          <w:tcPr>
            <w:tcW w:w="0" w:type="auto"/>
            <w:hideMark/>
          </w:tcPr>
          <w:p w14:paraId="0F152DB6" w14:textId="77777777" w:rsidR="00AA35FA" w:rsidRPr="00AA35FA" w:rsidRDefault="00AA35FA" w:rsidP="00AA35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อุปกรณ์ป้องกัน</w:t>
            </w:r>
          </w:p>
        </w:tc>
        <w:tc>
          <w:tcPr>
            <w:tcW w:w="0" w:type="auto"/>
            <w:hideMark/>
          </w:tcPr>
          <w:p w14:paraId="3A875033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เตรียมหน้ากากอนามัย ถุงมือยาง และแว่นตานิรภัยไว้ในจุดที่ใช้งานสารเคมี</w:t>
            </w:r>
          </w:p>
        </w:tc>
        <w:tc>
          <w:tcPr>
            <w:tcW w:w="0" w:type="auto"/>
            <w:hideMark/>
          </w:tcPr>
          <w:p w14:paraId="741C7565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งานอาคารสถานที่</w:t>
            </w:r>
          </w:p>
        </w:tc>
      </w:tr>
      <w:tr w:rsidR="00AA35FA" w14:paraId="42D18000" w14:textId="77777777" w:rsidTr="00AA35FA">
        <w:tc>
          <w:tcPr>
            <w:tcW w:w="0" w:type="auto"/>
            <w:hideMark/>
          </w:tcPr>
          <w:p w14:paraId="16551ABC" w14:textId="77777777" w:rsidR="00AA35FA" w:rsidRPr="00AA35FA" w:rsidRDefault="00AA35FA" w:rsidP="00AA35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อบรมให้ความรู้</w:t>
            </w:r>
          </w:p>
        </w:tc>
        <w:tc>
          <w:tcPr>
            <w:tcW w:w="0" w:type="auto"/>
            <w:hideMark/>
          </w:tcPr>
          <w:p w14:paraId="59EF6614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สอนวิธีใช้และการปฐมพยาบาลเบื้องต้นกรณีสารเคมีถูกผิวหนังหรือเข้าตา</w:t>
            </w:r>
          </w:p>
        </w:tc>
        <w:tc>
          <w:tcPr>
            <w:tcW w:w="0" w:type="auto"/>
            <w:hideMark/>
          </w:tcPr>
          <w:p w14:paraId="502BFE8E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ครูอนามัย / ครูวิทยาศาสตร์</w:t>
            </w:r>
          </w:p>
        </w:tc>
      </w:tr>
    </w:tbl>
    <w:p w14:paraId="283FD0D0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99"/>
        <w:gridCol w:w="5454"/>
        <w:gridCol w:w="2412"/>
      </w:tblGrid>
      <w:tr w:rsidR="00AA35FA" w:rsidRPr="000C58F2" w14:paraId="1A7FA43A" w14:textId="77777777" w:rsidTr="008248DB">
        <w:trPr>
          <w:trHeight w:val="245"/>
        </w:trPr>
        <w:tc>
          <w:tcPr>
            <w:tcW w:w="1696" w:type="dxa"/>
            <w:shd w:val="clear" w:color="auto" w:fill="C5E0B3" w:themeFill="accent6" w:themeFillTint="66"/>
          </w:tcPr>
          <w:p w14:paraId="40FC5A11" w14:textId="77777777" w:rsidR="00AA35FA" w:rsidRPr="000C58F2" w:rsidRDefault="00AA35F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103" w:type="dxa"/>
            <w:shd w:val="clear" w:color="auto" w:fill="C5E0B3" w:themeFill="accent6" w:themeFillTint="66"/>
          </w:tcPr>
          <w:p w14:paraId="2C1804AF" w14:textId="77777777" w:rsidR="00AA35FA" w:rsidRPr="000C58F2" w:rsidRDefault="00AA35F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14:paraId="3078847E" w14:textId="77777777" w:rsidR="00AA35FA" w:rsidRPr="000C58F2" w:rsidRDefault="00AA35F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AA35FA" w14:paraId="17FA3268" w14:textId="77777777" w:rsidTr="00AA35FA">
        <w:tc>
          <w:tcPr>
            <w:tcW w:w="0" w:type="auto"/>
            <w:hideMark/>
          </w:tcPr>
          <w:p w14:paraId="42CE1101" w14:textId="77777777" w:rsidR="00AA35FA" w:rsidRPr="00AA35FA" w:rsidRDefault="00AA35FA" w:rsidP="00AA35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กั้นพื้นที่</w:t>
            </w:r>
          </w:p>
        </w:tc>
        <w:tc>
          <w:tcPr>
            <w:tcW w:w="0" w:type="auto"/>
            <w:hideMark/>
          </w:tcPr>
          <w:p w14:paraId="766F1A51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สั่งหยุดกิจกรรมในบริเวณนั้นทันที และกั้นพื้นที่รัศมีอันตราย</w:t>
            </w:r>
          </w:p>
        </w:tc>
        <w:tc>
          <w:tcPr>
            <w:tcW w:w="0" w:type="auto"/>
            <w:hideMark/>
          </w:tcPr>
          <w:p w14:paraId="1F519628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ครูผู้สอน / ครูเวร</w:t>
            </w:r>
          </w:p>
        </w:tc>
      </w:tr>
      <w:tr w:rsidR="00AA35FA" w14:paraId="62441A02" w14:textId="77777777" w:rsidTr="00AA35FA">
        <w:tc>
          <w:tcPr>
            <w:tcW w:w="0" w:type="auto"/>
            <w:hideMark/>
          </w:tcPr>
          <w:p w14:paraId="746C8A42" w14:textId="77777777" w:rsidR="00AA35FA" w:rsidRPr="00AA35FA" w:rsidRDefault="00AA35FA" w:rsidP="00AA35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อพยพเหนือลม</w:t>
            </w:r>
          </w:p>
        </w:tc>
        <w:tc>
          <w:tcPr>
            <w:tcW w:w="0" w:type="auto"/>
            <w:hideMark/>
          </w:tcPr>
          <w:p w14:paraId="0300F4F3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ให้นักเรียนออกจากพื้นที่ไปทาง</w:t>
            </w:r>
            <w:r w:rsidRPr="00AA35FA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AA35F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"</w:t>
            </w:r>
            <w:r w:rsidRPr="00AA35F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เหนือลม"</w:t>
            </w:r>
            <w:r w:rsidRPr="00AA35FA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เพื่อเลี่ยงการสูดดมกลิ่น</w:t>
            </w:r>
          </w:p>
        </w:tc>
        <w:tc>
          <w:tcPr>
            <w:tcW w:w="0" w:type="auto"/>
            <w:hideMark/>
          </w:tcPr>
          <w:p w14:paraId="56C1C234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 / ครูผู้สอน</w:t>
            </w:r>
          </w:p>
        </w:tc>
      </w:tr>
      <w:tr w:rsidR="00AA35FA" w14:paraId="521DD05E" w14:textId="77777777" w:rsidTr="00AA35FA">
        <w:tc>
          <w:tcPr>
            <w:tcW w:w="0" w:type="auto"/>
            <w:hideMark/>
          </w:tcPr>
          <w:p w14:paraId="69A6BCC1" w14:textId="77777777" w:rsidR="00AA35FA" w:rsidRPr="00AA35FA" w:rsidRDefault="00AA35FA" w:rsidP="00AA35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การปฐมพยาบาล</w:t>
            </w:r>
          </w:p>
        </w:tc>
        <w:tc>
          <w:tcPr>
            <w:tcW w:w="0" w:type="auto"/>
            <w:hideMark/>
          </w:tcPr>
          <w:p w14:paraId="3CA425E2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ล้างสารเคมีด้วยน้ำสะอาดไหลผ่านอย่างน้อย ๑๕ นาที (กรณีถูกผิวหนัง/ตา)</w:t>
            </w:r>
          </w:p>
        </w:tc>
        <w:tc>
          <w:tcPr>
            <w:tcW w:w="0" w:type="auto"/>
            <w:hideMark/>
          </w:tcPr>
          <w:p w14:paraId="004E2CEA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ครูอนามัย</w:t>
            </w:r>
          </w:p>
        </w:tc>
      </w:tr>
      <w:tr w:rsidR="00AA35FA" w14:paraId="42921D2B" w14:textId="77777777" w:rsidTr="00AA35FA">
        <w:tc>
          <w:tcPr>
            <w:tcW w:w="0" w:type="auto"/>
            <w:hideMark/>
          </w:tcPr>
          <w:p w14:paraId="5CCF8B4D" w14:textId="77777777" w:rsidR="00AA35FA" w:rsidRPr="00AA35FA" w:rsidRDefault="00AA35FA" w:rsidP="00AA35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แจ้งหน่วยงาน</w:t>
            </w:r>
          </w:p>
        </w:tc>
        <w:tc>
          <w:tcPr>
            <w:tcW w:w="0" w:type="auto"/>
            <w:hideMark/>
          </w:tcPr>
          <w:p w14:paraId="211FF971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กรณีรั่วไหลรุนแรง ให้แจ้งหน่วยบรรเทาสาธารณภัยหรือผู้เชี่ยวชาญ</w:t>
            </w:r>
          </w:p>
        </w:tc>
        <w:tc>
          <w:tcPr>
            <w:tcW w:w="0" w:type="auto"/>
            <w:hideMark/>
          </w:tcPr>
          <w:p w14:paraId="62B1302D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ผู้บริหารสถานศึกษา</w:t>
            </w:r>
          </w:p>
        </w:tc>
      </w:tr>
    </w:tbl>
    <w:p w14:paraId="6C2EF2B8" w14:textId="43745F8E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37"/>
        <w:gridCol w:w="5572"/>
        <w:gridCol w:w="2256"/>
      </w:tblGrid>
      <w:tr w:rsidR="008248DB" w:rsidRPr="000C58F2" w14:paraId="708E614D" w14:textId="77777777" w:rsidTr="008248DB">
        <w:trPr>
          <w:trHeight w:val="245"/>
        </w:trPr>
        <w:tc>
          <w:tcPr>
            <w:tcW w:w="1637" w:type="dxa"/>
            <w:shd w:val="clear" w:color="auto" w:fill="C5E0B3" w:themeFill="accent6" w:themeFillTint="66"/>
          </w:tcPr>
          <w:p w14:paraId="4E5E6F0E" w14:textId="77777777" w:rsidR="00AA35FA" w:rsidRPr="000C58F2" w:rsidRDefault="00AA35F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572" w:type="dxa"/>
            <w:shd w:val="clear" w:color="auto" w:fill="C5E0B3" w:themeFill="accent6" w:themeFillTint="66"/>
          </w:tcPr>
          <w:p w14:paraId="17D74B2C" w14:textId="77777777" w:rsidR="00AA35FA" w:rsidRPr="000C58F2" w:rsidRDefault="00AA35F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256" w:type="dxa"/>
            <w:shd w:val="clear" w:color="auto" w:fill="C5E0B3" w:themeFill="accent6" w:themeFillTint="66"/>
          </w:tcPr>
          <w:p w14:paraId="396B9DB8" w14:textId="77777777" w:rsidR="00AA35FA" w:rsidRPr="000C58F2" w:rsidRDefault="00AA35F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AA35FA" w14:paraId="75033CBD" w14:textId="77777777" w:rsidTr="00AA35FA">
        <w:tc>
          <w:tcPr>
            <w:tcW w:w="0" w:type="auto"/>
            <w:hideMark/>
          </w:tcPr>
          <w:p w14:paraId="56AF48B3" w14:textId="77777777" w:rsidR="00AA35FA" w:rsidRPr="00AA35FA" w:rsidRDefault="00AA35FA" w:rsidP="00AA35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การทำความสะอาด</w:t>
            </w:r>
          </w:p>
        </w:tc>
        <w:tc>
          <w:tcPr>
            <w:tcW w:w="0" w:type="auto"/>
            <w:hideMark/>
          </w:tcPr>
          <w:p w14:paraId="1D84D52B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ให้ผู้เชี่ยวชาญเข้ามากำจัดสารเคมีตกค้างตามหลักวิชาการ (ห้ามล้างลงท่อระบายน้ำทั่วไป)</w:t>
            </w:r>
          </w:p>
        </w:tc>
        <w:tc>
          <w:tcPr>
            <w:tcW w:w="0" w:type="auto"/>
            <w:hideMark/>
          </w:tcPr>
          <w:p w14:paraId="0BF299CE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นักการภารโรง / ทีมกู้ภัย</w:t>
            </w:r>
          </w:p>
        </w:tc>
      </w:tr>
      <w:tr w:rsidR="00AA35FA" w14:paraId="6669328B" w14:textId="77777777" w:rsidTr="00AA35FA">
        <w:tc>
          <w:tcPr>
            <w:tcW w:w="0" w:type="auto"/>
            <w:hideMark/>
          </w:tcPr>
          <w:p w14:paraId="183E14C0" w14:textId="77777777" w:rsidR="00AA35FA" w:rsidRPr="00AA35FA" w:rsidRDefault="00AA35FA" w:rsidP="00AA35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เฝ้าระวังอาการ</w:t>
            </w:r>
          </w:p>
        </w:tc>
        <w:tc>
          <w:tcPr>
            <w:tcW w:w="0" w:type="auto"/>
            <w:hideMark/>
          </w:tcPr>
          <w:p w14:paraId="20AEC76B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ติดตามอาการผิดปกติของนักเรียนและบุคลากร (เช่น ผื่นคัน หายใจติดขัด)</w:t>
            </w:r>
          </w:p>
        </w:tc>
        <w:tc>
          <w:tcPr>
            <w:tcW w:w="0" w:type="auto"/>
            <w:hideMark/>
          </w:tcPr>
          <w:p w14:paraId="6C251A27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ครูอนามัย</w:t>
            </w:r>
          </w:p>
        </w:tc>
      </w:tr>
      <w:tr w:rsidR="00AA35FA" w14:paraId="4417081E" w14:textId="77777777" w:rsidTr="00AA35FA">
        <w:tc>
          <w:tcPr>
            <w:tcW w:w="0" w:type="auto"/>
            <w:hideMark/>
          </w:tcPr>
          <w:p w14:paraId="6CC4D962" w14:textId="77777777" w:rsidR="00AA35FA" w:rsidRPr="00AA35FA" w:rsidRDefault="00AA35FA" w:rsidP="00AA35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ปรับปรุงมาตรการ</w:t>
            </w:r>
          </w:p>
        </w:tc>
        <w:tc>
          <w:tcPr>
            <w:tcW w:w="0" w:type="auto"/>
            <w:hideMark/>
          </w:tcPr>
          <w:p w14:paraId="56D46B1A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ประชุมวิเคราะห์สาเหตุเพื่อป้องกันการเกิดซ้ำและปรับปรุงตู้จัดเก็บ</w:t>
            </w:r>
          </w:p>
        </w:tc>
        <w:tc>
          <w:tcPr>
            <w:tcW w:w="0" w:type="auto"/>
            <w:hideMark/>
          </w:tcPr>
          <w:p w14:paraId="2E1DB0DE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คณะกรรมการความปลอดภัย</w:t>
            </w:r>
          </w:p>
        </w:tc>
      </w:tr>
      <w:tr w:rsidR="00AA35FA" w14:paraId="10B3EB76" w14:textId="77777777" w:rsidTr="00AA35FA">
        <w:tc>
          <w:tcPr>
            <w:tcW w:w="0" w:type="auto"/>
            <w:hideMark/>
          </w:tcPr>
          <w:p w14:paraId="429F4E13" w14:textId="77777777" w:rsidR="00AA35FA" w:rsidRPr="00AA35FA" w:rsidRDefault="00AA35FA" w:rsidP="00AA35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รายงานเหตุการณ์</w:t>
            </w:r>
          </w:p>
        </w:tc>
        <w:tc>
          <w:tcPr>
            <w:tcW w:w="0" w:type="auto"/>
            <w:hideMark/>
          </w:tcPr>
          <w:p w14:paraId="74830D4F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จัดทำบันทึกรายละเอียดการรั่วไหลและแนวทางแก้ไขรายงานต้นสังกัด</w:t>
            </w:r>
          </w:p>
        </w:tc>
        <w:tc>
          <w:tcPr>
            <w:tcW w:w="0" w:type="auto"/>
            <w:hideMark/>
          </w:tcPr>
          <w:p w14:paraId="62A28ACE" w14:textId="77777777" w:rsidR="00AA35FA" w:rsidRPr="00AA35FA" w:rsidRDefault="00AA35FA" w:rsidP="00AA3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A35FA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งานธุรการโรงเรียน</w:t>
            </w:r>
          </w:p>
        </w:tc>
      </w:tr>
    </w:tbl>
    <w:p w14:paraId="28CED867" w14:textId="77777777" w:rsidR="00AA35FA" w:rsidRPr="00AC7BFD" w:rsidRDefault="00AA35FA" w:rsidP="00AA35FA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๓. ระยะเวลาในการป้องกัน</w:t>
      </w:r>
    </w:p>
    <w:p w14:paraId="2250A384" w14:textId="77777777" w:rsidR="00AA35FA" w:rsidRPr="00AC7BFD" w:rsidRDefault="00AA35FA" w:rsidP="00AA35FA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0A9DB17F" w14:textId="77777777" w:rsidR="00AA35FA" w:rsidRPr="00AC7BFD" w:rsidRDefault="00AA35FA" w:rsidP="00AA35FA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30B0ECB2" w14:textId="77777777" w:rsidR="00B478AD" w:rsidRPr="00AC7BFD" w:rsidRDefault="00B478AD" w:rsidP="00B478AD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EAF093F" w14:textId="329246BF" w:rsidR="00AA35FA" w:rsidRPr="00AC7BFD" w:rsidRDefault="00AA35FA" w:rsidP="00AA35FA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และหน่วยงานด้าน</w:t>
      </w:r>
      <w:proofErr w:type="spellStart"/>
      <w:r w:rsidRPr="00AC7BFD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Pr="00AC7BFD">
        <w:rPr>
          <w:rFonts w:ascii="TH SarabunPSK" w:hAnsi="TH SarabunPSK" w:cs="TH SarabunPSK" w:hint="cs"/>
          <w:sz w:val="32"/>
          <w:szCs w:val="32"/>
          <w:cs/>
        </w:rPr>
        <w:t>สดิภาพเด็ก</w:t>
      </w:r>
    </w:p>
    <w:p w14:paraId="7C02AF9B" w14:textId="77777777" w:rsidR="00AA35FA" w:rsidRPr="00AC7BFD" w:rsidRDefault="00AA35FA" w:rsidP="00AA35FA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22C60AF6" w14:textId="77777777" w:rsidR="00F92339" w:rsidRDefault="00F92339" w:rsidP="00F9233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16830EAA" w14:textId="1946A5F6" w:rsidR="008248DB" w:rsidRDefault="008248D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591AF2E" w14:textId="6889218A" w:rsidR="008248DB" w:rsidRPr="00AC7BFD" w:rsidRDefault="008248D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1D9744A" w14:textId="79948352" w:rsidR="007A6367" w:rsidRPr="00AC7BFD" w:rsidRDefault="00D12027" w:rsidP="00AC7BFD">
      <w:pPr>
        <w:pStyle w:val="21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10C4732C" wp14:editId="2FBC8ABE">
                <wp:simplePos x="0" y="0"/>
                <wp:positionH relativeFrom="column">
                  <wp:posOffset>1756800</wp:posOffset>
                </wp:positionH>
                <wp:positionV relativeFrom="paragraph">
                  <wp:posOffset>-14740</wp:posOffset>
                </wp:positionV>
                <wp:extent cx="2505710" cy="271780"/>
                <wp:effectExtent l="0" t="0" r="8890" b="7620"/>
                <wp:wrapNone/>
                <wp:docPr id="1521819176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80B48FF" id="สี่เหลี่ยมผืนผ้ามุมมน 2" o:spid="_x0000_s1026" style="position:absolute;margin-left:138.35pt;margin-top:-1.15pt;width:197.3pt;height:21.4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7A6367" w:rsidRPr="00AC7BFD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แผนเผชิญเหตุ การลักพาตัว</w:t>
      </w:r>
    </w:p>
    <w:p w14:paraId="0E4EE0F3" w14:textId="77777777" w:rsidR="007A6367" w:rsidRPr="00AC7BFD" w:rsidRDefault="007A6367" w:rsidP="0087066B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๑. วัตถุประสงค์</w:t>
      </w:r>
    </w:p>
    <w:p w14:paraId="5C53DD74" w14:textId="77777777" w:rsidR="0087066B" w:rsidRPr="0087066B" w:rsidRDefault="0087066B" w:rsidP="0087066B">
      <w:pPr>
        <w:ind w:firstLine="720"/>
        <w:rPr>
          <w:rFonts w:ascii="TH SarabunPSK" w:hAnsi="TH SarabunPSK" w:cs="TH SarabunPSK"/>
          <w:sz w:val="32"/>
          <w:szCs w:val="32"/>
        </w:rPr>
      </w:pPr>
      <w:r w:rsidRPr="0087066B">
        <w:rPr>
          <w:rFonts w:ascii="TH SarabunPSK" w:hAnsi="TH SarabunPSK" w:cs="TH SarabunPSK" w:hint="cs"/>
          <w:sz w:val="32"/>
          <w:szCs w:val="32"/>
          <w:cs/>
        </w:rPr>
        <w:t>๑. เพื่อสกัดกั้นและติดตามนักเรียนกลับคืนสู่ครอบครัวอย่างปลอดภัยและรวดเร็วที่สุด</w:t>
      </w:r>
      <w:r w:rsidRPr="0087066B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3F80C55F" w14:textId="77777777" w:rsidR="0087066B" w:rsidRPr="0087066B" w:rsidRDefault="0087066B" w:rsidP="0087066B">
      <w:pPr>
        <w:ind w:firstLine="720"/>
        <w:rPr>
          <w:rFonts w:ascii="TH SarabunPSK" w:hAnsi="TH SarabunPSK" w:cs="TH SarabunPSK"/>
          <w:sz w:val="32"/>
          <w:szCs w:val="32"/>
        </w:rPr>
      </w:pPr>
      <w:r w:rsidRPr="0087066B">
        <w:rPr>
          <w:rFonts w:ascii="TH SarabunPSK" w:hAnsi="TH SarabunPSK" w:cs="TH SarabunPSK" w:hint="cs"/>
          <w:sz w:val="32"/>
          <w:szCs w:val="32"/>
          <w:cs/>
        </w:rPr>
        <w:t>๒. เพื่อวางระบบการตรวจสอบและคัดกรองบุคคลเข้า-ออกสถานศึกษาให้มีความเข้มงวด</w:t>
      </w:r>
      <w:r w:rsidRPr="0087066B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31DC7AA6" w14:textId="18639611" w:rsidR="0087066B" w:rsidRPr="0087066B" w:rsidRDefault="0087066B" w:rsidP="0087066B">
      <w:pPr>
        <w:ind w:firstLine="720"/>
        <w:rPr>
          <w:rFonts w:ascii="TH SarabunPSK" w:hAnsi="TH SarabunPSK" w:cs="TH SarabunPSK"/>
          <w:sz w:val="32"/>
          <w:szCs w:val="32"/>
        </w:rPr>
      </w:pPr>
      <w:r w:rsidRPr="0087066B">
        <w:rPr>
          <w:rFonts w:ascii="TH SarabunPSK" w:hAnsi="TH SarabunPSK" w:cs="TH SarabunPSK" w:hint="cs"/>
          <w:sz w:val="32"/>
          <w:szCs w:val="32"/>
          <w:cs/>
        </w:rPr>
        <w:t>๓. เพื่อสร้างแนวทางการสื่อสารที่ถูกต้องแม่นยำระหว่างโรงเรียน ผู้ปกครอง และหน่วยงานที่เกี่ยวข้อง</w:t>
      </w:r>
    </w:p>
    <w:p w14:paraId="5F2FABAE" w14:textId="77777777" w:rsidR="007A6367" w:rsidRPr="00AC7BFD" w:rsidRDefault="007A6367" w:rsidP="007A6367">
      <w:pPr>
        <w:pStyle w:val="31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42DA2767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๒.๑ การเตรียมการก่อนเกิดเหตุ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84"/>
        <w:gridCol w:w="5137"/>
        <w:gridCol w:w="2244"/>
      </w:tblGrid>
      <w:tr w:rsidR="0087066B" w:rsidRPr="000C58F2" w14:paraId="676496DD" w14:textId="77777777" w:rsidTr="008248DB">
        <w:trPr>
          <w:trHeight w:val="245"/>
        </w:trPr>
        <w:tc>
          <w:tcPr>
            <w:tcW w:w="1751" w:type="dxa"/>
            <w:shd w:val="clear" w:color="auto" w:fill="C5E0B3" w:themeFill="accent6" w:themeFillTint="66"/>
          </w:tcPr>
          <w:p w14:paraId="270245F1" w14:textId="77777777" w:rsidR="0087066B" w:rsidRPr="000C58F2" w:rsidRDefault="0087066B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079" w:type="dxa"/>
            <w:shd w:val="clear" w:color="auto" w:fill="C5E0B3" w:themeFill="accent6" w:themeFillTint="66"/>
          </w:tcPr>
          <w:p w14:paraId="1D41F6EF" w14:textId="77777777" w:rsidR="0087066B" w:rsidRPr="000C58F2" w:rsidRDefault="0087066B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635" w:type="dxa"/>
            <w:shd w:val="clear" w:color="auto" w:fill="C5E0B3" w:themeFill="accent6" w:themeFillTint="66"/>
          </w:tcPr>
          <w:p w14:paraId="06AAF423" w14:textId="77777777" w:rsidR="0087066B" w:rsidRPr="000C58F2" w:rsidRDefault="0087066B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9871C7" w14:paraId="38EC8018" w14:textId="77777777" w:rsidTr="009871C7">
        <w:tc>
          <w:tcPr>
            <w:tcW w:w="0" w:type="auto"/>
            <w:hideMark/>
          </w:tcPr>
          <w:p w14:paraId="64443411" w14:textId="77777777" w:rsidR="009871C7" w:rsidRPr="009871C7" w:rsidRDefault="009871C7" w:rsidP="009871C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ระบบการรับ-ส่ง</w:t>
            </w:r>
          </w:p>
        </w:tc>
        <w:tc>
          <w:tcPr>
            <w:tcW w:w="0" w:type="auto"/>
            <w:hideMark/>
          </w:tcPr>
          <w:p w14:paraId="278E6B10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จัดทำบัตรรับ-ส่งนักเรียน หรือบันทึกข้อมูลบุคคลที่ได้รับอนุญาตให้มารับเด็ก</w:t>
            </w:r>
          </w:p>
        </w:tc>
        <w:tc>
          <w:tcPr>
            <w:tcW w:w="0" w:type="auto"/>
            <w:hideMark/>
          </w:tcPr>
          <w:p w14:paraId="1DAE0B19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 / ครูเวร</w:t>
            </w:r>
          </w:p>
        </w:tc>
      </w:tr>
      <w:tr w:rsidR="009871C7" w14:paraId="2250C308" w14:textId="77777777" w:rsidTr="009871C7">
        <w:tc>
          <w:tcPr>
            <w:tcW w:w="0" w:type="auto"/>
            <w:hideMark/>
          </w:tcPr>
          <w:p w14:paraId="63FAF388" w14:textId="77777777" w:rsidR="009871C7" w:rsidRPr="009871C7" w:rsidRDefault="009871C7" w:rsidP="009871C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มาตรการบุคคลภายนอก</w:t>
            </w:r>
          </w:p>
        </w:tc>
        <w:tc>
          <w:tcPr>
            <w:tcW w:w="0" w:type="auto"/>
            <w:hideMark/>
          </w:tcPr>
          <w:p w14:paraId="2D5D87F1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กำหนดให้บุคคลภายนอกต้องแลกบัตรและระบุวัตถุประสงค์ก่อนเข้าพื้นที่</w:t>
            </w:r>
          </w:p>
        </w:tc>
        <w:tc>
          <w:tcPr>
            <w:tcW w:w="0" w:type="auto"/>
            <w:hideMark/>
          </w:tcPr>
          <w:p w14:paraId="7834F2BA" w14:textId="2150C866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นักการภารโรง</w:t>
            </w:r>
          </w:p>
        </w:tc>
      </w:tr>
      <w:tr w:rsidR="009871C7" w14:paraId="7FF84C56" w14:textId="77777777" w:rsidTr="009871C7">
        <w:tc>
          <w:tcPr>
            <w:tcW w:w="0" w:type="auto"/>
            <w:hideMark/>
          </w:tcPr>
          <w:p w14:paraId="0F56CE52" w14:textId="77777777" w:rsidR="009871C7" w:rsidRPr="009871C7" w:rsidRDefault="009871C7" w:rsidP="009871C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ฐานข้อมูลนักเรียน</w:t>
            </w:r>
          </w:p>
        </w:tc>
        <w:tc>
          <w:tcPr>
            <w:tcW w:w="0" w:type="auto"/>
            <w:hideMark/>
          </w:tcPr>
          <w:p w14:paraId="1035CD0D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ปรับปรุงข้อมูลที่อยู่และเบอร์โทรศัพท์ผู้ปกครองให้เป็นปัจจุบันอยู่เสมอ</w:t>
            </w:r>
          </w:p>
        </w:tc>
        <w:tc>
          <w:tcPr>
            <w:tcW w:w="0" w:type="auto"/>
            <w:hideMark/>
          </w:tcPr>
          <w:p w14:paraId="7B08141B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</w:tc>
      </w:tr>
      <w:tr w:rsidR="009871C7" w14:paraId="7C37873B" w14:textId="77777777" w:rsidTr="009871C7">
        <w:tc>
          <w:tcPr>
            <w:tcW w:w="0" w:type="auto"/>
            <w:hideMark/>
          </w:tcPr>
          <w:p w14:paraId="73957B3F" w14:textId="77777777" w:rsidR="009871C7" w:rsidRPr="009871C7" w:rsidRDefault="009871C7" w:rsidP="009871C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การติดตั้ง </w:t>
            </w: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CCTV</w:t>
            </w:r>
          </w:p>
        </w:tc>
        <w:tc>
          <w:tcPr>
            <w:tcW w:w="0" w:type="auto"/>
            <w:hideMark/>
          </w:tcPr>
          <w:p w14:paraId="48A61167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ตรวจเช็คกล้องวงจรปิดบริเวณประตูเข้า-ออกและจุดเสี่ยงให้ใช้งานได้ ๒๔ ชม.</w:t>
            </w:r>
          </w:p>
        </w:tc>
        <w:tc>
          <w:tcPr>
            <w:tcW w:w="0" w:type="auto"/>
            <w:hideMark/>
          </w:tcPr>
          <w:p w14:paraId="25F67D74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r w:rsidRPr="009871C7">
              <w:rPr>
                <w:rFonts w:ascii="TH SarabunPSK" w:hAnsi="TH SarabunPSK" w:cs="TH SarabunPSK" w:hint="cs"/>
                <w:sz w:val="32"/>
                <w:szCs w:val="32"/>
              </w:rPr>
              <w:t xml:space="preserve">ICT / </w:t>
            </w: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งานอาคารสถานที่</w:t>
            </w:r>
          </w:p>
        </w:tc>
      </w:tr>
    </w:tbl>
    <w:p w14:paraId="6C0D4610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80"/>
        <w:gridCol w:w="5437"/>
        <w:gridCol w:w="2348"/>
      </w:tblGrid>
      <w:tr w:rsidR="0087066B" w:rsidRPr="000C58F2" w14:paraId="5FE55EC3" w14:textId="77777777" w:rsidTr="008248DB">
        <w:trPr>
          <w:trHeight w:val="245"/>
        </w:trPr>
        <w:tc>
          <w:tcPr>
            <w:tcW w:w="1677" w:type="dxa"/>
            <w:shd w:val="clear" w:color="auto" w:fill="C5E0B3" w:themeFill="accent6" w:themeFillTint="66"/>
          </w:tcPr>
          <w:p w14:paraId="3D9B3172" w14:textId="77777777" w:rsidR="0087066B" w:rsidRPr="000C58F2" w:rsidRDefault="0087066B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156" w:type="dxa"/>
            <w:shd w:val="clear" w:color="auto" w:fill="C5E0B3" w:themeFill="accent6" w:themeFillTint="66"/>
          </w:tcPr>
          <w:p w14:paraId="05C4B164" w14:textId="77777777" w:rsidR="0087066B" w:rsidRPr="000C58F2" w:rsidRDefault="0087066B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632" w:type="dxa"/>
            <w:shd w:val="clear" w:color="auto" w:fill="C5E0B3" w:themeFill="accent6" w:themeFillTint="66"/>
          </w:tcPr>
          <w:p w14:paraId="65D60E09" w14:textId="77777777" w:rsidR="0087066B" w:rsidRPr="000C58F2" w:rsidRDefault="0087066B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9871C7" w14:paraId="735A7CA3" w14:textId="77777777" w:rsidTr="009871C7">
        <w:tc>
          <w:tcPr>
            <w:tcW w:w="0" w:type="auto"/>
            <w:hideMark/>
          </w:tcPr>
          <w:p w14:paraId="2CF98B2A" w14:textId="77777777" w:rsidR="009871C7" w:rsidRPr="009871C7" w:rsidRDefault="009871C7" w:rsidP="009871C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ตรวจสอบยอด</w:t>
            </w:r>
          </w:p>
        </w:tc>
        <w:tc>
          <w:tcPr>
            <w:tcW w:w="0" w:type="auto"/>
            <w:hideMark/>
          </w:tcPr>
          <w:p w14:paraId="7C5C8C1E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เช็คจำนวนนักเรียนในห้องและพื้นที่รอบโรงเรียนทันทีเพื่อยืนยันการสูญหาย</w:t>
            </w:r>
          </w:p>
        </w:tc>
        <w:tc>
          <w:tcPr>
            <w:tcW w:w="0" w:type="auto"/>
            <w:hideMark/>
          </w:tcPr>
          <w:p w14:paraId="05784E24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 / ครูเวร</w:t>
            </w:r>
          </w:p>
        </w:tc>
      </w:tr>
      <w:tr w:rsidR="009871C7" w14:paraId="53118FA6" w14:textId="77777777" w:rsidTr="009871C7">
        <w:tc>
          <w:tcPr>
            <w:tcW w:w="0" w:type="auto"/>
            <w:hideMark/>
          </w:tcPr>
          <w:p w14:paraId="716C76F1" w14:textId="77777777" w:rsidR="009871C7" w:rsidRPr="009871C7" w:rsidRDefault="009871C7" w:rsidP="009871C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ปิดกั้นทางเข้า-ออก</w:t>
            </w:r>
          </w:p>
        </w:tc>
        <w:tc>
          <w:tcPr>
            <w:tcW w:w="0" w:type="auto"/>
            <w:hideMark/>
          </w:tcPr>
          <w:p w14:paraId="691BF3F5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สั่ง</w:t>
            </w:r>
            <w:proofErr w:type="spellStart"/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ล็</w:t>
            </w:r>
            <w:proofErr w:type="spellEnd"/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อกประตูโรงเรียนทุกจุดเพื่อตรวจสอบรถและบุคคลที่กำลังจะออก</w:t>
            </w:r>
          </w:p>
        </w:tc>
        <w:tc>
          <w:tcPr>
            <w:tcW w:w="0" w:type="auto"/>
            <w:hideMark/>
          </w:tcPr>
          <w:p w14:paraId="706AFA4F" w14:textId="119EAFD5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ทีมความปลอดภัย</w:t>
            </w:r>
          </w:p>
        </w:tc>
      </w:tr>
      <w:tr w:rsidR="009871C7" w14:paraId="11F1416B" w14:textId="77777777" w:rsidTr="009871C7">
        <w:tc>
          <w:tcPr>
            <w:tcW w:w="0" w:type="auto"/>
            <w:hideMark/>
          </w:tcPr>
          <w:p w14:paraId="63C0C352" w14:textId="77777777" w:rsidR="009871C7" w:rsidRPr="009871C7" w:rsidRDefault="009871C7" w:rsidP="009871C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แจ้งความเร่งด่วน</w:t>
            </w:r>
          </w:p>
        </w:tc>
        <w:tc>
          <w:tcPr>
            <w:tcW w:w="0" w:type="auto"/>
            <w:hideMark/>
          </w:tcPr>
          <w:p w14:paraId="75120FD4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โทรแจ้งสายด่วน ๑๙๑ และแจ้งผู้ปกครองทราบสถานการณ์ทันที</w:t>
            </w:r>
          </w:p>
        </w:tc>
        <w:tc>
          <w:tcPr>
            <w:tcW w:w="0" w:type="auto"/>
            <w:hideMark/>
          </w:tcPr>
          <w:p w14:paraId="50F63F8F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ผู้บริหารสถานศึกษา</w:t>
            </w:r>
          </w:p>
        </w:tc>
      </w:tr>
      <w:tr w:rsidR="009871C7" w14:paraId="4E7074FE" w14:textId="77777777" w:rsidTr="009871C7">
        <w:tc>
          <w:tcPr>
            <w:tcW w:w="0" w:type="auto"/>
            <w:hideMark/>
          </w:tcPr>
          <w:p w14:paraId="6F6771FF" w14:textId="77777777" w:rsidR="009871C7" w:rsidRPr="009871C7" w:rsidRDefault="009871C7" w:rsidP="009871C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ตรวจสอบหลักฐาน</w:t>
            </w:r>
          </w:p>
        </w:tc>
        <w:tc>
          <w:tcPr>
            <w:tcW w:w="0" w:type="auto"/>
            <w:hideMark/>
          </w:tcPr>
          <w:p w14:paraId="6E8D3274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ไล่ดูภาพจากกล้องวงจรปิดเพื่อระบุรูปพรรณ</w:t>
            </w:r>
            <w:proofErr w:type="spellStart"/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สันฐาน</w:t>
            </w:r>
            <w:proofErr w:type="spellEnd"/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ผู้ต้องสงสัยและยานพาหนะ</w:t>
            </w:r>
          </w:p>
        </w:tc>
        <w:tc>
          <w:tcPr>
            <w:tcW w:w="0" w:type="auto"/>
            <w:hideMark/>
          </w:tcPr>
          <w:p w14:paraId="39D57EDB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คณะกรรมการ </w:t>
            </w:r>
            <w:r w:rsidRPr="009871C7">
              <w:rPr>
                <w:rFonts w:ascii="TH SarabunPSK" w:hAnsi="TH SarabunPSK" w:cs="TH SarabunPSK" w:hint="cs"/>
                <w:sz w:val="32"/>
                <w:szCs w:val="32"/>
              </w:rPr>
              <w:t>ICT</w:t>
            </w:r>
          </w:p>
        </w:tc>
      </w:tr>
    </w:tbl>
    <w:p w14:paraId="3DE79DC4" w14:textId="77777777" w:rsidR="00B478AD" w:rsidRDefault="00B478AD" w:rsidP="007A6367">
      <w:pPr>
        <w:pStyle w:val="4"/>
        <w:rPr>
          <w:rFonts w:ascii="TH SarabunPSK" w:hAnsi="TH SarabunPSK" w:cs="TH SarabunPSK"/>
          <w:sz w:val="32"/>
          <w:szCs w:val="32"/>
        </w:rPr>
      </w:pPr>
    </w:p>
    <w:p w14:paraId="069CD92E" w14:textId="77777777" w:rsidR="00B478AD" w:rsidRDefault="00B478AD" w:rsidP="007A6367">
      <w:pPr>
        <w:pStyle w:val="4"/>
        <w:rPr>
          <w:rFonts w:ascii="TH SarabunPSK" w:hAnsi="TH SarabunPSK" w:cs="TH SarabunPSK"/>
          <w:sz w:val="32"/>
          <w:szCs w:val="32"/>
        </w:rPr>
      </w:pPr>
    </w:p>
    <w:p w14:paraId="03B79CED" w14:textId="74AF5D5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lastRenderedPageBreak/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76"/>
        <w:gridCol w:w="5667"/>
        <w:gridCol w:w="2322"/>
      </w:tblGrid>
      <w:tr w:rsidR="0087066B" w:rsidRPr="000C58F2" w14:paraId="79509440" w14:textId="77777777" w:rsidTr="008248DB">
        <w:trPr>
          <w:trHeight w:val="245"/>
        </w:trPr>
        <w:tc>
          <w:tcPr>
            <w:tcW w:w="1562" w:type="dxa"/>
            <w:shd w:val="clear" w:color="auto" w:fill="C5E0B3" w:themeFill="accent6" w:themeFillTint="66"/>
          </w:tcPr>
          <w:p w14:paraId="14C0DAEC" w14:textId="77777777" w:rsidR="0087066B" w:rsidRPr="000C58F2" w:rsidRDefault="0087066B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457" w:type="dxa"/>
            <w:shd w:val="clear" w:color="auto" w:fill="C5E0B3" w:themeFill="accent6" w:themeFillTint="66"/>
          </w:tcPr>
          <w:p w14:paraId="459B5EA2" w14:textId="77777777" w:rsidR="0087066B" w:rsidRPr="000C58F2" w:rsidRDefault="0087066B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446" w:type="dxa"/>
            <w:shd w:val="clear" w:color="auto" w:fill="C5E0B3" w:themeFill="accent6" w:themeFillTint="66"/>
          </w:tcPr>
          <w:p w14:paraId="748A50F4" w14:textId="77777777" w:rsidR="0087066B" w:rsidRPr="000C58F2" w:rsidRDefault="0087066B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9871C7" w14:paraId="519997F5" w14:textId="77777777" w:rsidTr="009871C7">
        <w:tc>
          <w:tcPr>
            <w:tcW w:w="0" w:type="auto"/>
            <w:hideMark/>
          </w:tcPr>
          <w:p w14:paraId="721731D0" w14:textId="77777777" w:rsidR="009871C7" w:rsidRPr="009871C7" w:rsidRDefault="009871C7" w:rsidP="009871C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ให้ความร่วมมือ</w:t>
            </w:r>
          </w:p>
        </w:tc>
        <w:tc>
          <w:tcPr>
            <w:tcW w:w="0" w:type="auto"/>
            <w:hideMark/>
          </w:tcPr>
          <w:p w14:paraId="7EDEF52A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ส่งมอบหลักฐานภาพถ่าย/วิดีโอ ให้เจ้าหน้าที่ตำรวจเพื่อติดตามตัว</w:t>
            </w:r>
          </w:p>
        </w:tc>
        <w:tc>
          <w:tcPr>
            <w:tcW w:w="0" w:type="auto"/>
            <w:hideMark/>
          </w:tcPr>
          <w:p w14:paraId="4A704F28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ผู้บริหารสถานศึกษา</w:t>
            </w:r>
          </w:p>
        </w:tc>
      </w:tr>
      <w:tr w:rsidR="009871C7" w14:paraId="62AFA63F" w14:textId="77777777" w:rsidTr="009871C7">
        <w:tc>
          <w:tcPr>
            <w:tcW w:w="0" w:type="auto"/>
            <w:hideMark/>
          </w:tcPr>
          <w:p w14:paraId="0C677776" w14:textId="77777777" w:rsidR="009871C7" w:rsidRPr="009871C7" w:rsidRDefault="009871C7" w:rsidP="009871C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เยียวยาจิตใจ</w:t>
            </w:r>
          </w:p>
        </w:tc>
        <w:tc>
          <w:tcPr>
            <w:tcW w:w="0" w:type="auto"/>
            <w:hideMark/>
          </w:tcPr>
          <w:p w14:paraId="785E9B18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จัดทีมดูแลสภาพจิตใจครอบครัวนักเรียนและเพื่อนร่วมชั้นที่อยู่ในเหตุการณ์</w:t>
            </w:r>
          </w:p>
        </w:tc>
        <w:tc>
          <w:tcPr>
            <w:tcW w:w="0" w:type="auto"/>
            <w:hideMark/>
          </w:tcPr>
          <w:p w14:paraId="6070CE85" w14:textId="5B1F31DB" w:rsidR="009871C7" w:rsidRPr="009871C7" w:rsidRDefault="009871C7" w:rsidP="00B478A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</w:t>
            </w:r>
            <w:r w:rsidR="00B478A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ประจำชั้น</w:t>
            </w: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/ นักจิตวิทยา</w:t>
            </w:r>
          </w:p>
        </w:tc>
      </w:tr>
      <w:tr w:rsidR="009871C7" w14:paraId="3F316135" w14:textId="77777777" w:rsidTr="009871C7">
        <w:tc>
          <w:tcPr>
            <w:tcW w:w="0" w:type="auto"/>
            <w:hideMark/>
          </w:tcPr>
          <w:p w14:paraId="0789A83D" w14:textId="77777777" w:rsidR="009871C7" w:rsidRPr="009871C7" w:rsidRDefault="009871C7" w:rsidP="009871C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ถอดบทเรียน</w:t>
            </w:r>
          </w:p>
        </w:tc>
        <w:tc>
          <w:tcPr>
            <w:tcW w:w="0" w:type="auto"/>
            <w:hideMark/>
          </w:tcPr>
          <w:p w14:paraId="4707EE79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ประชุมวิเคราะห์ช่องโหว่ของระบบรักษาความปลอดภัยเพื่ออุดช่องว่างทันที</w:t>
            </w:r>
          </w:p>
        </w:tc>
        <w:tc>
          <w:tcPr>
            <w:tcW w:w="0" w:type="auto"/>
            <w:hideMark/>
          </w:tcPr>
          <w:p w14:paraId="16546848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คณะกรรมการสถานศึกษา</w:t>
            </w:r>
          </w:p>
        </w:tc>
      </w:tr>
      <w:tr w:rsidR="009871C7" w14:paraId="4707EDBF" w14:textId="77777777" w:rsidTr="009871C7">
        <w:tc>
          <w:tcPr>
            <w:tcW w:w="0" w:type="auto"/>
            <w:hideMark/>
          </w:tcPr>
          <w:p w14:paraId="646AF9EE" w14:textId="77777777" w:rsidR="009871C7" w:rsidRPr="009871C7" w:rsidRDefault="009871C7" w:rsidP="009871C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การรายงานผล</w:t>
            </w:r>
          </w:p>
        </w:tc>
        <w:tc>
          <w:tcPr>
            <w:tcW w:w="0" w:type="auto"/>
            <w:hideMark/>
          </w:tcPr>
          <w:p w14:paraId="77030AD5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สรุปรายงานเหตุการณ์และผลการดำเนินงานส่งต้นสังกัด (</w:t>
            </w:r>
            <w:proofErr w:type="spellStart"/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สพฐ</w:t>
            </w:r>
            <w:proofErr w:type="spellEnd"/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.)</w:t>
            </w:r>
          </w:p>
        </w:tc>
        <w:tc>
          <w:tcPr>
            <w:tcW w:w="0" w:type="auto"/>
            <w:hideMark/>
          </w:tcPr>
          <w:p w14:paraId="4AC37262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งานธุรการโรงเรียน</w:t>
            </w:r>
          </w:p>
        </w:tc>
      </w:tr>
    </w:tbl>
    <w:p w14:paraId="5913034D" w14:textId="77777777" w:rsidR="009871C7" w:rsidRPr="00AC7BFD" w:rsidRDefault="009871C7" w:rsidP="009871C7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๓. ระยะเวลาในการป้องกัน</w:t>
      </w:r>
    </w:p>
    <w:p w14:paraId="49728E4B" w14:textId="77777777" w:rsidR="009871C7" w:rsidRPr="00AC7BFD" w:rsidRDefault="009871C7" w:rsidP="009871C7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4AC9AD9C" w14:textId="77777777" w:rsidR="009871C7" w:rsidRPr="00AC7BFD" w:rsidRDefault="009871C7" w:rsidP="009871C7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46414D60" w14:textId="77777777" w:rsidR="00B478AD" w:rsidRPr="00AC7BFD" w:rsidRDefault="00B478AD" w:rsidP="00B478AD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84D9663" w14:textId="77777777" w:rsidR="009871C7" w:rsidRPr="00AC7BFD" w:rsidRDefault="009871C7" w:rsidP="009871C7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060E1B64" w14:textId="45028D6F" w:rsidR="00AC7BFD" w:rsidRDefault="00F92339" w:rsidP="00B478A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27CDD526" w14:textId="2933E24E" w:rsidR="007A6367" w:rsidRPr="00AC7BFD" w:rsidRDefault="00D12027" w:rsidP="00AC7BFD">
      <w:pPr>
        <w:pStyle w:val="21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00AF0916" wp14:editId="7DAEF99F">
                <wp:simplePos x="0" y="0"/>
                <wp:positionH relativeFrom="column">
                  <wp:posOffset>1720215</wp:posOffset>
                </wp:positionH>
                <wp:positionV relativeFrom="paragraph">
                  <wp:posOffset>181915</wp:posOffset>
                </wp:positionV>
                <wp:extent cx="2505710" cy="271780"/>
                <wp:effectExtent l="0" t="0" r="8890" b="7620"/>
                <wp:wrapNone/>
                <wp:docPr id="1035563767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BB804" id="สี่เหลี่ยมผืนผ้ามุมมน 2" o:spid="_x0000_s1026" style="position:absolute;margin-left:135.45pt;margin-top:14.3pt;width:197.3pt;height:21.4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7A6367" w:rsidRPr="00AC7BFD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แผนเผชิญเหตุ การกราดยิง</w:t>
      </w:r>
    </w:p>
    <w:p w14:paraId="1E76D126" w14:textId="77777777" w:rsidR="007A6367" w:rsidRPr="009871C7" w:rsidRDefault="007A6367" w:rsidP="009871C7">
      <w:pPr>
        <w:pStyle w:val="31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9871C7">
        <w:rPr>
          <w:rFonts w:ascii="TH SarabunPSK" w:hAnsi="TH SarabunPSK" w:cs="TH SarabunPSK" w:hint="cs"/>
          <w:sz w:val="32"/>
          <w:szCs w:val="32"/>
          <w:cs/>
        </w:rPr>
        <w:t>๑. วัตถุประสงค์</w:t>
      </w:r>
    </w:p>
    <w:p w14:paraId="12A7A9BD" w14:textId="77777777" w:rsidR="009871C7" w:rsidRPr="009871C7" w:rsidRDefault="009871C7" w:rsidP="009871C7">
      <w:pPr>
        <w:pStyle w:val="31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871C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๑.</w:t>
      </w:r>
      <w:r w:rsidRPr="009871C7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  <w:r w:rsidRPr="009871C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เพื่อรักษาชีวิตของนักเรียนและบุคลากรให้ได้มากที่สุดในสถานการณ์ที่มีการใช้อาวุธทำร้ายผู้คนไม่เลือกหน้า</w:t>
      </w:r>
      <w:r w:rsidRPr="009871C7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</w:p>
    <w:p w14:paraId="2EA97EC5" w14:textId="77777777" w:rsidR="009871C7" w:rsidRDefault="009871C7" w:rsidP="009871C7">
      <w:pPr>
        <w:pStyle w:val="31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871C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๒.</w:t>
      </w:r>
      <w:r w:rsidRPr="009871C7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  <w:r w:rsidRPr="009871C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เพื่อปลูกฝังทักษะการเอาตัวรอดตามหลักสากล (หนี-ซ่อน-สู้) ให้เป็นอัตโนมัติ</w:t>
      </w:r>
      <w:r w:rsidRPr="009871C7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</w:p>
    <w:p w14:paraId="163CF8C2" w14:textId="3C1FE539" w:rsidR="009871C7" w:rsidRPr="009871C7" w:rsidRDefault="009871C7" w:rsidP="009871C7">
      <w:pPr>
        <w:pStyle w:val="31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871C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๓.</w:t>
      </w:r>
      <w:r w:rsidRPr="009871C7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  <w:r w:rsidRPr="009871C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เพื่อสร้างระบบการแจ้งเตือนและการประสานงานกับหน่วยปฏิบัติการพิเศษอย่างรวดเร็ว</w:t>
      </w:r>
    </w:p>
    <w:p w14:paraId="3F135D8D" w14:textId="45277840" w:rsidR="007A6367" w:rsidRPr="009871C7" w:rsidRDefault="007A6367" w:rsidP="009871C7">
      <w:pPr>
        <w:pStyle w:val="31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9871C7">
        <w:rPr>
          <w:rFonts w:ascii="TH SarabunPSK" w:hAnsi="TH SarabunPSK" w:cs="TH SarabunPSK" w:hint="cs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64F8C868" w14:textId="77777777" w:rsidR="007A6367" w:rsidRDefault="007A6367" w:rsidP="009871C7">
      <w:pPr>
        <w:pStyle w:val="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9871C7">
        <w:rPr>
          <w:rFonts w:ascii="TH SarabunPSK" w:hAnsi="TH SarabunPSK" w:cs="TH SarabunPSK" w:hint="cs"/>
          <w:sz w:val="32"/>
          <w:szCs w:val="32"/>
          <w:cs/>
        </w:rPr>
        <w:t>๒.๑ การเตรียมการก่อนเกิดเหตุ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21"/>
        <w:gridCol w:w="5482"/>
        <w:gridCol w:w="2362"/>
      </w:tblGrid>
      <w:tr w:rsidR="009871C7" w:rsidRPr="000C58F2" w14:paraId="7F098FA5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2B10DB48" w14:textId="77777777" w:rsidR="009871C7" w:rsidRPr="000C58F2" w:rsidRDefault="009871C7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40B929B4" w14:textId="77777777" w:rsidR="009871C7" w:rsidRPr="000C58F2" w:rsidRDefault="009871C7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1A81C259" w14:textId="77777777" w:rsidR="009871C7" w:rsidRPr="000C58F2" w:rsidRDefault="009871C7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9871C7" w:rsidRPr="009871C7" w14:paraId="3B06CC6F" w14:textId="77777777" w:rsidTr="009871C7">
        <w:tc>
          <w:tcPr>
            <w:tcW w:w="0" w:type="auto"/>
            <w:hideMark/>
          </w:tcPr>
          <w:p w14:paraId="1BFA763E" w14:textId="77777777" w:rsidR="009871C7" w:rsidRPr="009871C7" w:rsidRDefault="009871C7" w:rsidP="009871C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การซักซ้อม (</w:t>
            </w: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Drill)</w:t>
            </w:r>
          </w:p>
        </w:tc>
        <w:tc>
          <w:tcPr>
            <w:tcW w:w="0" w:type="auto"/>
            <w:hideMark/>
          </w:tcPr>
          <w:p w14:paraId="7296DDB8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ฝึกซ้อมสถานการณ์จำลอง "หนี-ซ่อน-สู้" ร่วมกับตำรวจท้องที่อย่างน้อยปีละ ๑ ครั้ง</w:t>
            </w:r>
          </w:p>
        </w:tc>
        <w:tc>
          <w:tcPr>
            <w:tcW w:w="0" w:type="auto"/>
            <w:hideMark/>
          </w:tcPr>
          <w:p w14:paraId="20C4DAB3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คณะกรรมการความปลอดภัย</w:t>
            </w:r>
          </w:p>
        </w:tc>
      </w:tr>
      <w:tr w:rsidR="009871C7" w:rsidRPr="009871C7" w14:paraId="50CC9F2B" w14:textId="77777777" w:rsidTr="009871C7">
        <w:tc>
          <w:tcPr>
            <w:tcW w:w="0" w:type="auto"/>
            <w:hideMark/>
          </w:tcPr>
          <w:p w14:paraId="0EDD9C23" w14:textId="77777777" w:rsidR="009871C7" w:rsidRPr="009871C7" w:rsidRDefault="009871C7" w:rsidP="009871C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ปรับปรุงอาคาร</w:t>
            </w:r>
          </w:p>
        </w:tc>
        <w:tc>
          <w:tcPr>
            <w:tcW w:w="0" w:type="auto"/>
            <w:hideMark/>
          </w:tcPr>
          <w:p w14:paraId="66BBAE13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ติดตั้งกลอนประตูที่</w:t>
            </w:r>
            <w:proofErr w:type="spellStart"/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ล็</w:t>
            </w:r>
            <w:proofErr w:type="spellEnd"/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อกได้จากด้านในห้องเรียน และม่านปิดกระจกที่มิดชิด</w:t>
            </w:r>
          </w:p>
        </w:tc>
        <w:tc>
          <w:tcPr>
            <w:tcW w:w="0" w:type="auto"/>
            <w:hideMark/>
          </w:tcPr>
          <w:p w14:paraId="4911F40E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นักการภารโรง / ครูประจำชั้น</w:t>
            </w:r>
          </w:p>
        </w:tc>
      </w:tr>
      <w:tr w:rsidR="009871C7" w:rsidRPr="009871C7" w14:paraId="4D516BED" w14:textId="77777777" w:rsidTr="009871C7">
        <w:tc>
          <w:tcPr>
            <w:tcW w:w="0" w:type="auto"/>
            <w:hideMark/>
          </w:tcPr>
          <w:p w14:paraId="5503058B" w14:textId="77777777" w:rsidR="009871C7" w:rsidRPr="009871C7" w:rsidRDefault="009871C7" w:rsidP="009871C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รหัสแจ้งเหตุ</w:t>
            </w:r>
          </w:p>
        </w:tc>
        <w:tc>
          <w:tcPr>
            <w:tcW w:w="0" w:type="auto"/>
            <w:hideMark/>
          </w:tcPr>
          <w:p w14:paraId="6FF885ED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กำหนดรหัสหรือสัญญาณประกาศที่ทุกคนเข้าใจทันทีว่าเป็นเหตุกราดยิง</w:t>
            </w:r>
          </w:p>
        </w:tc>
        <w:tc>
          <w:tcPr>
            <w:tcW w:w="0" w:type="auto"/>
            <w:hideMark/>
          </w:tcPr>
          <w:p w14:paraId="2C36CC89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ผู้บริหารสถานศึกษา</w:t>
            </w:r>
          </w:p>
        </w:tc>
      </w:tr>
      <w:tr w:rsidR="009871C7" w:rsidRPr="009871C7" w14:paraId="0E9F13FA" w14:textId="77777777" w:rsidTr="009871C7">
        <w:tc>
          <w:tcPr>
            <w:tcW w:w="0" w:type="auto"/>
            <w:hideMark/>
          </w:tcPr>
          <w:p w14:paraId="47A639DD" w14:textId="77777777" w:rsidR="009871C7" w:rsidRPr="009871C7" w:rsidRDefault="009871C7" w:rsidP="009871C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อุปกรณ์สื่อสาร</w:t>
            </w:r>
          </w:p>
        </w:tc>
        <w:tc>
          <w:tcPr>
            <w:tcW w:w="0" w:type="auto"/>
            <w:hideMark/>
          </w:tcPr>
          <w:p w14:paraId="4F06BA29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จัดเตรียมช่องทางสื่อสารสำรอง (เช่น กลุ่ม </w:t>
            </w:r>
            <w:r w:rsidRPr="009871C7">
              <w:rPr>
                <w:rFonts w:ascii="TH SarabunPSK" w:hAnsi="TH SarabunPSK" w:cs="TH SarabunPSK" w:hint="cs"/>
                <w:sz w:val="32"/>
                <w:szCs w:val="32"/>
              </w:rPr>
              <w:t xml:space="preserve">LINE </w:t>
            </w: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ลับ) สำหรับรายงานตำแหน่ง</w:t>
            </w:r>
          </w:p>
        </w:tc>
        <w:tc>
          <w:tcPr>
            <w:tcW w:w="0" w:type="auto"/>
            <w:hideMark/>
          </w:tcPr>
          <w:p w14:paraId="50209FCB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r w:rsidRPr="009871C7">
              <w:rPr>
                <w:rFonts w:ascii="TH SarabunPSK" w:hAnsi="TH SarabunPSK" w:cs="TH SarabunPSK" w:hint="cs"/>
                <w:sz w:val="32"/>
                <w:szCs w:val="32"/>
              </w:rPr>
              <w:t xml:space="preserve">ICT / </w:t>
            </w: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หัวหน้างาน</w:t>
            </w:r>
          </w:p>
        </w:tc>
      </w:tr>
    </w:tbl>
    <w:p w14:paraId="46784E3B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lastRenderedPageBreak/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82"/>
        <w:gridCol w:w="5758"/>
        <w:gridCol w:w="2225"/>
      </w:tblGrid>
      <w:tr w:rsidR="009871C7" w:rsidRPr="000C58F2" w14:paraId="7DF26FF5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00FF5F56" w14:textId="77777777" w:rsidR="009871C7" w:rsidRPr="000C58F2" w:rsidRDefault="009871C7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5FF910F4" w14:textId="77777777" w:rsidR="009871C7" w:rsidRPr="000C58F2" w:rsidRDefault="009871C7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710C3FA4" w14:textId="77777777" w:rsidR="009871C7" w:rsidRPr="000C58F2" w:rsidRDefault="009871C7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9871C7" w14:paraId="3EF01DAC" w14:textId="77777777" w:rsidTr="009871C7">
        <w:tc>
          <w:tcPr>
            <w:tcW w:w="0" w:type="auto"/>
            <w:hideMark/>
          </w:tcPr>
          <w:p w14:paraId="4D013D6D" w14:textId="77777777" w:rsidR="009871C7" w:rsidRPr="009871C7" w:rsidRDefault="009871C7" w:rsidP="009871C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หนี (</w:t>
            </w: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Run)</w:t>
            </w:r>
          </w:p>
        </w:tc>
        <w:tc>
          <w:tcPr>
            <w:tcW w:w="0" w:type="auto"/>
            <w:hideMark/>
          </w:tcPr>
          <w:p w14:paraId="439E5BF5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หากมีทางออกที่ปลอดภัย ให้ทิ้งของทุกอย่างและพานักเรียนวิ่งหนีออกจากพื้นที่ทันที</w:t>
            </w:r>
          </w:p>
        </w:tc>
        <w:tc>
          <w:tcPr>
            <w:tcW w:w="0" w:type="auto"/>
            <w:hideMark/>
          </w:tcPr>
          <w:p w14:paraId="2D3AAC48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ครูและบุคลากรทุกคน</w:t>
            </w:r>
          </w:p>
        </w:tc>
      </w:tr>
      <w:tr w:rsidR="009871C7" w14:paraId="3923F271" w14:textId="77777777" w:rsidTr="009871C7">
        <w:tc>
          <w:tcPr>
            <w:tcW w:w="0" w:type="auto"/>
            <w:hideMark/>
          </w:tcPr>
          <w:p w14:paraId="1CAF2F52" w14:textId="77777777" w:rsidR="009871C7" w:rsidRPr="009871C7" w:rsidRDefault="009871C7" w:rsidP="009871C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ซ่อน (</w:t>
            </w: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Hide)</w:t>
            </w:r>
          </w:p>
        </w:tc>
        <w:tc>
          <w:tcPr>
            <w:tcW w:w="0" w:type="auto"/>
            <w:hideMark/>
          </w:tcPr>
          <w:p w14:paraId="07B71C7B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หากหนีไม่ได้ ให้เข้าห้องที่</w:t>
            </w:r>
            <w:proofErr w:type="spellStart"/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ล็</w:t>
            </w:r>
            <w:proofErr w:type="spellEnd"/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อกได้ ปิดไฟ เงียบเสียง ปิดเสียงโทรศัพท์ และหาที่กำบัง</w:t>
            </w:r>
          </w:p>
        </w:tc>
        <w:tc>
          <w:tcPr>
            <w:tcW w:w="0" w:type="auto"/>
            <w:hideMark/>
          </w:tcPr>
          <w:p w14:paraId="16CC5D4C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ครูและนักเรียน</w:t>
            </w:r>
          </w:p>
        </w:tc>
      </w:tr>
      <w:tr w:rsidR="009871C7" w14:paraId="2B753810" w14:textId="77777777" w:rsidTr="009871C7">
        <w:tc>
          <w:tcPr>
            <w:tcW w:w="0" w:type="auto"/>
            <w:hideMark/>
          </w:tcPr>
          <w:p w14:paraId="3318BDFB" w14:textId="77777777" w:rsidR="009871C7" w:rsidRPr="009871C7" w:rsidRDefault="009871C7" w:rsidP="009871C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สู้ (</w:t>
            </w: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Fight)</w:t>
            </w:r>
          </w:p>
        </w:tc>
        <w:tc>
          <w:tcPr>
            <w:tcW w:w="0" w:type="auto"/>
            <w:hideMark/>
          </w:tcPr>
          <w:p w14:paraId="573D135C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เป็นทางเลือกสุดท้ายเพื่อรักษาชีวิต ให้ร่วมกันใช้สิ่งของรอบตัวเป็นอาวุธขัดขวางผู้ก่อเหตุ</w:t>
            </w:r>
          </w:p>
        </w:tc>
        <w:tc>
          <w:tcPr>
            <w:tcW w:w="0" w:type="auto"/>
            <w:hideMark/>
          </w:tcPr>
          <w:p w14:paraId="5D1C8DB5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บุคลากรที่มีความพร้อม</w:t>
            </w:r>
          </w:p>
        </w:tc>
      </w:tr>
      <w:tr w:rsidR="009871C7" w14:paraId="053B2EBB" w14:textId="77777777" w:rsidTr="009871C7">
        <w:tc>
          <w:tcPr>
            <w:tcW w:w="0" w:type="auto"/>
            <w:hideMark/>
          </w:tcPr>
          <w:p w14:paraId="4AF49973" w14:textId="77777777" w:rsidR="009871C7" w:rsidRPr="009871C7" w:rsidRDefault="009871C7" w:rsidP="009871C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แจ้งเหตุภายนอก</w:t>
            </w:r>
          </w:p>
        </w:tc>
        <w:tc>
          <w:tcPr>
            <w:tcW w:w="0" w:type="auto"/>
            <w:hideMark/>
          </w:tcPr>
          <w:p w14:paraId="24AFB03D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เมื่อปลอดภัยแล้ว ให้โทรแจ้ง ๑๙๑ ระบุจำนวนผู้ก่อเหตุ อาวุธ และพิกัดที่พบ</w:t>
            </w:r>
          </w:p>
        </w:tc>
        <w:tc>
          <w:tcPr>
            <w:tcW w:w="0" w:type="auto"/>
            <w:hideMark/>
          </w:tcPr>
          <w:p w14:paraId="0308D760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ผู้ที่อยู่ในจุดปลอดภัย</w:t>
            </w:r>
          </w:p>
        </w:tc>
      </w:tr>
    </w:tbl>
    <w:p w14:paraId="253B1006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07"/>
        <w:gridCol w:w="5522"/>
        <w:gridCol w:w="2136"/>
      </w:tblGrid>
      <w:tr w:rsidR="009871C7" w:rsidRPr="000C58F2" w14:paraId="6745AE4C" w14:textId="77777777" w:rsidTr="008248DB">
        <w:trPr>
          <w:trHeight w:val="245"/>
        </w:trPr>
        <w:tc>
          <w:tcPr>
            <w:tcW w:w="1786" w:type="dxa"/>
            <w:shd w:val="clear" w:color="auto" w:fill="C5E0B3" w:themeFill="accent6" w:themeFillTint="66"/>
          </w:tcPr>
          <w:p w14:paraId="4A3328CE" w14:textId="77777777" w:rsidR="009871C7" w:rsidRPr="000C58F2" w:rsidRDefault="009871C7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427" w:type="dxa"/>
            <w:shd w:val="clear" w:color="auto" w:fill="C5E0B3" w:themeFill="accent6" w:themeFillTint="66"/>
          </w:tcPr>
          <w:p w14:paraId="27B13D88" w14:textId="77777777" w:rsidR="009871C7" w:rsidRPr="000C58F2" w:rsidRDefault="009871C7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252" w:type="dxa"/>
            <w:shd w:val="clear" w:color="auto" w:fill="C5E0B3" w:themeFill="accent6" w:themeFillTint="66"/>
          </w:tcPr>
          <w:p w14:paraId="559243F3" w14:textId="77777777" w:rsidR="009871C7" w:rsidRPr="000C58F2" w:rsidRDefault="009871C7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9871C7" w14:paraId="2021CF44" w14:textId="77777777" w:rsidTr="009871C7">
        <w:tc>
          <w:tcPr>
            <w:tcW w:w="0" w:type="auto"/>
            <w:hideMark/>
          </w:tcPr>
          <w:p w14:paraId="2BA2CDF9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การให้ข้อมูล</w:t>
            </w:r>
          </w:p>
        </w:tc>
        <w:tc>
          <w:tcPr>
            <w:tcW w:w="0" w:type="auto"/>
            <w:hideMark/>
          </w:tcPr>
          <w:p w14:paraId="1FC4A0C0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เมื่อตำรวจมาถึง ให้ยกมือแสดงความบริสุทธิ์ใจและปฏิบัติตามคำสั่งอย่างเคร่งครัด</w:t>
            </w:r>
          </w:p>
        </w:tc>
        <w:tc>
          <w:tcPr>
            <w:tcW w:w="0" w:type="auto"/>
            <w:hideMark/>
          </w:tcPr>
          <w:p w14:paraId="5557B0AD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บุคลากรทุกคน</w:t>
            </w:r>
          </w:p>
        </w:tc>
      </w:tr>
      <w:tr w:rsidR="009871C7" w14:paraId="186F356B" w14:textId="77777777" w:rsidTr="009871C7">
        <w:tc>
          <w:tcPr>
            <w:tcW w:w="0" w:type="auto"/>
            <w:hideMark/>
          </w:tcPr>
          <w:p w14:paraId="4C192531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เช็คยอด/คัดกรอง</w:t>
            </w:r>
          </w:p>
        </w:tc>
        <w:tc>
          <w:tcPr>
            <w:tcW w:w="0" w:type="auto"/>
            <w:hideMark/>
          </w:tcPr>
          <w:p w14:paraId="7BB49932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รวบรวมยอดนักเรียนที่จุดรวมพลและคัดแยกผู้บาดเจ็บส่งทีมแพทย์</w:t>
            </w:r>
          </w:p>
        </w:tc>
        <w:tc>
          <w:tcPr>
            <w:tcW w:w="0" w:type="auto"/>
            <w:hideMark/>
          </w:tcPr>
          <w:p w14:paraId="5A660F8B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 / ครูอนามัย</w:t>
            </w:r>
          </w:p>
        </w:tc>
      </w:tr>
      <w:tr w:rsidR="009871C7" w14:paraId="1F9C76AC" w14:textId="77777777" w:rsidTr="009871C7">
        <w:tc>
          <w:tcPr>
            <w:tcW w:w="0" w:type="auto"/>
            <w:hideMark/>
          </w:tcPr>
          <w:p w14:paraId="7D610F40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เยียวยาจิตใจขั้นสูงสุด</w:t>
            </w:r>
          </w:p>
        </w:tc>
        <w:tc>
          <w:tcPr>
            <w:tcW w:w="0" w:type="auto"/>
            <w:hideMark/>
          </w:tcPr>
          <w:p w14:paraId="0F931219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จัดทีมสุขภาพจิต (</w:t>
            </w:r>
            <w:r w:rsidRPr="009871C7">
              <w:rPr>
                <w:rFonts w:ascii="TH SarabunPSK" w:hAnsi="TH SarabunPSK" w:cs="TH SarabunPSK" w:hint="cs"/>
                <w:sz w:val="32"/>
                <w:szCs w:val="32"/>
              </w:rPr>
              <w:t xml:space="preserve">MCATT) </w:t>
            </w: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เข้าดูแลเหยื่อและผู้เห็นเหตุการณ์อย่างเร่งด่วน</w:t>
            </w:r>
          </w:p>
        </w:tc>
        <w:tc>
          <w:tcPr>
            <w:tcW w:w="0" w:type="auto"/>
            <w:hideMark/>
          </w:tcPr>
          <w:p w14:paraId="182A08B3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 / สหวิชาชีพ</w:t>
            </w:r>
          </w:p>
        </w:tc>
      </w:tr>
      <w:tr w:rsidR="009871C7" w14:paraId="5A9C203C" w14:textId="77777777" w:rsidTr="009871C7">
        <w:tc>
          <w:tcPr>
            <w:tcW w:w="0" w:type="auto"/>
            <w:hideMark/>
          </w:tcPr>
          <w:p w14:paraId="50816E70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ถอดบทเรียน</w:t>
            </w:r>
          </w:p>
        </w:tc>
        <w:tc>
          <w:tcPr>
            <w:tcW w:w="0" w:type="auto"/>
            <w:hideMark/>
          </w:tcPr>
          <w:p w14:paraId="1076A33F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วิเคราะห์เหตุการณ์ร่วมกับฝ่ายความมั่นคงเพื่อปรับปรุงแผนความปลอดภัย</w:t>
            </w:r>
          </w:p>
        </w:tc>
        <w:tc>
          <w:tcPr>
            <w:tcW w:w="0" w:type="auto"/>
            <w:hideMark/>
          </w:tcPr>
          <w:p w14:paraId="32615239" w14:textId="77777777" w:rsidR="009871C7" w:rsidRPr="009871C7" w:rsidRDefault="009871C7" w:rsidP="00987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1C7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คณะกรรมการสถานศึกษา</w:t>
            </w:r>
          </w:p>
        </w:tc>
      </w:tr>
    </w:tbl>
    <w:p w14:paraId="213A05B9" w14:textId="77777777" w:rsidR="009871C7" w:rsidRPr="00AC7BFD" w:rsidRDefault="009871C7" w:rsidP="009871C7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๓. ระยะเวลาในการป้องกัน</w:t>
      </w:r>
    </w:p>
    <w:p w14:paraId="49FA3EF5" w14:textId="77777777" w:rsidR="009871C7" w:rsidRPr="00AC7BFD" w:rsidRDefault="009871C7" w:rsidP="009871C7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204E120D" w14:textId="77777777" w:rsidR="009871C7" w:rsidRPr="00AC7BFD" w:rsidRDefault="009871C7" w:rsidP="009871C7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5CB831A3" w14:textId="77777777" w:rsidR="00B478AD" w:rsidRPr="00AC7BFD" w:rsidRDefault="00B478AD" w:rsidP="00B478AD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E17366A" w14:textId="29D7F3FE" w:rsidR="009871C7" w:rsidRPr="00AC7BFD" w:rsidRDefault="009871C7" w:rsidP="009871C7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และหน่วยงานด้าน</w:t>
      </w:r>
      <w:proofErr w:type="spellStart"/>
      <w:r w:rsidRPr="00AC7BFD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Pr="00AC7BFD">
        <w:rPr>
          <w:rFonts w:ascii="TH SarabunPSK" w:hAnsi="TH SarabunPSK" w:cs="TH SarabunPSK" w:hint="cs"/>
          <w:sz w:val="32"/>
          <w:szCs w:val="32"/>
          <w:cs/>
        </w:rPr>
        <w:t>สดิภาพเด็ก</w:t>
      </w:r>
    </w:p>
    <w:p w14:paraId="0B8F7B78" w14:textId="77777777" w:rsidR="009871C7" w:rsidRPr="00AC7BFD" w:rsidRDefault="009871C7" w:rsidP="009871C7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6BE8FD71" w14:textId="77777777" w:rsidR="00F92339" w:rsidRDefault="00F92339" w:rsidP="00F9233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18A10E22" w14:textId="77777777" w:rsidR="00B861F8" w:rsidRPr="00AC7BFD" w:rsidRDefault="00B861F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17F718C" w14:textId="50FCE986" w:rsidR="004F35C0" w:rsidRPr="009C66CA" w:rsidRDefault="004F35C0" w:rsidP="004F35C0">
      <w:pPr>
        <w:tabs>
          <w:tab w:val="left" w:pos="851"/>
          <w:tab w:val="left" w:pos="1276"/>
          <w:tab w:val="left" w:pos="1701"/>
        </w:tabs>
        <w:ind w:firstLine="72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60AF93CA" wp14:editId="62A419C7">
                <wp:simplePos x="0" y="0"/>
                <wp:positionH relativeFrom="column">
                  <wp:posOffset>1869989</wp:posOffset>
                </wp:positionH>
                <wp:positionV relativeFrom="paragraph">
                  <wp:posOffset>0</wp:posOffset>
                </wp:positionV>
                <wp:extent cx="2505710" cy="271780"/>
                <wp:effectExtent l="0" t="0" r="8890" b="7620"/>
                <wp:wrapNone/>
                <wp:docPr id="730228113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96F9313" id="สี่เหลี่ยมผืนผ้ามุมมน 2" o:spid="_x0000_s1026" style="position:absolute;margin-left:147.25pt;margin-top:0;width:197.3pt;height:21.4pt;z-index:-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Pr="009C66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แผนเผชิญเหตุ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9C66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ยาเสพติด</w:t>
      </w:r>
    </w:p>
    <w:p w14:paraId="4133F076" w14:textId="77777777" w:rsidR="004F35C0" w:rsidRPr="009C66CA" w:rsidRDefault="004F35C0" w:rsidP="004F35C0">
      <w:pPr>
        <w:tabs>
          <w:tab w:val="left" w:pos="851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C66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๑</w:t>
      </w:r>
      <w:r w:rsidRPr="009C66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.</w:t>
      </w:r>
      <w:r w:rsidRPr="009C66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วัตถุประสงค์</w:t>
      </w:r>
    </w:p>
    <w:p w14:paraId="0387E773" w14:textId="77777777" w:rsidR="009871C7" w:rsidRPr="009871C7" w:rsidRDefault="004F35C0" w:rsidP="009871C7">
      <w:pPr>
        <w:tabs>
          <w:tab w:val="left" w:pos="851"/>
          <w:tab w:val="left" w:pos="1276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9871C7">
        <w:rPr>
          <w:rFonts w:ascii="TH SarabunPSK" w:hAnsi="TH SarabunPSK" w:cs="TH SarabunPSK" w:hint="cs"/>
          <w:color w:val="000000" w:themeColor="text1"/>
          <w:sz w:val="32"/>
          <w:szCs w:val="32"/>
        </w:rPr>
        <w:t>   </w:t>
      </w:r>
      <w:r w:rsidRPr="009871C7">
        <w:rPr>
          <w:rFonts w:ascii="TH SarabunPSK" w:hAnsi="TH SarabunPSK" w:cs="TH SarabunPSK" w:hint="cs"/>
          <w:color w:val="000000" w:themeColor="text1"/>
          <w:sz w:val="32"/>
          <w:szCs w:val="32"/>
        </w:rPr>
        <w:tab/>
        <w:t xml:space="preserve"> </w:t>
      </w:r>
      <w:r w:rsidR="009871C7" w:rsidRPr="009871C7">
        <w:rPr>
          <w:rFonts w:ascii="TH SarabunPSK" w:hAnsi="TH SarabunPSK" w:cs="TH SarabunPSK" w:hint="cs"/>
          <w:sz w:val="32"/>
          <w:szCs w:val="32"/>
          <w:cs/>
        </w:rPr>
        <w:t>๑. เพื่อป้องกันการแพร่ระบาดของยาเสพติดเข้าสู่สถานศึกษาในทุกรูปแบบ</w:t>
      </w:r>
      <w:r w:rsidR="009871C7" w:rsidRPr="009871C7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5A60C508" w14:textId="77777777" w:rsidR="009871C7" w:rsidRDefault="009871C7" w:rsidP="009871C7">
      <w:pPr>
        <w:tabs>
          <w:tab w:val="left" w:pos="851"/>
          <w:tab w:val="left" w:pos="1276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9871C7">
        <w:rPr>
          <w:rFonts w:ascii="TH SarabunPSK" w:hAnsi="TH SarabunPSK" w:cs="TH SarabunPSK" w:hint="cs"/>
          <w:sz w:val="32"/>
          <w:szCs w:val="32"/>
          <w:cs/>
        </w:rPr>
        <w:t>๒. เพื่อคัดกรองและช่วยเหลือนักเรียนกลุ่มเสี่ยงหรือผู้หลงผิดให้ได้รับการบำบัดรักษาอย่างเหมาะสม</w:t>
      </w:r>
      <w:r w:rsidRPr="009871C7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6E626EE9" w14:textId="77777777" w:rsidR="008248DB" w:rsidRDefault="009871C7" w:rsidP="009871C7">
      <w:pPr>
        <w:tabs>
          <w:tab w:val="left" w:pos="851"/>
          <w:tab w:val="left" w:pos="1276"/>
          <w:tab w:val="left" w:pos="1701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9871C7">
        <w:rPr>
          <w:rFonts w:ascii="TH SarabunPSK" w:hAnsi="TH SarabunPSK" w:cs="TH SarabunPSK" w:hint="cs"/>
          <w:sz w:val="32"/>
          <w:szCs w:val="32"/>
          <w:cs/>
        </w:rPr>
        <w:t>๓. เพื่อสร้างเครือข่ายความร่วมมือระหว่างโรงเรียน บ้าน และชุมชนในการเฝ้าระวังปัญหายาเสพติด</w:t>
      </w:r>
    </w:p>
    <w:p w14:paraId="2D245E08" w14:textId="2B54C6FC" w:rsidR="004F35C0" w:rsidRPr="009C66CA" w:rsidRDefault="004F35C0" w:rsidP="009871C7">
      <w:pPr>
        <w:tabs>
          <w:tab w:val="left" w:pos="851"/>
          <w:tab w:val="left" w:pos="1276"/>
          <w:tab w:val="left" w:pos="1701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C66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๒</w:t>
      </w:r>
      <w:r w:rsidRPr="009C66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.</w:t>
      </w:r>
      <w:r w:rsidRPr="009C66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รายละเอียดภารกิจและกิจกรรมที่ต้องดำเนินการ</w:t>
      </w:r>
    </w:p>
    <w:p w14:paraId="6D74DF5E" w14:textId="121A6C75" w:rsidR="004F35C0" w:rsidRPr="009C66CA" w:rsidRDefault="004F35C0" w:rsidP="004F35C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C66CA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9C66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๒</w:t>
      </w:r>
      <w:r w:rsidRPr="009C66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.</w:t>
      </w:r>
      <w:r w:rsidRPr="009C66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๑</w:t>
      </w:r>
      <w:r w:rsidRPr="009C66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9C66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การเตรียมการเกิดเหตุ</w:t>
      </w:r>
    </w:p>
    <w:tbl>
      <w:tblPr>
        <w:tblW w:w="94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8"/>
        <w:gridCol w:w="4678"/>
        <w:gridCol w:w="2552"/>
      </w:tblGrid>
      <w:tr w:rsidR="004F35C0" w:rsidRPr="009C66CA" w14:paraId="073E5413" w14:textId="77777777" w:rsidTr="008248DB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A1707" w14:textId="77777777" w:rsidR="004F35C0" w:rsidRPr="009C66CA" w:rsidRDefault="004F35C0" w:rsidP="00936FC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24761" w14:textId="77777777" w:rsidR="004F35C0" w:rsidRPr="009C66CA" w:rsidRDefault="004F35C0" w:rsidP="00936FC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913ED" w14:textId="77777777" w:rsidR="004F35C0" w:rsidRPr="009C66CA" w:rsidRDefault="004F35C0" w:rsidP="00936FC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ผู้รับผิดชอบ</w:t>
            </w:r>
          </w:p>
        </w:tc>
      </w:tr>
      <w:tr w:rsidR="004F35C0" w:rsidRPr="009C66CA" w14:paraId="7060A5DD" w14:textId="77777777" w:rsidTr="009871C7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C22CF" w14:textId="77777777" w:rsidR="004F35C0" w:rsidRPr="008248DB" w:rsidRDefault="004F35C0" w:rsidP="008248D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๑</w:t>
            </w:r>
            <w:r w:rsidRPr="008248D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8248D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ประชุมคณะกรรมการบริหารสถานศึกษา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04B19" w14:textId="77777777" w:rsidR="004F35C0" w:rsidRPr="009C66CA" w:rsidRDefault="004F35C0" w:rsidP="00936FCC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กำหนดนโยบายการดำเนินงาน</w:t>
            </w:r>
          </w:p>
          <w:p w14:paraId="3A8DC723" w14:textId="77777777" w:rsidR="004F35C0" w:rsidRPr="009C66CA" w:rsidRDefault="004F35C0" w:rsidP="00936FCC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ประกาศนโยบายการป้องกันความเสี่ยงจากภัยยาเสพติด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D675F" w14:textId="77777777" w:rsidR="004F35C0" w:rsidRPr="009C66CA" w:rsidRDefault="004F35C0" w:rsidP="00936FCC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คณะกรรมการบริหารสถานศึกษา</w:t>
            </w:r>
          </w:p>
          <w:p w14:paraId="3F13A9AA" w14:textId="77777777" w:rsidR="004F35C0" w:rsidRPr="009C66CA" w:rsidRDefault="004F35C0" w:rsidP="00936FCC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ผู้อำนวยการสถานศึกษา</w:t>
            </w:r>
          </w:p>
        </w:tc>
      </w:tr>
      <w:tr w:rsidR="004F35C0" w:rsidRPr="009C66CA" w14:paraId="081E405D" w14:textId="77777777" w:rsidTr="009871C7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7F796" w14:textId="77777777" w:rsidR="004F35C0" w:rsidRPr="008248DB" w:rsidRDefault="004F35C0" w:rsidP="008248D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๒</w:t>
            </w:r>
            <w:r w:rsidRPr="008248D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8248D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จัดทำคำสั่งแต่งตั้งคณะทำงานปฏิบัติ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20957" w14:textId="77777777" w:rsidR="004F35C0" w:rsidRPr="009C66CA" w:rsidRDefault="004F35C0" w:rsidP="00936FCC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มอบหมายหน้าที่การปฏิบัติงานให้มีความชัดเจนภายในสถานศึกษา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D0BE6" w14:textId="77777777" w:rsidR="004F35C0" w:rsidRPr="009C66CA" w:rsidRDefault="004F35C0" w:rsidP="00936FCC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คณะทำงานปฏิบัติงาน</w:t>
            </w:r>
          </w:p>
        </w:tc>
      </w:tr>
      <w:tr w:rsidR="004F35C0" w:rsidRPr="009C66CA" w14:paraId="5A5AA247" w14:textId="77777777" w:rsidTr="009871C7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7EB8B" w14:textId="77777777" w:rsidR="004F35C0" w:rsidRPr="008248DB" w:rsidRDefault="004F35C0" w:rsidP="008248D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๓</w:t>
            </w:r>
            <w:r w:rsidRPr="008248D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8248D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จัดทำสื่อ สาระการเรียนรู้ และวิธีการสร้างทักษะ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3F4B8" w14:textId="77777777" w:rsidR="004F35C0" w:rsidRPr="009C66CA" w:rsidRDefault="004F35C0" w:rsidP="00936FCC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ให้ความรู้และฝึกทักษะด้วยวิธีการที่หลากหลาย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02867" w14:textId="77777777" w:rsidR="004F35C0" w:rsidRPr="009C66CA" w:rsidRDefault="004F35C0" w:rsidP="00936FCC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คณะทำงานปฏิบัติงาน</w:t>
            </w:r>
          </w:p>
        </w:tc>
      </w:tr>
      <w:tr w:rsidR="004F35C0" w:rsidRPr="009C66CA" w14:paraId="2BFB3739" w14:textId="77777777" w:rsidTr="009871C7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053BC" w14:textId="77777777" w:rsidR="004F35C0" w:rsidRPr="008248DB" w:rsidRDefault="004F35C0" w:rsidP="008248D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๔</w:t>
            </w:r>
            <w:r w:rsidRPr="008248D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8248D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จัดทำผังขั้นตอนการปฏิบัติงาน การประสานงาน</w:t>
            </w:r>
            <w:proofErr w:type="spellStart"/>
            <w:r w:rsidRPr="008248D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อื่นๆ</w:t>
            </w:r>
            <w:proofErr w:type="spellEnd"/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93A40" w14:textId="77777777" w:rsidR="004F35C0" w:rsidRPr="009C66CA" w:rsidRDefault="004F35C0" w:rsidP="00936FCC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ฝึกซ้อมเพื่อให้เกิดความชำนาญ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C72C2" w14:textId="77777777" w:rsidR="004F35C0" w:rsidRPr="009C66CA" w:rsidRDefault="004F35C0" w:rsidP="00936FCC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นักเรียนครูและบุคลากรทางการศึกษา</w:t>
            </w:r>
          </w:p>
        </w:tc>
      </w:tr>
    </w:tbl>
    <w:p w14:paraId="5F8248C4" w14:textId="77777777" w:rsidR="004F35C0" w:rsidRPr="009C66CA" w:rsidRDefault="004F35C0" w:rsidP="004F35C0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42E76D9" w14:textId="77777777" w:rsidR="004F35C0" w:rsidRPr="009C66CA" w:rsidRDefault="004F35C0" w:rsidP="004F35C0">
      <w:pPr>
        <w:tabs>
          <w:tab w:val="left" w:pos="851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C66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   </w:t>
      </w:r>
      <w:r w:rsidRPr="009C66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ab/>
      </w:r>
      <w:r w:rsidRPr="009C66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๒</w:t>
      </w:r>
      <w:r w:rsidRPr="009C66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.</w:t>
      </w:r>
      <w:r w:rsidRPr="009C66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๒</w:t>
      </w:r>
      <w:r w:rsidRPr="009C66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9C66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การปฏิบัติงานระหว่างเกิดเหตุ</w:t>
      </w:r>
    </w:p>
    <w:tbl>
      <w:tblPr>
        <w:tblW w:w="94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4678"/>
        <w:gridCol w:w="2410"/>
      </w:tblGrid>
      <w:tr w:rsidR="004F35C0" w:rsidRPr="009C66CA" w14:paraId="0AF1C622" w14:textId="77777777" w:rsidTr="008248DB">
        <w:trPr>
          <w:tblHeader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22F09" w14:textId="77777777" w:rsidR="004F35C0" w:rsidRPr="009C66CA" w:rsidRDefault="004F35C0" w:rsidP="00936FC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33BB1" w14:textId="77777777" w:rsidR="004F35C0" w:rsidRPr="009C66CA" w:rsidRDefault="004F35C0" w:rsidP="00936FC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5E3D3" w14:textId="77777777" w:rsidR="004F35C0" w:rsidRPr="009C66CA" w:rsidRDefault="004F35C0" w:rsidP="00936FC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ผู้รับผิดชอบ</w:t>
            </w:r>
          </w:p>
        </w:tc>
      </w:tr>
      <w:tr w:rsidR="004F35C0" w:rsidRPr="009C66CA" w14:paraId="1B2702C1" w14:textId="77777777" w:rsidTr="009871C7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ACDD4" w14:textId="77777777" w:rsidR="004F35C0" w:rsidRPr="008248DB" w:rsidRDefault="004F35C0" w:rsidP="008248D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๑</w:t>
            </w:r>
            <w:r w:rsidRPr="008248D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8248D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จัดการในภาวะฉุกเฉิน และมีเอกภาพในการสั่งการ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74928" w14:textId="77777777" w:rsidR="004F35C0" w:rsidRPr="009C66CA" w:rsidRDefault="004F35C0" w:rsidP="00936FCC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มีเอกภาพในการจัดการในภาวะฉุกเฉินและมีเอกภาพในการสั่งการ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E6936" w14:textId="77777777" w:rsidR="004F35C0" w:rsidRPr="009C66CA" w:rsidRDefault="004F35C0" w:rsidP="00936FCC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เจ้าหน้าที่หรือหัวหน้าหน่วยบัญชาการเหตุการณ์</w:t>
            </w:r>
          </w:p>
        </w:tc>
      </w:tr>
      <w:tr w:rsidR="004F35C0" w:rsidRPr="009C66CA" w14:paraId="3729752C" w14:textId="77777777" w:rsidTr="009871C7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15A30" w14:textId="77777777" w:rsidR="004F35C0" w:rsidRPr="008248DB" w:rsidRDefault="004F35C0" w:rsidP="008248D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๒</w:t>
            </w:r>
            <w:r w:rsidRPr="008248D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8248D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สนธิกำลังร่วมกับหน่วยงานเครือข่ายในพื้นที่ปฏิบัติงาน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DC67E" w14:textId="77777777" w:rsidR="004F35C0" w:rsidRPr="009C66CA" w:rsidRDefault="004F35C0" w:rsidP="00936FCC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ปฏิบัติงานตามอำนาจหน้าที่ของหน่วยงานเครือข่าย โดยคำนึกถึงผู้ได้รับภัยเป็นสำคัญ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4AE90" w14:textId="77777777" w:rsidR="004F35C0" w:rsidRPr="009C66CA" w:rsidRDefault="004F35C0" w:rsidP="00936FCC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เจ้าหน้าที่ของหน่วยงานที่ร่วมสนธิกำลัง</w:t>
            </w:r>
          </w:p>
        </w:tc>
      </w:tr>
      <w:tr w:rsidR="004F35C0" w:rsidRPr="009C66CA" w14:paraId="2D40839D" w14:textId="77777777" w:rsidTr="009871C7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0EEEE" w14:textId="77777777" w:rsidR="004F35C0" w:rsidRPr="008248DB" w:rsidRDefault="004F35C0" w:rsidP="008248D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๓</w:t>
            </w:r>
            <w:r w:rsidRPr="008248D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8248D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รายงานสถานการณ์ต่อหน่วยงานต้นสังกัด หรือสื่อสารข้อเท็จจริงให้นักเรียน ครูและบุคลากรทางการศึกษาได้ทราบ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AF80E" w14:textId="77777777" w:rsidR="004F35C0" w:rsidRPr="009C66CA" w:rsidRDefault="004F35C0" w:rsidP="00936FCC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รายงานและสื่อสารเป็นหนังสือหรือด้วยวาจา หรือผ่านสื่อดิจิทัล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AF187" w14:textId="77777777" w:rsidR="004F35C0" w:rsidRPr="009C66CA" w:rsidRDefault="004F35C0" w:rsidP="00936FCC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เจ้าหน้าที่หรือหัวหน้าหน่วยบัญชาการเหตุการณ์</w:t>
            </w:r>
          </w:p>
        </w:tc>
      </w:tr>
    </w:tbl>
    <w:p w14:paraId="1F05E107" w14:textId="77777777" w:rsidR="004F35C0" w:rsidRPr="009C66CA" w:rsidRDefault="004F35C0" w:rsidP="004F35C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F967C7F" w14:textId="1369CFA1" w:rsidR="004F35C0" w:rsidRPr="009C66CA" w:rsidRDefault="004F35C0" w:rsidP="004F35C0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C66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9C66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๒</w:t>
      </w:r>
      <w:r w:rsidRPr="009C66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.</w:t>
      </w:r>
      <w:r w:rsidRPr="009C66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๓</w:t>
      </w:r>
      <w:r w:rsidRPr="009C66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9C66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การปฏิบัติงานหลังเกิดเหตุ</w:t>
      </w:r>
    </w:p>
    <w:tbl>
      <w:tblPr>
        <w:tblW w:w="94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1"/>
        <w:gridCol w:w="3827"/>
        <w:gridCol w:w="2410"/>
      </w:tblGrid>
      <w:tr w:rsidR="004F35C0" w:rsidRPr="009C66CA" w14:paraId="03377F33" w14:textId="77777777" w:rsidTr="008248DB"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2DB66" w14:textId="77777777" w:rsidR="004F35C0" w:rsidRPr="009C66CA" w:rsidRDefault="004F35C0" w:rsidP="008248D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78191" w14:textId="77777777" w:rsidR="004F35C0" w:rsidRPr="009C66CA" w:rsidRDefault="004F35C0" w:rsidP="008248D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26347" w14:textId="77777777" w:rsidR="004F35C0" w:rsidRPr="009C66CA" w:rsidRDefault="004F35C0" w:rsidP="008248D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ผู้รับผิดชอบ</w:t>
            </w:r>
          </w:p>
        </w:tc>
      </w:tr>
      <w:tr w:rsidR="004F35C0" w:rsidRPr="009C66CA" w14:paraId="4FD09E46" w14:textId="77777777" w:rsidTr="009871C7"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78A4B" w14:textId="77777777" w:rsidR="004F35C0" w:rsidRPr="009C66CA" w:rsidRDefault="004F35C0" w:rsidP="00936FCC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จัดให้มีการฟื้นฟู ช่วยเหลือเยียวยา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10CA8" w14:textId="77777777" w:rsidR="004F35C0" w:rsidRPr="009C66CA" w:rsidRDefault="004F35C0" w:rsidP="00936FCC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ให้การฟื้นฟู ช่วยเหลือ เยียวยาผู้ประสบภัย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F565A" w14:textId="77777777" w:rsidR="004F35C0" w:rsidRPr="009C66CA" w:rsidRDefault="004F35C0" w:rsidP="008248D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เจ้าหน้าที่ที่ได้รับมอบหมาย</w:t>
            </w:r>
          </w:p>
        </w:tc>
      </w:tr>
      <w:tr w:rsidR="004F35C0" w:rsidRPr="009C66CA" w14:paraId="40AE0FAA" w14:textId="77777777" w:rsidTr="009871C7"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4CCA2" w14:textId="77777777" w:rsidR="004F35C0" w:rsidRPr="009C66CA" w:rsidRDefault="004F35C0" w:rsidP="00936FCC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๒</w:t>
            </w: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ดำเนินการทางกฎหมายและ</w:t>
            </w:r>
            <w:proofErr w:type="spellStart"/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อื่นๆ</w:t>
            </w:r>
            <w:proofErr w:type="spellEnd"/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ที่เกี่ยวข้อง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B1739" w14:textId="77777777" w:rsidR="004F35C0" w:rsidRPr="009C66CA" w:rsidRDefault="004F35C0" w:rsidP="00936FCC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แจ้งความ ร้องทุกข์ ขอรับหารช่วยเหลือ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6E4A2" w14:textId="77777777" w:rsidR="004F35C0" w:rsidRPr="009C66CA" w:rsidRDefault="004F35C0" w:rsidP="008248D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นักเรียน ครูและบุคลากรทางการศึกษาที่ได้รับผลกระทบ</w:t>
            </w:r>
          </w:p>
        </w:tc>
      </w:tr>
      <w:tr w:rsidR="004F35C0" w:rsidRPr="009C66CA" w14:paraId="449E06E9" w14:textId="77777777" w:rsidTr="009871C7"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BCD6A" w14:textId="77777777" w:rsidR="004F35C0" w:rsidRPr="009C66CA" w:rsidRDefault="004F35C0" w:rsidP="00936FCC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</w:t>
            </w: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สรุปรายงานผลการปฏิบัติงานต่อหน่วยงานต้นสังกัด หรือสื่อสารข้อเท็จจริงให้นักเรียน ครูและบุคลากรทางการศึกษาได้ทราบ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4417D" w14:textId="77777777" w:rsidR="004F35C0" w:rsidRPr="009C66CA" w:rsidRDefault="004F35C0" w:rsidP="00936FCC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สรุปรายงานและสื่อสารเป็นนหนังสือหรือด้วยจวาจาหรือผ่านสื่อดิจิทัล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11421" w14:textId="77777777" w:rsidR="004F35C0" w:rsidRPr="009C66CA" w:rsidRDefault="004F35C0" w:rsidP="008248D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เจ้าหน้าที่ที่ได้รับมอบหมาย</w:t>
            </w:r>
          </w:p>
        </w:tc>
      </w:tr>
      <w:tr w:rsidR="004F35C0" w:rsidRPr="009C66CA" w14:paraId="6D7F299B" w14:textId="77777777" w:rsidTr="009871C7"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BF913" w14:textId="77777777" w:rsidR="004F35C0" w:rsidRPr="009C66CA" w:rsidRDefault="004F35C0" w:rsidP="00936FCC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</w:t>
            </w: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ทบทวนบทบาท ภารกิจและกระบวนการแก้ไขปัญหา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F4557" w14:textId="77777777" w:rsidR="004F35C0" w:rsidRPr="009C66CA" w:rsidRDefault="004F35C0" w:rsidP="00936FCC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ประชุมโต๊ะกลม รับฟังความเห็น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3E2C4" w14:textId="77777777" w:rsidR="004F35C0" w:rsidRPr="009C66CA" w:rsidRDefault="004F35C0" w:rsidP="008248D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C6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เจ้าหน้าที่และหัวหน้าหน่วยบัญชาการเหตุการณ์</w:t>
            </w:r>
          </w:p>
        </w:tc>
      </w:tr>
    </w:tbl>
    <w:p w14:paraId="7D98D417" w14:textId="77777777" w:rsidR="009871C7" w:rsidRPr="00AC7BFD" w:rsidRDefault="009871C7" w:rsidP="009871C7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๓. ระยะเวลาในการป้องกัน</w:t>
      </w:r>
    </w:p>
    <w:p w14:paraId="6B0D6253" w14:textId="77777777" w:rsidR="009871C7" w:rsidRPr="00AC7BFD" w:rsidRDefault="009871C7" w:rsidP="009871C7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7B82009C" w14:textId="77777777" w:rsidR="009871C7" w:rsidRPr="00AC7BFD" w:rsidRDefault="009871C7" w:rsidP="009871C7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2FEEFEA8" w14:textId="77777777" w:rsidR="00B478AD" w:rsidRPr="00AC7BFD" w:rsidRDefault="00B478AD" w:rsidP="00B478AD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1B9F77B" w14:textId="77777777" w:rsidR="009871C7" w:rsidRPr="00AC7BFD" w:rsidRDefault="009871C7" w:rsidP="009871C7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753D382D" w14:textId="77777777" w:rsidR="00F92339" w:rsidRDefault="00F92339" w:rsidP="00F9233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53FD3C21" w14:textId="77777777" w:rsidR="00B478AD" w:rsidRDefault="00B478AD" w:rsidP="00B478AD">
      <w:pPr>
        <w:pStyle w:val="21"/>
        <w:rPr>
          <w:rStyle w:val="ad"/>
          <w:rFonts w:ascii="TH SarabunPSK" w:hAnsi="TH SarabunPSK" w:cs="TH SarabunPSK"/>
          <w:b/>
          <w:bCs/>
          <w:color w:val="70AD47" w:themeColor="accent6"/>
          <w:sz w:val="48"/>
          <w:szCs w:val="48"/>
        </w:rPr>
      </w:pPr>
    </w:p>
    <w:p w14:paraId="6A69B142" w14:textId="77777777" w:rsidR="00B478AD" w:rsidRDefault="00B478AD" w:rsidP="00B478AD">
      <w:pPr>
        <w:pStyle w:val="21"/>
        <w:rPr>
          <w:rStyle w:val="ad"/>
          <w:rFonts w:ascii="TH SarabunPSK" w:hAnsi="TH SarabunPSK" w:cs="TH SarabunPSK"/>
          <w:b/>
          <w:bCs/>
          <w:color w:val="70AD47" w:themeColor="accent6"/>
          <w:sz w:val="48"/>
          <w:szCs w:val="48"/>
        </w:rPr>
      </w:pPr>
    </w:p>
    <w:p w14:paraId="29E296C7" w14:textId="77777777" w:rsidR="00B478AD" w:rsidRDefault="00B478AD" w:rsidP="00B478AD">
      <w:pPr>
        <w:pStyle w:val="21"/>
        <w:rPr>
          <w:rStyle w:val="ad"/>
          <w:rFonts w:ascii="TH SarabunPSK" w:hAnsi="TH SarabunPSK" w:cs="TH SarabunPSK"/>
          <w:b/>
          <w:bCs/>
          <w:color w:val="70AD47" w:themeColor="accent6"/>
          <w:sz w:val="48"/>
          <w:szCs w:val="48"/>
        </w:rPr>
      </w:pPr>
    </w:p>
    <w:p w14:paraId="5CF48B4B" w14:textId="77777777" w:rsidR="00B478AD" w:rsidRDefault="00B478AD" w:rsidP="00B478AD">
      <w:pPr>
        <w:pStyle w:val="21"/>
        <w:rPr>
          <w:rStyle w:val="ad"/>
          <w:rFonts w:ascii="TH SarabunPSK" w:hAnsi="TH SarabunPSK" w:cs="TH SarabunPSK"/>
          <w:b/>
          <w:bCs/>
          <w:color w:val="70AD47" w:themeColor="accent6"/>
          <w:sz w:val="48"/>
          <w:szCs w:val="48"/>
        </w:rPr>
      </w:pPr>
    </w:p>
    <w:p w14:paraId="4A2A0F6A" w14:textId="77777777" w:rsidR="00B478AD" w:rsidRDefault="00B478AD" w:rsidP="00B478AD">
      <w:pPr>
        <w:pStyle w:val="21"/>
        <w:rPr>
          <w:rStyle w:val="ad"/>
          <w:rFonts w:ascii="TH SarabunPSK" w:hAnsi="TH SarabunPSK" w:cs="TH SarabunPSK"/>
          <w:b/>
          <w:bCs/>
          <w:color w:val="70AD47" w:themeColor="accent6"/>
          <w:sz w:val="48"/>
          <w:szCs w:val="48"/>
        </w:rPr>
      </w:pPr>
    </w:p>
    <w:p w14:paraId="2279FE2E" w14:textId="77777777" w:rsidR="00B478AD" w:rsidRDefault="00B478AD" w:rsidP="00B478AD">
      <w:pPr>
        <w:pStyle w:val="21"/>
        <w:rPr>
          <w:rStyle w:val="ad"/>
          <w:rFonts w:ascii="TH SarabunPSK" w:hAnsi="TH SarabunPSK" w:cs="TH SarabunPSK"/>
          <w:b/>
          <w:bCs/>
          <w:color w:val="70AD47" w:themeColor="accent6"/>
          <w:sz w:val="48"/>
          <w:szCs w:val="48"/>
        </w:rPr>
      </w:pPr>
    </w:p>
    <w:p w14:paraId="4721AE31" w14:textId="2A9D7A49" w:rsidR="00B478AD" w:rsidRDefault="00B478AD" w:rsidP="00B478AD">
      <w:pPr>
        <w:pStyle w:val="21"/>
        <w:rPr>
          <w:rStyle w:val="ad"/>
          <w:rFonts w:ascii="TH SarabunPSK" w:hAnsi="TH SarabunPSK" w:cs="TH SarabunPSK"/>
          <w:b/>
          <w:bCs/>
          <w:color w:val="70AD47" w:themeColor="accent6"/>
          <w:sz w:val="48"/>
          <w:szCs w:val="48"/>
        </w:rPr>
      </w:pPr>
    </w:p>
    <w:p w14:paraId="7668FDA3" w14:textId="721361A1" w:rsidR="00CB592D" w:rsidRDefault="00CB592D" w:rsidP="00B478AD">
      <w:pPr>
        <w:pStyle w:val="21"/>
        <w:rPr>
          <w:rStyle w:val="ad"/>
          <w:rFonts w:ascii="TH SarabunPSK" w:hAnsi="TH SarabunPSK" w:cs="TH SarabunPSK"/>
          <w:b/>
          <w:bCs/>
          <w:color w:val="70AD47" w:themeColor="accent6"/>
          <w:sz w:val="48"/>
          <w:szCs w:val="48"/>
        </w:rPr>
      </w:pPr>
    </w:p>
    <w:p w14:paraId="6C9549E8" w14:textId="4776F106" w:rsidR="00CB592D" w:rsidRDefault="00CB592D" w:rsidP="00B478AD">
      <w:pPr>
        <w:pStyle w:val="21"/>
        <w:rPr>
          <w:rStyle w:val="ad"/>
          <w:rFonts w:ascii="TH SarabunPSK" w:hAnsi="TH SarabunPSK" w:cs="TH SarabunPSK"/>
          <w:b/>
          <w:bCs/>
          <w:color w:val="70AD47" w:themeColor="accent6"/>
          <w:sz w:val="48"/>
          <w:szCs w:val="48"/>
        </w:rPr>
      </w:pPr>
    </w:p>
    <w:p w14:paraId="5D49A248" w14:textId="44353D76" w:rsidR="00B478AD" w:rsidRPr="00B478AD" w:rsidRDefault="00F90FA2" w:rsidP="00B478AD">
      <w:pPr>
        <w:pStyle w:val="21"/>
        <w:rPr>
          <w:rFonts w:ascii="TH SarabunPSK" w:hAnsi="TH SarabunPSK" w:cs="TH SarabunPSK"/>
          <w:color w:val="70AD47" w:themeColor="accent6"/>
          <w:sz w:val="48"/>
          <w:szCs w:val="48"/>
        </w:rPr>
      </w:pPr>
      <w:r w:rsidRPr="008248DB">
        <w:rPr>
          <w:rStyle w:val="ad"/>
          <w:rFonts w:ascii="TH SarabunPSK" w:hAnsi="TH SarabunPSK" w:cs="TH SarabunPSK" w:hint="cs"/>
          <w:b/>
          <w:bCs/>
          <w:color w:val="70AD47" w:themeColor="accent6"/>
          <w:sz w:val="48"/>
          <w:szCs w:val="48"/>
          <w:cs/>
        </w:rPr>
        <w:lastRenderedPageBreak/>
        <w:t>ภัยที่เกิดจากอุบัติเหตุ</w:t>
      </w:r>
      <w:r w:rsidR="00B478AD">
        <w:rPr>
          <w:cs/>
        </w:rPr>
        <w:tab/>
      </w:r>
    </w:p>
    <w:p w14:paraId="71FA9F48" w14:textId="58C7DFBD" w:rsidR="00C30172" w:rsidRPr="00B478AD" w:rsidRDefault="008C512B" w:rsidP="00B478AD">
      <w:pPr>
        <w:pStyle w:val="21"/>
        <w:rPr>
          <w:rFonts w:ascii="TH SarabunPSK" w:hAnsi="TH SarabunPSK" w:cs="TH SarabunPSK"/>
          <w:b w:val="0"/>
          <w:bCs w:val="0"/>
          <w:color w:val="70AD47" w:themeColor="accent6"/>
          <w:sz w:val="48"/>
          <w:szCs w:val="48"/>
        </w:rPr>
      </w:pPr>
      <w:r w:rsidRPr="008C512B">
        <w:rPr>
          <w:rFonts w:ascii="TH SarabunPSK" w:hAnsi="TH SarabunPSK" w:cs="TH SarabunPSK" w:hint="cs"/>
          <w:sz w:val="32"/>
          <w:szCs w:val="32"/>
          <w:cs/>
        </w:rPr>
        <w:t>ปัจจุบันอุบัติเหตุในสถานศึกษาไทยยังคงเป็นความเสี่ยงอันดับต้นๆ โดยเฉพาะอุบัติเหตุทางถนนบริเวณหน้าโรงเรียนและการรับ-ส่งนักเรียนที่ขาดมาตรฐานความปลอดภัยที่เข้มงวด ภายในสถานศึกษายังพบความเสี่ยงจากอุปกรณ์อาคารสถานที่เสื่อมสภาพ เช่น เครื่องเล่นสนามหรือระบบไฟฟ้า รวมถึงอุบัติเหตุจากการทำกิจกรรมและการเรียนการสอนที่ขาดการกำกับดูแลอย่างใกล้ชิด ภาครัฐจึงเร่งบังคับใช้มาตรการ "สถานศึกษาปลอดภัย" ผ่านการตรวจสอบโครงสร้างพื้นฐานอย่างสม่ำเสมอและฝึกซ้อมแผนเผชิญเหตุเพื่อลดอัตราการบาดเจ็บและสูญเสียของนักเรียนให้เป็นศูนย์อย่างยั่งยื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</w:p>
    <w:p w14:paraId="0CA2047B" w14:textId="50474D8C" w:rsidR="007A6367" w:rsidRPr="00AC7BFD" w:rsidRDefault="002C263D" w:rsidP="00AC7BFD">
      <w:pPr>
        <w:pStyle w:val="21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6071C1AA" wp14:editId="02B89A85">
                <wp:simplePos x="0" y="0"/>
                <wp:positionH relativeFrom="column">
                  <wp:posOffset>1197743</wp:posOffset>
                </wp:positionH>
                <wp:positionV relativeFrom="paragraph">
                  <wp:posOffset>-284</wp:posOffset>
                </wp:positionV>
                <wp:extent cx="3578400" cy="271780"/>
                <wp:effectExtent l="0" t="0" r="15875" b="7620"/>
                <wp:wrapNone/>
                <wp:docPr id="1106152479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8400" cy="271780"/>
                        </a:xfrm>
                        <a:prstGeom prst="roundRect">
                          <a:avLst>
                            <a:gd name="adj" fmla="val 2649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F975FFB" id="สี่เหลี่ยมผืนผ้ามุมมน 2" o:spid="_x0000_s1026" style="position:absolute;margin-left:94.3pt;margin-top:0;width:281.75pt;height:21.4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7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7A6367" w:rsidRPr="00AC7BFD">
        <w:rPr>
          <w:rFonts w:ascii="TH SarabunPSK" w:hAnsi="TH SarabunPSK" w:cs="TH SarabunPSK" w:hint="cs"/>
          <w:sz w:val="32"/>
          <w:szCs w:val="32"/>
        </w:rPr>
        <w:t xml:space="preserve"> </w:t>
      </w:r>
      <w:r w:rsidR="007A6367" w:rsidRPr="00AC7BFD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แผนเผชิญเหตุ ภัยธรรมชาติ (น้ำท่วม พายุ แผ่นดินไหว ฯลฯ)</w:t>
      </w:r>
    </w:p>
    <w:p w14:paraId="3E928A65" w14:textId="77777777" w:rsidR="007A6367" w:rsidRPr="00AC7BFD" w:rsidRDefault="007A6367" w:rsidP="007A6367">
      <w:pPr>
        <w:pStyle w:val="31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๑. วัตถุประสงค์</w:t>
      </w:r>
    </w:p>
    <w:p w14:paraId="61A64C93" w14:textId="77777777" w:rsidR="004A5F5E" w:rsidRPr="004A5F5E" w:rsidRDefault="004A5F5E" w:rsidP="004A5F5E">
      <w:pPr>
        <w:pStyle w:val="31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5E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๑. เพื่อลดความเสี่ยงต่อชีวิตและทรัพย์สินของนักเรียนและบุคลากรจากสถานการณ์ภัยธรรมชาติ</w:t>
      </w:r>
      <w:r w:rsidRPr="004A5F5E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</w:p>
    <w:p w14:paraId="498AC88F" w14:textId="77777777" w:rsidR="004A5F5E" w:rsidRPr="004A5F5E" w:rsidRDefault="004A5F5E" w:rsidP="004A5F5E">
      <w:pPr>
        <w:pStyle w:val="31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5E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๒. เพื่อให้มีระบบการเคลื่อนย้ายนักเรียนไปยังจุดรวมพลหรือพื้นที่ปลอดภัยอย่างรวดเร็วและปลอดภัย</w:t>
      </w:r>
      <w:r w:rsidRPr="004A5F5E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</w:p>
    <w:p w14:paraId="7785F889" w14:textId="7E66D06D" w:rsidR="004A5F5E" w:rsidRPr="004A5F5E" w:rsidRDefault="004A5F5E" w:rsidP="004A5F5E">
      <w:pPr>
        <w:pStyle w:val="31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4A5F5E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๓. เพื่อสร้างระบบการสื่อสารและประสานงานกับหน่วยงานบรรเทาสาธารณภัยในพื้นที่</w:t>
      </w:r>
    </w:p>
    <w:p w14:paraId="6430C73B" w14:textId="43B1447E" w:rsidR="007A6367" w:rsidRPr="004A5F5E" w:rsidRDefault="007A6367" w:rsidP="004A5F5E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4A5F5E">
        <w:rPr>
          <w:rFonts w:ascii="TH SarabunPSK" w:hAnsi="TH SarabunPSK" w:cs="TH SarabunPSK" w:hint="cs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3E580291" w14:textId="77777777" w:rsidR="007A6367" w:rsidRPr="004A5F5E" w:rsidRDefault="007A6367" w:rsidP="004A5F5E">
      <w:pPr>
        <w:pStyle w:val="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4A5F5E">
        <w:rPr>
          <w:rFonts w:ascii="TH SarabunPSK" w:hAnsi="TH SarabunPSK" w:cs="TH SarabunPSK" w:hint="cs"/>
          <w:sz w:val="32"/>
          <w:szCs w:val="32"/>
          <w:cs/>
        </w:rPr>
        <w:t>๒.๑ การเตรียมการก่อนเกิดเหตุ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72"/>
        <w:gridCol w:w="5666"/>
        <w:gridCol w:w="2327"/>
      </w:tblGrid>
      <w:tr w:rsidR="004A5F5E" w:rsidRPr="000C58F2" w14:paraId="1787C4E3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4FAFE7E3" w14:textId="77777777" w:rsidR="004A5F5E" w:rsidRPr="000C58F2" w:rsidRDefault="004A5F5E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2A5FCD94" w14:textId="77777777" w:rsidR="004A5F5E" w:rsidRPr="000C58F2" w:rsidRDefault="004A5F5E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385E5FA3" w14:textId="77777777" w:rsidR="004A5F5E" w:rsidRPr="000C58F2" w:rsidRDefault="004A5F5E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4A5F5E" w14:paraId="532AB658" w14:textId="77777777" w:rsidTr="004A5F5E">
        <w:tc>
          <w:tcPr>
            <w:tcW w:w="0" w:type="auto"/>
            <w:hideMark/>
          </w:tcPr>
          <w:p w14:paraId="32B912DD" w14:textId="77777777" w:rsidR="004A5F5E" w:rsidRPr="004A5F5E" w:rsidRDefault="004A5F5E" w:rsidP="004A5F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การเฝ้าระวัง</w:t>
            </w:r>
          </w:p>
        </w:tc>
        <w:tc>
          <w:tcPr>
            <w:tcW w:w="0" w:type="auto"/>
            <w:hideMark/>
          </w:tcPr>
          <w:p w14:paraId="0115667B" w14:textId="77777777" w:rsidR="004A5F5E" w:rsidRPr="004A5F5E" w:rsidRDefault="004A5F5E" w:rsidP="004A5F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ติดตามพยากรณ์อากาศจากกรมอุตุนิยมวิทยาอย่างต่อเนื่อง (โดยเฉพาะช่วงฤดูมรสุม)</w:t>
            </w:r>
          </w:p>
        </w:tc>
        <w:tc>
          <w:tcPr>
            <w:tcW w:w="0" w:type="auto"/>
            <w:hideMark/>
          </w:tcPr>
          <w:p w14:paraId="2D092705" w14:textId="77777777" w:rsidR="004A5F5E" w:rsidRPr="004A5F5E" w:rsidRDefault="004A5F5E" w:rsidP="004A5F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 / ครูเวร</w:t>
            </w:r>
          </w:p>
        </w:tc>
      </w:tr>
      <w:tr w:rsidR="004A5F5E" w14:paraId="63C31085" w14:textId="77777777" w:rsidTr="004A5F5E">
        <w:tc>
          <w:tcPr>
            <w:tcW w:w="0" w:type="auto"/>
            <w:hideMark/>
          </w:tcPr>
          <w:p w14:paraId="28A236E8" w14:textId="77777777" w:rsidR="004A5F5E" w:rsidRPr="004A5F5E" w:rsidRDefault="004A5F5E" w:rsidP="004A5F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สำรวจอาคาร</w:t>
            </w:r>
          </w:p>
        </w:tc>
        <w:tc>
          <w:tcPr>
            <w:tcW w:w="0" w:type="auto"/>
            <w:hideMark/>
          </w:tcPr>
          <w:p w14:paraId="722137D9" w14:textId="77777777" w:rsidR="004A5F5E" w:rsidRPr="004A5F5E" w:rsidRDefault="004A5F5E" w:rsidP="004A5F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ตรวจเช็คความแข็งแรงของหลังคา หน้าต่าง และตัดแต่งกิ่งไม้ใหญ่ที่ใกล้ตัวอาคาร</w:t>
            </w:r>
          </w:p>
        </w:tc>
        <w:tc>
          <w:tcPr>
            <w:tcW w:w="0" w:type="auto"/>
            <w:hideMark/>
          </w:tcPr>
          <w:p w14:paraId="7F686A4D" w14:textId="77777777" w:rsidR="004A5F5E" w:rsidRPr="004A5F5E" w:rsidRDefault="004A5F5E" w:rsidP="004A5F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นักการภารโรง</w:t>
            </w:r>
          </w:p>
        </w:tc>
      </w:tr>
      <w:tr w:rsidR="004A5F5E" w14:paraId="6454760A" w14:textId="77777777" w:rsidTr="004A5F5E">
        <w:tc>
          <w:tcPr>
            <w:tcW w:w="0" w:type="auto"/>
            <w:hideMark/>
          </w:tcPr>
          <w:p w14:paraId="4D5DA498" w14:textId="77777777" w:rsidR="004A5F5E" w:rsidRPr="004A5F5E" w:rsidRDefault="004A5F5E" w:rsidP="004A5F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ซักซ้อมอพยพ</w:t>
            </w:r>
          </w:p>
        </w:tc>
        <w:tc>
          <w:tcPr>
            <w:tcW w:w="0" w:type="auto"/>
            <w:hideMark/>
          </w:tcPr>
          <w:p w14:paraId="1C8032BD" w14:textId="77777777" w:rsidR="004A5F5E" w:rsidRPr="004A5F5E" w:rsidRDefault="004A5F5E" w:rsidP="004A5F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sz w:val="32"/>
                <w:szCs w:val="32"/>
                <w:cs/>
              </w:rPr>
              <w:t>ฝึกซ้อมแผนหนีภัยธรรมชาติและระบุจุดรวมพลที่เป็นพื้นที่โล่งและปลอดภัย</w:t>
            </w:r>
          </w:p>
        </w:tc>
        <w:tc>
          <w:tcPr>
            <w:tcW w:w="0" w:type="auto"/>
            <w:hideMark/>
          </w:tcPr>
          <w:p w14:paraId="7D273620" w14:textId="77777777" w:rsidR="004A5F5E" w:rsidRPr="004A5F5E" w:rsidRDefault="004A5F5E" w:rsidP="004A5F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คณะกรรมการความปลอดภัย</w:t>
            </w:r>
          </w:p>
        </w:tc>
      </w:tr>
      <w:tr w:rsidR="004A5F5E" w14:paraId="4354C254" w14:textId="77777777" w:rsidTr="004A5F5E">
        <w:tc>
          <w:tcPr>
            <w:tcW w:w="0" w:type="auto"/>
            <w:hideMark/>
          </w:tcPr>
          <w:p w14:paraId="174146C3" w14:textId="77777777" w:rsidR="004A5F5E" w:rsidRPr="004A5F5E" w:rsidRDefault="004A5F5E" w:rsidP="004A5F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เตรียมเสบียง/ยา</w:t>
            </w:r>
          </w:p>
        </w:tc>
        <w:tc>
          <w:tcPr>
            <w:tcW w:w="0" w:type="auto"/>
            <w:hideMark/>
          </w:tcPr>
          <w:p w14:paraId="3E44543F" w14:textId="77777777" w:rsidR="004A5F5E" w:rsidRPr="004A5F5E" w:rsidRDefault="004A5F5E" w:rsidP="004A5F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จัดเตรียมชุดปฐมพยาบาลและน้ำดื่มสำรองในจุดที่เข้าถึงง่าย</w:t>
            </w:r>
          </w:p>
        </w:tc>
        <w:tc>
          <w:tcPr>
            <w:tcW w:w="0" w:type="auto"/>
            <w:hideMark/>
          </w:tcPr>
          <w:p w14:paraId="5E60D192" w14:textId="77777777" w:rsidR="004A5F5E" w:rsidRPr="004A5F5E" w:rsidRDefault="004A5F5E" w:rsidP="004A5F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ครูอนามัย / งานพัสดุ</w:t>
            </w:r>
          </w:p>
        </w:tc>
      </w:tr>
    </w:tbl>
    <w:p w14:paraId="1077F144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40"/>
        <w:gridCol w:w="5571"/>
        <w:gridCol w:w="2254"/>
      </w:tblGrid>
      <w:tr w:rsidR="004A5F5E" w:rsidRPr="000C58F2" w14:paraId="27237C56" w14:textId="77777777" w:rsidTr="008248DB">
        <w:trPr>
          <w:trHeight w:val="245"/>
          <w:tblHeader/>
        </w:trPr>
        <w:tc>
          <w:tcPr>
            <w:tcW w:w="1642" w:type="dxa"/>
            <w:shd w:val="clear" w:color="auto" w:fill="C5E0B3" w:themeFill="accent6" w:themeFillTint="66"/>
          </w:tcPr>
          <w:p w14:paraId="57A016DC" w14:textId="77777777" w:rsidR="004A5F5E" w:rsidRPr="000C58F2" w:rsidRDefault="004A5F5E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3399E830" w14:textId="77777777" w:rsidR="004A5F5E" w:rsidRPr="000C58F2" w:rsidRDefault="004A5F5E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326D535A" w14:textId="77777777" w:rsidR="004A5F5E" w:rsidRPr="000C58F2" w:rsidRDefault="004A5F5E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4A5F5E" w14:paraId="4287AFA8" w14:textId="77777777" w:rsidTr="004A5F5E">
        <w:tc>
          <w:tcPr>
            <w:tcW w:w="0" w:type="auto"/>
            <w:hideMark/>
          </w:tcPr>
          <w:p w14:paraId="13801FDD" w14:textId="77777777" w:rsidR="004A5F5E" w:rsidRPr="004A5F5E" w:rsidRDefault="004A5F5E" w:rsidP="004A5F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ประกาศแจ้งเตือน</w:t>
            </w:r>
          </w:p>
        </w:tc>
        <w:tc>
          <w:tcPr>
            <w:tcW w:w="0" w:type="auto"/>
            <w:hideMark/>
          </w:tcPr>
          <w:p w14:paraId="35531B5C" w14:textId="77777777" w:rsidR="004A5F5E" w:rsidRPr="004A5F5E" w:rsidRDefault="004A5F5E" w:rsidP="004A5F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ใช้สัญญาณเสียงแจ้งเหตุเพื่อให้ทุกคนทราบประเภทของภัยและเริ่มการอพยพ</w:t>
            </w:r>
          </w:p>
        </w:tc>
        <w:tc>
          <w:tcPr>
            <w:tcW w:w="0" w:type="auto"/>
            <w:hideMark/>
          </w:tcPr>
          <w:p w14:paraId="504D5A22" w14:textId="77777777" w:rsidR="004A5F5E" w:rsidRPr="004A5F5E" w:rsidRDefault="004A5F5E" w:rsidP="004A5F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ผู้บริหารสถานศึกษา</w:t>
            </w:r>
          </w:p>
        </w:tc>
      </w:tr>
      <w:tr w:rsidR="004A5F5E" w14:paraId="30E1C929" w14:textId="77777777" w:rsidTr="004A5F5E">
        <w:tc>
          <w:tcPr>
            <w:tcW w:w="0" w:type="auto"/>
            <w:hideMark/>
          </w:tcPr>
          <w:p w14:paraId="6A6A89AF" w14:textId="77777777" w:rsidR="004A5F5E" w:rsidRPr="004A5F5E" w:rsidRDefault="004A5F5E" w:rsidP="004A5F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การอพยพ</w:t>
            </w:r>
          </w:p>
        </w:tc>
        <w:tc>
          <w:tcPr>
            <w:tcW w:w="0" w:type="auto"/>
            <w:hideMark/>
          </w:tcPr>
          <w:p w14:paraId="1430ED9F" w14:textId="77777777" w:rsidR="004A5F5E" w:rsidRPr="004A5F5E" w:rsidRDefault="004A5F5E" w:rsidP="004A5F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sz w:val="32"/>
                <w:szCs w:val="32"/>
                <w:cs/>
              </w:rPr>
              <w:t>พานักเรียนไปยังที่ปลอดภัย (ขึ้นที่สูงกรณีน้ำท่วม / เข้าอาคารที่แข็งแรงกรณีพายุ)</w:t>
            </w:r>
          </w:p>
        </w:tc>
        <w:tc>
          <w:tcPr>
            <w:tcW w:w="0" w:type="auto"/>
            <w:hideMark/>
          </w:tcPr>
          <w:p w14:paraId="3418A795" w14:textId="77777777" w:rsidR="004A5F5E" w:rsidRPr="004A5F5E" w:rsidRDefault="004A5F5E" w:rsidP="004A5F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ครูประจำชั้นทุกคน</w:t>
            </w:r>
          </w:p>
        </w:tc>
      </w:tr>
      <w:tr w:rsidR="004A5F5E" w14:paraId="4B70B64F" w14:textId="77777777" w:rsidTr="004A5F5E">
        <w:tc>
          <w:tcPr>
            <w:tcW w:w="0" w:type="auto"/>
            <w:hideMark/>
          </w:tcPr>
          <w:p w14:paraId="60EEEF0D" w14:textId="77777777" w:rsidR="004A5F5E" w:rsidRPr="004A5F5E" w:rsidRDefault="004A5F5E" w:rsidP="004A5F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ตัดระบบไฟฟ้า</w:t>
            </w:r>
          </w:p>
        </w:tc>
        <w:tc>
          <w:tcPr>
            <w:tcW w:w="0" w:type="auto"/>
            <w:hideMark/>
          </w:tcPr>
          <w:p w14:paraId="4955B8AA" w14:textId="77777777" w:rsidR="004A5F5E" w:rsidRPr="004A5F5E" w:rsidRDefault="004A5F5E" w:rsidP="004A5F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ดำเนินการตัดกระแสไฟฟ้าในจุดที่สุ่มเสี่ยงเพื่อป้องกันไฟฟ้ารั่วหรือลัดวงจร</w:t>
            </w:r>
          </w:p>
        </w:tc>
        <w:tc>
          <w:tcPr>
            <w:tcW w:w="0" w:type="auto"/>
            <w:hideMark/>
          </w:tcPr>
          <w:p w14:paraId="789A1DA8" w14:textId="77777777" w:rsidR="004A5F5E" w:rsidRPr="004A5F5E" w:rsidRDefault="004A5F5E" w:rsidP="004A5F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นักการภารโรง</w:t>
            </w:r>
          </w:p>
        </w:tc>
      </w:tr>
      <w:tr w:rsidR="004A5F5E" w14:paraId="1CCC110E" w14:textId="77777777" w:rsidTr="004A5F5E">
        <w:tc>
          <w:tcPr>
            <w:tcW w:w="0" w:type="auto"/>
            <w:hideMark/>
          </w:tcPr>
          <w:p w14:paraId="3E0ECD57" w14:textId="77777777" w:rsidR="004A5F5E" w:rsidRPr="004A5F5E" w:rsidRDefault="004A5F5E" w:rsidP="004A5F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ประสานงาน</w:t>
            </w:r>
          </w:p>
        </w:tc>
        <w:tc>
          <w:tcPr>
            <w:tcW w:w="0" w:type="auto"/>
            <w:hideMark/>
          </w:tcPr>
          <w:p w14:paraId="58E857DF" w14:textId="77777777" w:rsidR="004A5F5E" w:rsidRPr="004A5F5E" w:rsidRDefault="004A5F5E" w:rsidP="004A5F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sz w:val="32"/>
                <w:szCs w:val="32"/>
                <w:cs/>
              </w:rPr>
              <w:t>แจ้งสถานการณ์ไปยังศูนย์ป้องกันและบรรเทาสาธารณภัย (ปภ.) ในพื้นที่</w:t>
            </w:r>
          </w:p>
        </w:tc>
        <w:tc>
          <w:tcPr>
            <w:tcW w:w="0" w:type="auto"/>
            <w:hideMark/>
          </w:tcPr>
          <w:p w14:paraId="647FFAF9" w14:textId="77777777" w:rsidR="004A5F5E" w:rsidRPr="004A5F5E" w:rsidRDefault="004A5F5E" w:rsidP="004A5F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งานธุรการ</w:t>
            </w:r>
          </w:p>
        </w:tc>
      </w:tr>
    </w:tbl>
    <w:p w14:paraId="3FB4C480" w14:textId="714B8EE9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06"/>
        <w:gridCol w:w="5525"/>
        <w:gridCol w:w="2134"/>
      </w:tblGrid>
      <w:tr w:rsidR="004A5F5E" w:rsidRPr="000C58F2" w14:paraId="709B614B" w14:textId="77777777" w:rsidTr="008248DB">
        <w:trPr>
          <w:trHeight w:val="245"/>
        </w:trPr>
        <w:tc>
          <w:tcPr>
            <w:tcW w:w="1782" w:type="dxa"/>
            <w:shd w:val="clear" w:color="auto" w:fill="C5E0B3" w:themeFill="accent6" w:themeFillTint="66"/>
          </w:tcPr>
          <w:p w14:paraId="722FB821" w14:textId="77777777" w:rsidR="004A5F5E" w:rsidRPr="000C58F2" w:rsidRDefault="004A5F5E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374" w:type="dxa"/>
            <w:shd w:val="clear" w:color="auto" w:fill="C5E0B3" w:themeFill="accent6" w:themeFillTint="66"/>
          </w:tcPr>
          <w:p w14:paraId="2BB7ACAC" w14:textId="77777777" w:rsidR="004A5F5E" w:rsidRPr="000C58F2" w:rsidRDefault="004A5F5E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309" w:type="dxa"/>
            <w:shd w:val="clear" w:color="auto" w:fill="C5E0B3" w:themeFill="accent6" w:themeFillTint="66"/>
          </w:tcPr>
          <w:p w14:paraId="4067FE81" w14:textId="77777777" w:rsidR="004A5F5E" w:rsidRPr="000C58F2" w:rsidRDefault="004A5F5E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4A5F5E" w14:paraId="1FB0FECA" w14:textId="77777777" w:rsidTr="004A5F5E">
        <w:tc>
          <w:tcPr>
            <w:tcW w:w="0" w:type="auto"/>
            <w:hideMark/>
          </w:tcPr>
          <w:p w14:paraId="2A0C61F1" w14:textId="77777777" w:rsidR="004A5F5E" w:rsidRPr="004A5F5E" w:rsidRDefault="004A5F5E" w:rsidP="004A5F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ตรวจสอบยอด</w:t>
            </w:r>
          </w:p>
        </w:tc>
        <w:tc>
          <w:tcPr>
            <w:tcW w:w="0" w:type="auto"/>
            <w:hideMark/>
          </w:tcPr>
          <w:p w14:paraId="3816245B" w14:textId="77777777" w:rsidR="004A5F5E" w:rsidRPr="004A5F5E" w:rsidRDefault="004A5F5E" w:rsidP="004A5F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เช็คจำนวนนักเรียนและบุคลากร ณ จุดรวมพล และสำรวจการบาดเจ็บ</w:t>
            </w:r>
          </w:p>
        </w:tc>
        <w:tc>
          <w:tcPr>
            <w:tcW w:w="0" w:type="auto"/>
            <w:hideMark/>
          </w:tcPr>
          <w:p w14:paraId="447D8DAD" w14:textId="77777777" w:rsidR="004A5F5E" w:rsidRPr="004A5F5E" w:rsidRDefault="004A5F5E" w:rsidP="004A5F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ครูประจำชั้นทุกคน</w:t>
            </w:r>
          </w:p>
        </w:tc>
      </w:tr>
      <w:tr w:rsidR="004A5F5E" w14:paraId="352AC4F5" w14:textId="77777777" w:rsidTr="004A5F5E">
        <w:tc>
          <w:tcPr>
            <w:tcW w:w="0" w:type="auto"/>
            <w:hideMark/>
          </w:tcPr>
          <w:p w14:paraId="642B5629" w14:textId="77777777" w:rsidR="004A5F5E" w:rsidRPr="004A5F5E" w:rsidRDefault="004A5F5E" w:rsidP="004A5F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สำรวจความเสียหาย</w:t>
            </w:r>
          </w:p>
        </w:tc>
        <w:tc>
          <w:tcPr>
            <w:tcW w:w="0" w:type="auto"/>
            <w:hideMark/>
          </w:tcPr>
          <w:p w14:paraId="6D95475F" w14:textId="77777777" w:rsidR="004A5F5E" w:rsidRPr="004A5F5E" w:rsidRDefault="004A5F5E" w:rsidP="004A5F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ตรวจสอบโครงสร้างอาคารว่ายังปลอดภัยเพียงพอที่จะให้คนกลับเข้าไปหรือไม่</w:t>
            </w:r>
          </w:p>
        </w:tc>
        <w:tc>
          <w:tcPr>
            <w:tcW w:w="0" w:type="auto"/>
            <w:hideMark/>
          </w:tcPr>
          <w:p w14:paraId="12DFF79C" w14:textId="77777777" w:rsidR="004A5F5E" w:rsidRPr="004A5F5E" w:rsidRDefault="004A5F5E" w:rsidP="004A5F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งานอาคารสถานที่</w:t>
            </w:r>
          </w:p>
        </w:tc>
      </w:tr>
      <w:tr w:rsidR="004A5F5E" w14:paraId="43ED4C8A" w14:textId="77777777" w:rsidTr="004A5F5E">
        <w:tc>
          <w:tcPr>
            <w:tcW w:w="0" w:type="auto"/>
            <w:hideMark/>
          </w:tcPr>
          <w:p w14:paraId="44D2C811" w14:textId="77777777" w:rsidR="004A5F5E" w:rsidRPr="004A5F5E" w:rsidRDefault="004A5F5E" w:rsidP="004A5F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แจ้งผู้ปกครอง</w:t>
            </w:r>
          </w:p>
        </w:tc>
        <w:tc>
          <w:tcPr>
            <w:tcW w:w="0" w:type="auto"/>
            <w:hideMark/>
          </w:tcPr>
          <w:p w14:paraId="6551FE94" w14:textId="77777777" w:rsidR="004A5F5E" w:rsidRPr="004A5F5E" w:rsidRDefault="004A5F5E" w:rsidP="004A5F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sz w:val="32"/>
                <w:szCs w:val="32"/>
                <w:cs/>
              </w:rPr>
              <w:t>สื่อสารสถานการณ์และนัดหมายการรับนักเรียนกลับบ้านอย่างปลอดภัย</w:t>
            </w:r>
          </w:p>
        </w:tc>
        <w:tc>
          <w:tcPr>
            <w:tcW w:w="0" w:type="auto"/>
            <w:hideMark/>
          </w:tcPr>
          <w:p w14:paraId="15A05BC5" w14:textId="77777777" w:rsidR="004A5F5E" w:rsidRPr="004A5F5E" w:rsidRDefault="004A5F5E" w:rsidP="004A5F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งานประชาสัมพันธ์</w:t>
            </w:r>
          </w:p>
        </w:tc>
      </w:tr>
      <w:tr w:rsidR="004A5F5E" w14:paraId="299B1252" w14:textId="77777777" w:rsidTr="004A5F5E">
        <w:tc>
          <w:tcPr>
            <w:tcW w:w="0" w:type="auto"/>
            <w:hideMark/>
          </w:tcPr>
          <w:p w14:paraId="019E17EA" w14:textId="77777777" w:rsidR="004A5F5E" w:rsidRPr="004A5F5E" w:rsidRDefault="004A5F5E" w:rsidP="004A5F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ฟื้นฟูสถานที่</w:t>
            </w:r>
          </w:p>
        </w:tc>
        <w:tc>
          <w:tcPr>
            <w:tcW w:w="0" w:type="auto"/>
            <w:hideMark/>
          </w:tcPr>
          <w:p w14:paraId="29080DF4" w14:textId="77777777" w:rsidR="004A5F5E" w:rsidRPr="004A5F5E" w:rsidRDefault="004A5F5E" w:rsidP="004A5F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ดำเนินการทำความสะอาดและซ่อมแซมจุดที่ชำรุดเพื่อให้เปิดเรียนได้ตามปกติ</w:t>
            </w:r>
          </w:p>
        </w:tc>
        <w:tc>
          <w:tcPr>
            <w:tcW w:w="0" w:type="auto"/>
            <w:hideMark/>
          </w:tcPr>
          <w:p w14:paraId="350C07FC" w14:textId="77777777" w:rsidR="004A5F5E" w:rsidRPr="004A5F5E" w:rsidRDefault="004A5F5E" w:rsidP="004A5F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A5F5E"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บุคลากรทุกคน</w:t>
            </w:r>
          </w:p>
        </w:tc>
      </w:tr>
    </w:tbl>
    <w:p w14:paraId="5682EAC5" w14:textId="77777777" w:rsidR="004A5F5E" w:rsidRPr="00AC7BFD" w:rsidRDefault="004A5F5E" w:rsidP="004A5F5E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๓. ระยะเวลาในการป้องกัน</w:t>
      </w:r>
    </w:p>
    <w:p w14:paraId="77756633" w14:textId="77777777" w:rsidR="004A5F5E" w:rsidRPr="00AC7BFD" w:rsidRDefault="004A5F5E" w:rsidP="004A5F5E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6DDE9C2C" w14:textId="77777777" w:rsidR="004A5F5E" w:rsidRPr="00AC7BFD" w:rsidRDefault="004A5F5E" w:rsidP="004A5F5E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00890694" w14:textId="77777777" w:rsidR="00B478AD" w:rsidRPr="00AC7BFD" w:rsidRDefault="00B478AD" w:rsidP="00B478AD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01A48B0" w14:textId="33CDFDA9" w:rsidR="004A5F5E" w:rsidRPr="00AC7BFD" w:rsidRDefault="004A5F5E" w:rsidP="004A5F5E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ร่วมกับสำนักงานเขตพื้นที่การศึกษา</w:t>
      </w:r>
    </w:p>
    <w:p w14:paraId="5B632F6C" w14:textId="77777777" w:rsidR="004A5F5E" w:rsidRPr="00AC7BFD" w:rsidRDefault="004A5F5E" w:rsidP="004A5F5E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0182CAF3" w14:textId="7091968F" w:rsidR="00C30172" w:rsidRDefault="00CB592D" w:rsidP="00CB592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67A6A092" w14:textId="77777777" w:rsidR="00F90FA2" w:rsidRDefault="00F90FA2" w:rsidP="00AC7BFD">
      <w:pPr>
        <w:rPr>
          <w:rFonts w:ascii="TH SarabunPSK" w:hAnsi="TH SarabunPSK" w:cs="TH SarabunPSK"/>
          <w:sz w:val="32"/>
          <w:szCs w:val="32"/>
        </w:rPr>
      </w:pPr>
    </w:p>
    <w:p w14:paraId="6DC2AF77" w14:textId="33B73263" w:rsidR="003C3E7B" w:rsidRPr="003C3E7B" w:rsidRDefault="003C3E7B" w:rsidP="003C3E7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6D6BFBF8" wp14:editId="35BACDEF">
                <wp:simplePos x="0" y="0"/>
                <wp:positionH relativeFrom="column">
                  <wp:posOffset>1657978</wp:posOffset>
                </wp:positionH>
                <wp:positionV relativeFrom="paragraph">
                  <wp:posOffset>0</wp:posOffset>
                </wp:positionV>
                <wp:extent cx="2584800" cy="381837"/>
                <wp:effectExtent l="0" t="0" r="19050" b="12065"/>
                <wp:wrapNone/>
                <wp:docPr id="1368761009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800" cy="381837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7BCAF1" w14:textId="2EE6DA03" w:rsidR="0071512F" w:rsidRPr="003C3E7B" w:rsidRDefault="0071512F" w:rsidP="003C3E7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C3E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แผนเผชิญเหตุ ฝุ่น </w:t>
                            </w:r>
                            <w:r w:rsidRPr="003C3E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PM 2.5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6BFBF8" id="สี่เหลี่ยมผืนผ้ามุมมน 2" o:spid="_x0000_s1026" style="position:absolute;margin-left:130.55pt;margin-top:0;width:203.55pt;height:30.05pt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387BCAF1" w14:textId="2EE6DA03" w:rsidR="0071512F" w:rsidRPr="003C3E7B" w:rsidRDefault="0071512F" w:rsidP="003C3E7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3C3E7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แผนเผชิญเหตุ ฝุ่น </w:t>
                      </w:r>
                      <w:r w:rsidRPr="003C3E7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PM 2.5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0D25E77" w14:textId="77777777" w:rsidR="003C3E7B" w:rsidRPr="003C3E7B" w:rsidRDefault="003C3E7B" w:rsidP="007F2090">
      <w:pPr>
        <w:pStyle w:val="2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3C3E7B">
        <w:rPr>
          <w:rFonts w:ascii="TH SarabunPSK" w:hAnsi="TH SarabunPSK" w:cs="TH SarabunPSK" w:hint="cs"/>
          <w:sz w:val="32"/>
          <w:szCs w:val="32"/>
          <w:cs/>
        </w:rPr>
        <w:t>๑</w:t>
      </w:r>
      <w:r w:rsidRPr="003C3E7B">
        <w:rPr>
          <w:rFonts w:ascii="TH SarabunPSK" w:hAnsi="TH SarabunPSK" w:cs="TH SarabunPSK" w:hint="cs"/>
          <w:sz w:val="32"/>
          <w:szCs w:val="32"/>
        </w:rPr>
        <w:t xml:space="preserve">. </w:t>
      </w:r>
      <w:r w:rsidRPr="003C3E7B">
        <w:rPr>
          <w:rFonts w:ascii="TH SarabunPSK" w:hAnsi="TH SarabunPSK" w:cs="TH SarabunPSK" w:hint="cs"/>
          <w:sz w:val="32"/>
          <w:szCs w:val="32"/>
          <w:cs/>
        </w:rPr>
        <w:t>วัตถุประสงค์</w:t>
      </w:r>
    </w:p>
    <w:p w14:paraId="40E49F13" w14:textId="77777777" w:rsidR="007F2090" w:rsidRPr="007F2090" w:rsidRDefault="007F2090" w:rsidP="007F2090">
      <w:pPr>
        <w:ind w:firstLine="720"/>
        <w:rPr>
          <w:rFonts w:ascii="TH SarabunPSK" w:hAnsi="TH SarabunPSK" w:cs="TH SarabunPSK"/>
          <w:sz w:val="32"/>
          <w:szCs w:val="32"/>
        </w:rPr>
      </w:pPr>
      <w:r w:rsidRPr="007F2090">
        <w:rPr>
          <w:rFonts w:ascii="TH SarabunPSK" w:hAnsi="TH SarabunPSK" w:cs="TH SarabunPSK" w:hint="cs"/>
          <w:sz w:val="32"/>
          <w:szCs w:val="32"/>
          <w:cs/>
        </w:rPr>
        <w:t>๑. เพื่อป้องกันและลดผลกระทบต่อสุขภาพของนักเรียนและบุคลากรจากมลพิษทางอากาศ</w:t>
      </w:r>
      <w:r w:rsidRPr="007F2090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2437F429" w14:textId="77777777" w:rsidR="007F2090" w:rsidRPr="007F2090" w:rsidRDefault="007F2090" w:rsidP="007F2090">
      <w:pPr>
        <w:ind w:firstLine="720"/>
        <w:rPr>
          <w:rFonts w:ascii="TH SarabunPSK" w:hAnsi="TH SarabunPSK" w:cs="TH SarabunPSK"/>
          <w:sz w:val="32"/>
          <w:szCs w:val="32"/>
        </w:rPr>
      </w:pPr>
      <w:r w:rsidRPr="007F2090">
        <w:rPr>
          <w:rFonts w:ascii="TH SarabunPSK" w:hAnsi="TH SarabunPSK" w:cs="TH SarabunPSK" w:hint="cs"/>
          <w:sz w:val="32"/>
          <w:szCs w:val="32"/>
          <w:cs/>
        </w:rPr>
        <w:t>๒. เพื่อวางแนวทางการปฏิบัติในการจัดกิจกรรมการเรียนการสอนให้สอดคล้องกับระดับค่าฝุ่นในแต่ละวัน</w:t>
      </w:r>
      <w:r w:rsidRPr="007F2090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02A3ADB0" w14:textId="1DB78361" w:rsidR="007F2090" w:rsidRPr="007F2090" w:rsidRDefault="007F2090" w:rsidP="007F2090">
      <w:pPr>
        <w:ind w:firstLine="720"/>
        <w:rPr>
          <w:rFonts w:ascii="TH SarabunPSK" w:hAnsi="TH SarabunPSK" w:cs="TH SarabunPSK"/>
          <w:sz w:val="32"/>
          <w:szCs w:val="32"/>
        </w:rPr>
      </w:pPr>
      <w:r w:rsidRPr="007F2090">
        <w:rPr>
          <w:rFonts w:ascii="TH SarabunPSK" w:hAnsi="TH SarabunPSK" w:cs="TH SarabunPSK" w:hint="cs"/>
          <w:sz w:val="32"/>
          <w:szCs w:val="32"/>
          <w:cs/>
        </w:rPr>
        <w:t>๓. เพื่อสร้างความตระหนักและรู้วิธีการป้องกันตนเองที่ถูกต้องเมื่อเกิดวิกฤตฝุ่นละออง</w:t>
      </w:r>
    </w:p>
    <w:p w14:paraId="16890244" w14:textId="77777777" w:rsidR="003C3E7B" w:rsidRPr="003C3E7B" w:rsidRDefault="003C3E7B" w:rsidP="007F2090">
      <w:pPr>
        <w:pStyle w:val="2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3C3E7B">
        <w:rPr>
          <w:rFonts w:ascii="TH SarabunPSK" w:hAnsi="TH SarabunPSK" w:cs="TH SarabunPSK" w:hint="cs"/>
          <w:sz w:val="32"/>
          <w:szCs w:val="32"/>
          <w:cs/>
        </w:rPr>
        <w:t>๒</w:t>
      </w:r>
      <w:r w:rsidRPr="003C3E7B">
        <w:rPr>
          <w:rFonts w:ascii="TH SarabunPSK" w:hAnsi="TH SarabunPSK" w:cs="TH SarabunPSK" w:hint="cs"/>
          <w:sz w:val="32"/>
          <w:szCs w:val="32"/>
        </w:rPr>
        <w:t xml:space="preserve">. </w:t>
      </w:r>
      <w:r w:rsidRPr="003C3E7B">
        <w:rPr>
          <w:rFonts w:ascii="TH SarabunPSK" w:hAnsi="TH SarabunPSK" w:cs="TH SarabunPSK" w:hint="cs"/>
          <w:sz w:val="32"/>
          <w:szCs w:val="32"/>
          <w:cs/>
        </w:rPr>
        <w:t>รายละเอียดภารกิจและกิจกรรมที่ต้องดำเนินการ</w:t>
      </w:r>
    </w:p>
    <w:p w14:paraId="21289FE8" w14:textId="77777777" w:rsidR="003C3E7B" w:rsidRDefault="003C3E7B" w:rsidP="007F2090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3C3E7B">
        <w:rPr>
          <w:rFonts w:ascii="TH SarabunPSK" w:hAnsi="TH SarabunPSK" w:cs="TH SarabunPSK" w:hint="cs"/>
          <w:sz w:val="32"/>
          <w:szCs w:val="32"/>
          <w:cs/>
        </w:rPr>
        <w:t>๒</w:t>
      </w:r>
      <w:r w:rsidRPr="003C3E7B">
        <w:rPr>
          <w:rFonts w:ascii="TH SarabunPSK" w:hAnsi="TH SarabunPSK" w:cs="TH SarabunPSK" w:hint="cs"/>
          <w:sz w:val="32"/>
          <w:szCs w:val="32"/>
        </w:rPr>
        <w:t>.</w:t>
      </w:r>
      <w:r w:rsidRPr="003C3E7B">
        <w:rPr>
          <w:rFonts w:ascii="TH SarabunPSK" w:hAnsi="TH SarabunPSK" w:cs="TH SarabunPSK" w:hint="cs"/>
          <w:sz w:val="32"/>
          <w:szCs w:val="32"/>
          <w:cs/>
        </w:rPr>
        <w:t>๑ การเตรียมการเกิดเหตุ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38"/>
        <w:gridCol w:w="5620"/>
        <w:gridCol w:w="2207"/>
      </w:tblGrid>
      <w:tr w:rsidR="007F2090" w:rsidRPr="000C58F2" w14:paraId="31CDA692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6806B9B8" w14:textId="77777777" w:rsidR="007F2090" w:rsidRPr="000C58F2" w:rsidRDefault="007F2090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650FB769" w14:textId="77777777" w:rsidR="007F2090" w:rsidRPr="000C58F2" w:rsidRDefault="007F2090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26FC22BE" w14:textId="77777777" w:rsidR="007F2090" w:rsidRPr="000C58F2" w:rsidRDefault="007F2090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7F2090" w14:paraId="1DE2595E" w14:textId="77777777" w:rsidTr="007F2090">
        <w:tc>
          <w:tcPr>
            <w:tcW w:w="0" w:type="auto"/>
            <w:hideMark/>
          </w:tcPr>
          <w:p w14:paraId="1D70B125" w14:textId="77777777" w:rsidR="007F2090" w:rsidRPr="007F2090" w:rsidRDefault="007F2090" w:rsidP="007F20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การตรวจเช็คค่าฝุ่น</w:t>
            </w:r>
          </w:p>
        </w:tc>
        <w:tc>
          <w:tcPr>
            <w:tcW w:w="0" w:type="auto"/>
            <w:hideMark/>
          </w:tcPr>
          <w:p w14:paraId="07489DC1" w14:textId="77777777" w:rsidR="007F2090" w:rsidRPr="007F2090" w:rsidRDefault="007F2090" w:rsidP="007F209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ติดตั้งแอปพลิเคชัน (เช่น </w:t>
            </w:r>
            <w:proofErr w:type="spellStart"/>
            <w:r w:rsidRPr="007F2090">
              <w:rPr>
                <w:rFonts w:ascii="TH SarabunPSK" w:hAnsi="TH SarabunPSK" w:cs="TH SarabunPSK" w:hint="cs"/>
                <w:sz w:val="32"/>
                <w:szCs w:val="32"/>
              </w:rPr>
              <w:t>AirVisual</w:t>
            </w:r>
            <w:proofErr w:type="spellEnd"/>
            <w:r w:rsidRPr="007F2090">
              <w:rPr>
                <w:rFonts w:ascii="TH SarabunPSK" w:hAnsi="TH SarabunPSK" w:cs="TH SarabunPSK" w:hint="cs"/>
                <w:sz w:val="32"/>
                <w:szCs w:val="32"/>
              </w:rPr>
              <w:t xml:space="preserve">) </w:t>
            </w:r>
            <w:r w:rsidRPr="007F2090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หรือเครื่องวัดค่าฝุ่นเพื่อติดตามสถานการณ์รายวัน</w:t>
            </w:r>
          </w:p>
        </w:tc>
        <w:tc>
          <w:tcPr>
            <w:tcW w:w="0" w:type="auto"/>
            <w:hideMark/>
          </w:tcPr>
          <w:p w14:paraId="07D8A944" w14:textId="77777777" w:rsidR="007F2090" w:rsidRPr="007F2090" w:rsidRDefault="007F2090" w:rsidP="007F209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ครูอนามัย / ครูเวร</w:t>
            </w:r>
          </w:p>
        </w:tc>
      </w:tr>
      <w:tr w:rsidR="007F2090" w14:paraId="35F946F5" w14:textId="77777777" w:rsidTr="007F2090">
        <w:tc>
          <w:tcPr>
            <w:tcW w:w="0" w:type="auto"/>
            <w:hideMark/>
          </w:tcPr>
          <w:p w14:paraId="0F8B1F74" w14:textId="77777777" w:rsidR="007F2090" w:rsidRPr="007F2090" w:rsidRDefault="007F2090" w:rsidP="007F20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จัดเตรียมอุปกรณ์</w:t>
            </w:r>
          </w:p>
        </w:tc>
        <w:tc>
          <w:tcPr>
            <w:tcW w:w="0" w:type="auto"/>
            <w:hideMark/>
          </w:tcPr>
          <w:p w14:paraId="6742505F" w14:textId="77777777" w:rsidR="007F2090" w:rsidRPr="007F2090" w:rsidRDefault="007F2090" w:rsidP="007F209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สำรองหน้ากากอนามัยชนิด </w:t>
            </w:r>
            <w:r w:rsidRPr="007F2090">
              <w:rPr>
                <w:rFonts w:ascii="TH SarabunPSK" w:hAnsi="TH SarabunPSK" w:cs="TH SarabunPSK" w:hint="cs"/>
                <w:sz w:val="32"/>
                <w:szCs w:val="32"/>
              </w:rPr>
              <w:t xml:space="preserve">N95 </w:t>
            </w:r>
            <w:r w:rsidRPr="007F2090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หรือหน้ากากที่ป้องกันฝุ่นขนาดเล็กได้</w:t>
            </w:r>
          </w:p>
        </w:tc>
        <w:tc>
          <w:tcPr>
            <w:tcW w:w="0" w:type="auto"/>
            <w:hideMark/>
          </w:tcPr>
          <w:p w14:paraId="7612454B" w14:textId="77777777" w:rsidR="007F2090" w:rsidRPr="007F2090" w:rsidRDefault="007F2090" w:rsidP="007F209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งานพัสดุ / ครูอนามัย</w:t>
            </w:r>
          </w:p>
        </w:tc>
      </w:tr>
      <w:tr w:rsidR="007F2090" w14:paraId="3BC5CEF7" w14:textId="77777777" w:rsidTr="007F2090">
        <w:tc>
          <w:tcPr>
            <w:tcW w:w="0" w:type="auto"/>
            <w:hideMark/>
          </w:tcPr>
          <w:p w14:paraId="3723F075" w14:textId="77777777" w:rsidR="007F2090" w:rsidRPr="007F2090" w:rsidRDefault="007F2090" w:rsidP="007F20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จัดทำ </w:t>
            </w:r>
            <w:r w:rsidRPr="007F209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Safe Zone</w:t>
            </w:r>
          </w:p>
        </w:tc>
        <w:tc>
          <w:tcPr>
            <w:tcW w:w="0" w:type="auto"/>
            <w:hideMark/>
          </w:tcPr>
          <w:p w14:paraId="78CC8EF8" w14:textId="77777777" w:rsidR="007F2090" w:rsidRPr="007F2090" w:rsidRDefault="007F2090" w:rsidP="007F209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sz w:val="32"/>
                <w:szCs w:val="32"/>
                <w:cs/>
              </w:rPr>
              <w:t>เตรียมห้องเรียนที่ปิดมิดชิดหรือติดตั้งเครื่องฟอกอากาศ (ถ้ามี) สำหรับกลุ่มเสี่ยง</w:t>
            </w:r>
          </w:p>
        </w:tc>
        <w:tc>
          <w:tcPr>
            <w:tcW w:w="0" w:type="auto"/>
            <w:hideMark/>
          </w:tcPr>
          <w:p w14:paraId="5A95B175" w14:textId="77777777" w:rsidR="007F2090" w:rsidRPr="007F2090" w:rsidRDefault="007F2090" w:rsidP="007F209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งานอาคารสถานที่</w:t>
            </w:r>
          </w:p>
        </w:tc>
      </w:tr>
      <w:tr w:rsidR="007F2090" w14:paraId="3A67E342" w14:textId="77777777" w:rsidTr="007F2090">
        <w:tc>
          <w:tcPr>
            <w:tcW w:w="0" w:type="auto"/>
            <w:hideMark/>
          </w:tcPr>
          <w:p w14:paraId="2EA19E11" w14:textId="77777777" w:rsidR="007F2090" w:rsidRPr="007F2090" w:rsidRDefault="007F2090" w:rsidP="007F20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ให้ความรู้</w:t>
            </w:r>
          </w:p>
        </w:tc>
        <w:tc>
          <w:tcPr>
            <w:tcW w:w="0" w:type="auto"/>
            <w:hideMark/>
          </w:tcPr>
          <w:p w14:paraId="0939BED5" w14:textId="77777777" w:rsidR="007F2090" w:rsidRPr="007F2090" w:rsidRDefault="007F2090" w:rsidP="007F209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สอนวิธีสวมหน้ากากที่ถูกต้องและสังเกตอาการผิดปกติของร่างกาย</w:t>
            </w:r>
          </w:p>
        </w:tc>
        <w:tc>
          <w:tcPr>
            <w:tcW w:w="0" w:type="auto"/>
            <w:hideMark/>
          </w:tcPr>
          <w:p w14:paraId="075A9DE4" w14:textId="77777777" w:rsidR="007F2090" w:rsidRPr="007F2090" w:rsidRDefault="007F2090" w:rsidP="007F209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</w:tc>
      </w:tr>
    </w:tbl>
    <w:p w14:paraId="779C34BD" w14:textId="77777777" w:rsidR="003C3E7B" w:rsidRDefault="003C3E7B" w:rsidP="003C3E7B">
      <w:pPr>
        <w:pStyle w:val="31"/>
        <w:rPr>
          <w:rFonts w:ascii="TH SarabunPSK" w:hAnsi="TH SarabunPSK" w:cs="TH SarabunPSK"/>
          <w:sz w:val="32"/>
          <w:szCs w:val="32"/>
        </w:rPr>
      </w:pPr>
      <w:r w:rsidRPr="003C3E7B">
        <w:rPr>
          <w:rFonts w:ascii="TH SarabunPSK" w:hAnsi="TH SarabunPSK" w:cs="TH SarabunPSK" w:hint="cs"/>
          <w:sz w:val="32"/>
          <w:szCs w:val="32"/>
          <w:cs/>
        </w:rPr>
        <w:t>๒</w:t>
      </w:r>
      <w:r w:rsidRPr="003C3E7B">
        <w:rPr>
          <w:rFonts w:ascii="TH SarabunPSK" w:hAnsi="TH SarabunPSK" w:cs="TH SarabunPSK" w:hint="cs"/>
          <w:sz w:val="32"/>
          <w:szCs w:val="32"/>
        </w:rPr>
        <w:t>.</w:t>
      </w:r>
      <w:r w:rsidRPr="003C3E7B">
        <w:rPr>
          <w:rFonts w:ascii="TH SarabunPSK" w:hAnsi="TH SarabunPSK" w:cs="TH SarabunPSK" w:hint="cs"/>
          <w:sz w:val="32"/>
          <w:szCs w:val="32"/>
          <w:cs/>
        </w:rPr>
        <w:t>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46"/>
        <w:gridCol w:w="5548"/>
        <w:gridCol w:w="2171"/>
      </w:tblGrid>
      <w:tr w:rsidR="007F2090" w:rsidRPr="000C58F2" w14:paraId="26C4F97A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6B0A9675" w14:textId="77777777" w:rsidR="007F2090" w:rsidRPr="000C58F2" w:rsidRDefault="007F2090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103AF686" w14:textId="77777777" w:rsidR="007F2090" w:rsidRPr="000C58F2" w:rsidRDefault="007F2090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41103B6F" w14:textId="77777777" w:rsidR="007F2090" w:rsidRPr="000C58F2" w:rsidRDefault="007F2090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7F2090" w14:paraId="7EFC1BB6" w14:textId="77777777" w:rsidTr="007F2090">
        <w:tc>
          <w:tcPr>
            <w:tcW w:w="0" w:type="auto"/>
            <w:hideMark/>
          </w:tcPr>
          <w:p w14:paraId="3DF12E5D" w14:textId="77777777" w:rsidR="007F2090" w:rsidRPr="007F2090" w:rsidRDefault="007F2090" w:rsidP="007F20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แจ้งเตือนระดับสี</w:t>
            </w:r>
          </w:p>
        </w:tc>
        <w:tc>
          <w:tcPr>
            <w:tcW w:w="0" w:type="auto"/>
            <w:hideMark/>
          </w:tcPr>
          <w:p w14:paraId="688C75E2" w14:textId="77777777" w:rsidR="007F2090" w:rsidRPr="007F2090" w:rsidRDefault="007F2090" w:rsidP="007F209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ติดป้ายหรือแจ้งสัญญาณสี (ฟ้า/เขียว/เหลือง/ส้ม/แดง) ตามระดับค่าฝุ่น</w:t>
            </w:r>
          </w:p>
        </w:tc>
        <w:tc>
          <w:tcPr>
            <w:tcW w:w="0" w:type="auto"/>
            <w:hideMark/>
          </w:tcPr>
          <w:p w14:paraId="6F933F9B" w14:textId="77777777" w:rsidR="007F2090" w:rsidRPr="007F2090" w:rsidRDefault="007F2090" w:rsidP="007F209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ครูอนามัย / งาน ปชส.</w:t>
            </w:r>
          </w:p>
        </w:tc>
      </w:tr>
      <w:tr w:rsidR="007F2090" w14:paraId="4866A4E2" w14:textId="77777777" w:rsidTr="007F2090">
        <w:tc>
          <w:tcPr>
            <w:tcW w:w="0" w:type="auto"/>
            <w:hideMark/>
          </w:tcPr>
          <w:p w14:paraId="28BFFF71" w14:textId="77777777" w:rsidR="007F2090" w:rsidRPr="007F2090" w:rsidRDefault="007F2090" w:rsidP="007F20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งดกิจกรรมกลางแจ้ง</w:t>
            </w:r>
          </w:p>
        </w:tc>
        <w:tc>
          <w:tcPr>
            <w:tcW w:w="0" w:type="auto"/>
            <w:hideMark/>
          </w:tcPr>
          <w:p w14:paraId="68B7624C" w14:textId="77777777" w:rsidR="007F2090" w:rsidRPr="007F2090" w:rsidRDefault="007F2090" w:rsidP="007F209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เมื่อค่าฝุ่นอยู่ในระดับสีส้ม/แดง ให้งดเข้าแถวหน้าเสาธงและวิชาพลศึกษา</w:t>
            </w:r>
          </w:p>
        </w:tc>
        <w:tc>
          <w:tcPr>
            <w:tcW w:w="0" w:type="auto"/>
            <w:hideMark/>
          </w:tcPr>
          <w:p w14:paraId="5E42EC0D" w14:textId="77777777" w:rsidR="007F2090" w:rsidRPr="007F2090" w:rsidRDefault="007F2090" w:rsidP="007F209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 / ครูทุกคน</w:t>
            </w:r>
          </w:p>
        </w:tc>
      </w:tr>
      <w:tr w:rsidR="007F2090" w14:paraId="2079BDBE" w14:textId="77777777" w:rsidTr="007F2090">
        <w:tc>
          <w:tcPr>
            <w:tcW w:w="0" w:type="auto"/>
            <w:hideMark/>
          </w:tcPr>
          <w:p w14:paraId="24D05D1A" w14:textId="77777777" w:rsidR="007F2090" w:rsidRPr="007F2090" w:rsidRDefault="007F2090" w:rsidP="007F20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มาตรการในห้องเรียน</w:t>
            </w:r>
          </w:p>
        </w:tc>
        <w:tc>
          <w:tcPr>
            <w:tcW w:w="0" w:type="auto"/>
            <w:hideMark/>
          </w:tcPr>
          <w:p w14:paraId="6890709B" w14:textId="77777777" w:rsidR="007F2090" w:rsidRPr="007F2090" w:rsidRDefault="007F2090" w:rsidP="007F209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sz w:val="32"/>
                <w:szCs w:val="32"/>
                <w:cs/>
              </w:rPr>
              <w:t>ปิดประตูหน้าต่างให้มิดชิด และให้นักเรียนสวมหน้ากากตลอดเวลาที่อยู่ในพื้นที่เปิด</w:t>
            </w:r>
          </w:p>
        </w:tc>
        <w:tc>
          <w:tcPr>
            <w:tcW w:w="0" w:type="auto"/>
            <w:hideMark/>
          </w:tcPr>
          <w:p w14:paraId="083CD310" w14:textId="77777777" w:rsidR="007F2090" w:rsidRPr="007F2090" w:rsidRDefault="007F2090" w:rsidP="007F209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</w:tc>
      </w:tr>
      <w:tr w:rsidR="007F2090" w14:paraId="5CFE5683" w14:textId="77777777" w:rsidTr="007F2090">
        <w:tc>
          <w:tcPr>
            <w:tcW w:w="0" w:type="auto"/>
            <w:hideMark/>
          </w:tcPr>
          <w:p w14:paraId="7970ECF3" w14:textId="77777777" w:rsidR="007F2090" w:rsidRPr="007F2090" w:rsidRDefault="007F2090" w:rsidP="007F20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คัดกรองกลุ่มเสี่ยง</w:t>
            </w:r>
          </w:p>
        </w:tc>
        <w:tc>
          <w:tcPr>
            <w:tcW w:w="0" w:type="auto"/>
            <w:hideMark/>
          </w:tcPr>
          <w:p w14:paraId="7C3F18B1" w14:textId="77777777" w:rsidR="007F2090" w:rsidRPr="007F2090" w:rsidRDefault="007F2090" w:rsidP="007F209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สังเกตนักเรียนที่มีโรคประจำตัว (หอบหืด/ภูมิแพ้) หากมีอาการให้พักในห้อง </w:t>
            </w:r>
            <w:r w:rsidRPr="007F2090">
              <w:rPr>
                <w:rFonts w:ascii="TH SarabunPSK" w:hAnsi="TH SarabunPSK" w:cs="TH SarabunPSK" w:hint="cs"/>
                <w:sz w:val="32"/>
                <w:szCs w:val="32"/>
              </w:rPr>
              <w:t>Safe Zone</w:t>
            </w:r>
          </w:p>
        </w:tc>
        <w:tc>
          <w:tcPr>
            <w:tcW w:w="0" w:type="auto"/>
            <w:hideMark/>
          </w:tcPr>
          <w:p w14:paraId="1BA3263B" w14:textId="77777777" w:rsidR="007F2090" w:rsidRPr="007F2090" w:rsidRDefault="007F2090" w:rsidP="007F209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ครูอนามัย</w:t>
            </w:r>
          </w:p>
        </w:tc>
      </w:tr>
    </w:tbl>
    <w:p w14:paraId="54894F9E" w14:textId="77777777" w:rsidR="003C3E7B" w:rsidRDefault="003C3E7B" w:rsidP="003C3E7B">
      <w:pPr>
        <w:pStyle w:val="31"/>
        <w:rPr>
          <w:rFonts w:ascii="TH SarabunPSK" w:hAnsi="TH SarabunPSK" w:cs="TH SarabunPSK"/>
          <w:sz w:val="32"/>
          <w:szCs w:val="32"/>
        </w:rPr>
      </w:pPr>
      <w:r w:rsidRPr="003C3E7B">
        <w:rPr>
          <w:rFonts w:ascii="TH SarabunPSK" w:hAnsi="TH SarabunPSK" w:cs="TH SarabunPSK" w:hint="cs"/>
          <w:sz w:val="32"/>
          <w:szCs w:val="32"/>
          <w:cs/>
        </w:rPr>
        <w:t>๒</w:t>
      </w:r>
      <w:r w:rsidRPr="003C3E7B">
        <w:rPr>
          <w:rFonts w:ascii="TH SarabunPSK" w:hAnsi="TH SarabunPSK" w:cs="TH SarabunPSK" w:hint="cs"/>
          <w:sz w:val="32"/>
          <w:szCs w:val="32"/>
        </w:rPr>
        <w:t>.</w:t>
      </w:r>
      <w:r w:rsidRPr="003C3E7B">
        <w:rPr>
          <w:rFonts w:ascii="TH SarabunPSK" w:hAnsi="TH SarabunPSK" w:cs="TH SarabunPSK" w:hint="cs"/>
          <w:sz w:val="32"/>
          <w:szCs w:val="32"/>
          <w:cs/>
        </w:rPr>
        <w:t>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06"/>
        <w:gridCol w:w="4962"/>
        <w:gridCol w:w="2397"/>
      </w:tblGrid>
      <w:tr w:rsidR="007F2090" w:rsidRPr="000C58F2" w14:paraId="1075BC3F" w14:textId="77777777" w:rsidTr="008248DB">
        <w:trPr>
          <w:trHeight w:val="245"/>
        </w:trPr>
        <w:tc>
          <w:tcPr>
            <w:tcW w:w="2106" w:type="dxa"/>
            <w:shd w:val="clear" w:color="auto" w:fill="C5E0B3" w:themeFill="accent6" w:themeFillTint="66"/>
          </w:tcPr>
          <w:p w14:paraId="46E06EA7" w14:textId="77777777" w:rsidR="007F2090" w:rsidRPr="000C58F2" w:rsidRDefault="007F2090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962" w:type="dxa"/>
            <w:shd w:val="clear" w:color="auto" w:fill="C5E0B3" w:themeFill="accent6" w:themeFillTint="66"/>
          </w:tcPr>
          <w:p w14:paraId="2B01D9BB" w14:textId="77777777" w:rsidR="007F2090" w:rsidRPr="000C58F2" w:rsidRDefault="007F2090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397" w:type="dxa"/>
            <w:shd w:val="clear" w:color="auto" w:fill="C5E0B3" w:themeFill="accent6" w:themeFillTint="66"/>
          </w:tcPr>
          <w:p w14:paraId="010AA557" w14:textId="77777777" w:rsidR="007F2090" w:rsidRPr="000C58F2" w:rsidRDefault="007F2090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7F2090" w14:paraId="20287369" w14:textId="77777777" w:rsidTr="007F2090">
        <w:tc>
          <w:tcPr>
            <w:tcW w:w="0" w:type="auto"/>
            <w:hideMark/>
          </w:tcPr>
          <w:p w14:paraId="717D53F6" w14:textId="77777777" w:rsidR="007F2090" w:rsidRPr="007F2090" w:rsidRDefault="007F2090" w:rsidP="007F20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ทำความสะอาดครั้งใหญ่</w:t>
            </w:r>
          </w:p>
        </w:tc>
        <w:tc>
          <w:tcPr>
            <w:tcW w:w="0" w:type="auto"/>
            <w:hideMark/>
          </w:tcPr>
          <w:p w14:paraId="700B01F2" w14:textId="77777777" w:rsidR="007F2090" w:rsidRPr="007F2090" w:rsidRDefault="007F2090" w:rsidP="007F209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sz w:val="32"/>
                <w:szCs w:val="32"/>
                <w:cs/>
              </w:rPr>
              <w:t>ฉีดล้างทำความสะอาดพื้นผิว เช็ดฝุ่นในอาคารเรียน (</w:t>
            </w:r>
            <w:r w:rsidRPr="007F2090">
              <w:rPr>
                <w:rFonts w:ascii="TH SarabunPSK" w:hAnsi="TH SarabunPSK" w:cs="TH SarabunPSK" w:hint="cs"/>
                <w:sz w:val="32"/>
                <w:szCs w:val="32"/>
              </w:rPr>
              <w:t>Big Cleaning Day)</w:t>
            </w:r>
          </w:p>
        </w:tc>
        <w:tc>
          <w:tcPr>
            <w:tcW w:w="0" w:type="auto"/>
            <w:hideMark/>
          </w:tcPr>
          <w:p w14:paraId="71568B3C" w14:textId="77777777" w:rsidR="007F2090" w:rsidRPr="007F2090" w:rsidRDefault="007F2090" w:rsidP="007F209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นักการภารโรง / บุคลากร</w:t>
            </w:r>
          </w:p>
        </w:tc>
      </w:tr>
      <w:tr w:rsidR="007F2090" w14:paraId="7E8DFCAA" w14:textId="77777777" w:rsidTr="007F2090">
        <w:tc>
          <w:tcPr>
            <w:tcW w:w="0" w:type="auto"/>
            <w:hideMark/>
          </w:tcPr>
          <w:p w14:paraId="4AE04B4D" w14:textId="77777777" w:rsidR="007F2090" w:rsidRPr="007F2090" w:rsidRDefault="007F2090" w:rsidP="007F20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สรุปรายงานสุขภาพ</w:t>
            </w:r>
          </w:p>
        </w:tc>
        <w:tc>
          <w:tcPr>
            <w:tcW w:w="0" w:type="auto"/>
            <w:hideMark/>
          </w:tcPr>
          <w:p w14:paraId="19B59FBE" w14:textId="77777777" w:rsidR="007F2090" w:rsidRPr="007F2090" w:rsidRDefault="007F2090" w:rsidP="007F209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บันทึกสถิตินักเรียนที่มีอาการป่วยจากฝุ่นเพื่อเป็นข้อมูลในปีถัดไป</w:t>
            </w:r>
          </w:p>
        </w:tc>
        <w:tc>
          <w:tcPr>
            <w:tcW w:w="0" w:type="auto"/>
            <w:hideMark/>
          </w:tcPr>
          <w:p w14:paraId="67BDFC89" w14:textId="77777777" w:rsidR="007F2090" w:rsidRPr="007F2090" w:rsidRDefault="007F2090" w:rsidP="007F209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ครูอนามัย</w:t>
            </w:r>
          </w:p>
        </w:tc>
      </w:tr>
      <w:tr w:rsidR="007F2090" w14:paraId="50DC921E" w14:textId="77777777" w:rsidTr="007F2090">
        <w:tc>
          <w:tcPr>
            <w:tcW w:w="0" w:type="auto"/>
            <w:hideMark/>
          </w:tcPr>
          <w:p w14:paraId="2823115A" w14:textId="77777777" w:rsidR="007F2090" w:rsidRPr="007F2090" w:rsidRDefault="007F2090" w:rsidP="007F20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ประเมินมาตรการ</w:t>
            </w:r>
          </w:p>
        </w:tc>
        <w:tc>
          <w:tcPr>
            <w:tcW w:w="0" w:type="auto"/>
            <w:hideMark/>
          </w:tcPr>
          <w:p w14:paraId="645D6C74" w14:textId="77777777" w:rsidR="007F2090" w:rsidRPr="007F2090" w:rsidRDefault="007F2090" w:rsidP="007F209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ประชุมสรุปปัญหาและอุปสรรคในการจัดการช่วงวิกฤตฝุ่น</w:t>
            </w:r>
          </w:p>
        </w:tc>
        <w:tc>
          <w:tcPr>
            <w:tcW w:w="0" w:type="auto"/>
            <w:hideMark/>
          </w:tcPr>
          <w:p w14:paraId="6F169845" w14:textId="77777777" w:rsidR="007F2090" w:rsidRPr="007F2090" w:rsidRDefault="007F2090" w:rsidP="007F209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คณะกรรมการความปลอดภัย</w:t>
            </w:r>
          </w:p>
        </w:tc>
      </w:tr>
      <w:tr w:rsidR="007F2090" w14:paraId="64565141" w14:textId="77777777" w:rsidTr="007F2090">
        <w:tc>
          <w:tcPr>
            <w:tcW w:w="0" w:type="auto"/>
            <w:hideMark/>
          </w:tcPr>
          <w:p w14:paraId="38DE56E6" w14:textId="77777777" w:rsidR="007F2090" w:rsidRPr="007F2090" w:rsidRDefault="007F2090" w:rsidP="007F20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ฟื้นฟูสภาพแวดล้อม</w:t>
            </w:r>
          </w:p>
        </w:tc>
        <w:tc>
          <w:tcPr>
            <w:tcW w:w="0" w:type="auto"/>
            <w:hideMark/>
          </w:tcPr>
          <w:p w14:paraId="44B892C4" w14:textId="77777777" w:rsidR="007F2090" w:rsidRPr="007F2090" w:rsidRDefault="007F2090" w:rsidP="007F209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sz w:val="32"/>
                <w:szCs w:val="32"/>
                <w:cs/>
              </w:rPr>
              <w:t>ปลูกต้นไม้ที่ช่วยดักจับฝุ่นละอองรอบสถานศึกษาเพิ่มเติม</w:t>
            </w:r>
          </w:p>
        </w:tc>
        <w:tc>
          <w:tcPr>
            <w:tcW w:w="0" w:type="auto"/>
            <w:hideMark/>
          </w:tcPr>
          <w:p w14:paraId="77E3418A" w14:textId="77777777" w:rsidR="007F2090" w:rsidRPr="007F2090" w:rsidRDefault="007F2090" w:rsidP="007F209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2090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งานสวนพฤกษศาสตร์โรงเรียน</w:t>
            </w:r>
          </w:p>
        </w:tc>
      </w:tr>
    </w:tbl>
    <w:p w14:paraId="276A77BC" w14:textId="77777777" w:rsidR="007F2090" w:rsidRPr="00AC7BFD" w:rsidRDefault="007F2090" w:rsidP="007F2090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๓. ระยะเวลาในการป้องกัน</w:t>
      </w:r>
    </w:p>
    <w:p w14:paraId="3A802C88" w14:textId="77777777" w:rsidR="007F2090" w:rsidRPr="00AC7BFD" w:rsidRDefault="007F2090" w:rsidP="007F2090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623930F3" w14:textId="77777777" w:rsidR="007F2090" w:rsidRPr="00AC7BFD" w:rsidRDefault="007F2090" w:rsidP="007F2090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2F185034" w14:textId="77777777" w:rsidR="00413068" w:rsidRPr="00AC7BFD" w:rsidRDefault="00413068" w:rsidP="0041306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670B185" w14:textId="77777777" w:rsidR="007F2090" w:rsidRPr="00AC7BFD" w:rsidRDefault="007F2090" w:rsidP="007F2090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687FDDCE" w14:textId="755C7903" w:rsidR="007F2090" w:rsidRPr="00AC7BFD" w:rsidRDefault="00CB592D" w:rsidP="00CB592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</w:t>
      </w:r>
    </w:p>
    <w:p w14:paraId="3DEBD489" w14:textId="3BEA2AB4" w:rsidR="007A6367" w:rsidRPr="00AC7BFD" w:rsidRDefault="00D12027" w:rsidP="00AC7BFD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2179003D" wp14:editId="580F33D6">
                <wp:simplePos x="0" y="0"/>
                <wp:positionH relativeFrom="column">
                  <wp:posOffset>1720800</wp:posOffset>
                </wp:positionH>
                <wp:positionV relativeFrom="paragraph">
                  <wp:posOffset>0</wp:posOffset>
                </wp:positionV>
                <wp:extent cx="2584800" cy="271780"/>
                <wp:effectExtent l="0" t="0" r="19050" b="7620"/>
                <wp:wrapNone/>
                <wp:docPr id="411457581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800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FE70951" id="สี่เหลี่ยมผืนผ้ามุมมน 2" o:spid="_x0000_s1026" style="position:absolute;margin-left:135.5pt;margin-top:0;width:203.55pt;height:21.4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7A6367" w:rsidRPr="00AC7BFD">
        <w:rPr>
          <w:rStyle w:val="ad"/>
          <w:rFonts w:ascii="TH SarabunPSK" w:hAnsi="TH SarabunPSK" w:cs="TH SarabunPSK" w:hint="cs"/>
          <w:sz w:val="32"/>
          <w:szCs w:val="32"/>
          <w:cs/>
        </w:rPr>
        <w:t>แผนเผชิญเหตุ ภัยจากอาคารและการก่อสร้าง</w:t>
      </w:r>
    </w:p>
    <w:p w14:paraId="1B455F04" w14:textId="77777777" w:rsidR="007A6367" w:rsidRPr="005B1AAA" w:rsidRDefault="007A6367" w:rsidP="005B1AAA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5B1AAA">
        <w:rPr>
          <w:rFonts w:ascii="TH SarabunPSK" w:hAnsi="TH SarabunPSK" w:cs="TH SarabunPSK" w:hint="cs"/>
          <w:sz w:val="32"/>
          <w:szCs w:val="32"/>
          <w:cs/>
        </w:rPr>
        <w:t>๑. วัตถุประสงค์</w:t>
      </w:r>
    </w:p>
    <w:p w14:paraId="440DBE09" w14:textId="77777777" w:rsidR="005B1AAA" w:rsidRPr="005B1AAA" w:rsidRDefault="005B1AAA" w:rsidP="005B1AAA">
      <w:pPr>
        <w:pStyle w:val="31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B1AA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๑. เพื่อป้องกันการบาดเจ็บและเสียชีวิตจากโครงสร้างอาคารที่ชำรุดหรือพื้นที่ก่อสร้างที่ไม่ได้มาตรฐาน</w:t>
      </w:r>
      <w:r w:rsidRPr="005B1AAA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</w:p>
    <w:p w14:paraId="6079FD3D" w14:textId="77777777" w:rsidR="005B1AAA" w:rsidRPr="005B1AAA" w:rsidRDefault="005B1AAA" w:rsidP="005B1AAA">
      <w:pPr>
        <w:pStyle w:val="31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B1AA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๒. เพื่อวางแนวทางการจัดการพื้นที่เขตก่อสร้างให้มีความปลอดภัยต่อชีวิตและทรัพย์สิน</w:t>
      </w:r>
      <w:r w:rsidRPr="005B1AAA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</w:p>
    <w:p w14:paraId="7B0466DD" w14:textId="5E40368F" w:rsidR="005B1AAA" w:rsidRPr="005B1AAA" w:rsidRDefault="005B1AAA" w:rsidP="005B1AAA">
      <w:pPr>
        <w:pStyle w:val="31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B1AA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๓. เพื่อให้มีกระบวนการเคลื่อนย้ายนักเรียนออกจากพื้นที่อันตรายได้อย่างรวดเร็ว</w:t>
      </w:r>
    </w:p>
    <w:p w14:paraId="6E8519FA" w14:textId="0DC288BD" w:rsidR="007A6367" w:rsidRPr="00AC7BFD" w:rsidRDefault="007A6367" w:rsidP="005B1AAA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034285CF" w14:textId="77777777" w:rsidR="007A6367" w:rsidRDefault="007A6367" w:rsidP="005B1AAA">
      <w:pPr>
        <w:pStyle w:val="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๒.๑ การเตรียมการก่อนเกิดเหตุ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13"/>
        <w:gridCol w:w="5094"/>
        <w:gridCol w:w="2458"/>
      </w:tblGrid>
      <w:tr w:rsidR="005B1AAA" w:rsidRPr="000C58F2" w14:paraId="6545C7D4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5F85BF4B" w14:textId="77777777" w:rsidR="005B1AAA" w:rsidRPr="000C58F2" w:rsidRDefault="005B1AA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29088D7E" w14:textId="77777777" w:rsidR="005B1AAA" w:rsidRPr="000C58F2" w:rsidRDefault="005B1AA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4828EE2B" w14:textId="77777777" w:rsidR="005B1AAA" w:rsidRPr="000C58F2" w:rsidRDefault="005B1AA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5B1AAA" w14:paraId="581D739D" w14:textId="77777777" w:rsidTr="005B1AAA">
        <w:tc>
          <w:tcPr>
            <w:tcW w:w="0" w:type="auto"/>
            <w:hideMark/>
          </w:tcPr>
          <w:p w14:paraId="2301C127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การสำรวจอาคาร</w:t>
            </w:r>
          </w:p>
        </w:tc>
        <w:tc>
          <w:tcPr>
            <w:tcW w:w="0" w:type="auto"/>
            <w:hideMark/>
          </w:tcPr>
          <w:p w14:paraId="155BB0BD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ตรวจสอบรอยร้าว โครงสร้างเหล็ก และความแข็งแรงของอาคารเรียนสม่ำเสมอ</w:t>
            </w:r>
          </w:p>
        </w:tc>
        <w:tc>
          <w:tcPr>
            <w:tcW w:w="0" w:type="auto"/>
            <w:hideMark/>
          </w:tcPr>
          <w:p w14:paraId="799805A5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นักการภารโรง / งานอาคารสถานที่</w:t>
            </w:r>
          </w:p>
        </w:tc>
      </w:tr>
      <w:tr w:rsidR="005B1AAA" w14:paraId="4492F13E" w14:textId="77777777" w:rsidTr="005B1AAA">
        <w:tc>
          <w:tcPr>
            <w:tcW w:w="0" w:type="auto"/>
            <w:hideMark/>
          </w:tcPr>
          <w:p w14:paraId="7CE944CB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กั้นพื้นที่ก่อสร้าง</w:t>
            </w:r>
          </w:p>
        </w:tc>
        <w:tc>
          <w:tcPr>
            <w:tcW w:w="0" w:type="auto"/>
            <w:hideMark/>
          </w:tcPr>
          <w:p w14:paraId="1C011C21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ติดตั้งรั้วกั้นและป้ายเตือน "เขตก่อสร้างห้ามเข้า" ให้ชัดเจนและแข็งแรง</w:t>
            </w:r>
          </w:p>
        </w:tc>
        <w:tc>
          <w:tcPr>
            <w:tcW w:w="0" w:type="auto"/>
            <w:hideMark/>
          </w:tcPr>
          <w:p w14:paraId="71A0E58B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ผู้รับเหมา / งานอาคารสถานที่</w:t>
            </w:r>
          </w:p>
        </w:tc>
      </w:tr>
      <w:tr w:rsidR="005B1AAA" w14:paraId="1099EF82" w14:textId="77777777" w:rsidTr="005B1AAA">
        <w:tc>
          <w:tcPr>
            <w:tcW w:w="0" w:type="auto"/>
            <w:hideMark/>
          </w:tcPr>
          <w:p w14:paraId="543DB927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ความปลอดภัยเครื่องจักร</w:t>
            </w:r>
          </w:p>
        </w:tc>
        <w:tc>
          <w:tcPr>
            <w:tcW w:w="0" w:type="auto"/>
            <w:hideMark/>
          </w:tcPr>
          <w:p w14:paraId="5EF50101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ตรวจสอบการจัดเก็บวัสดุ (ท่อเหล็ก</w:t>
            </w:r>
            <w:r w:rsidRPr="005B1AAA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สังกะสี) และการวางเครื่องจักรให้พ้นทางเดิน</w:t>
            </w:r>
          </w:p>
        </w:tc>
        <w:tc>
          <w:tcPr>
            <w:tcW w:w="0" w:type="auto"/>
            <w:hideMark/>
          </w:tcPr>
          <w:p w14:paraId="78347C85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หัวหน้างานฝ่ายพัสดุ</w:t>
            </w:r>
          </w:p>
        </w:tc>
      </w:tr>
      <w:tr w:rsidR="005B1AAA" w14:paraId="5E9F6CC7" w14:textId="77777777" w:rsidTr="005B1AAA">
        <w:tc>
          <w:tcPr>
            <w:tcW w:w="0" w:type="auto"/>
            <w:hideMark/>
          </w:tcPr>
          <w:p w14:paraId="7C8604FF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การให้ความรู้</w:t>
            </w:r>
          </w:p>
        </w:tc>
        <w:tc>
          <w:tcPr>
            <w:tcW w:w="0" w:type="auto"/>
            <w:hideMark/>
          </w:tcPr>
          <w:p w14:paraId="3C7AA25F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ประชาสัมพันธ์ให้นักเรียนหลีกเลี่ยงการเข้าใกล้พื้นที่ก่อสร้างและอาคารที่ปิดซ่อมแซม</w:t>
            </w:r>
          </w:p>
        </w:tc>
        <w:tc>
          <w:tcPr>
            <w:tcW w:w="0" w:type="auto"/>
            <w:hideMark/>
          </w:tcPr>
          <w:p w14:paraId="47B3FA8A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</w:tc>
      </w:tr>
    </w:tbl>
    <w:p w14:paraId="7FA1D717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92"/>
        <w:gridCol w:w="5279"/>
        <w:gridCol w:w="2194"/>
      </w:tblGrid>
      <w:tr w:rsidR="005B1AAA" w:rsidRPr="000C58F2" w14:paraId="17D08658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7BC027D1" w14:textId="77777777" w:rsidR="005B1AAA" w:rsidRPr="000C58F2" w:rsidRDefault="005B1AA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15C4793C" w14:textId="77777777" w:rsidR="005B1AAA" w:rsidRPr="000C58F2" w:rsidRDefault="005B1AA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2D6BB376" w14:textId="77777777" w:rsidR="005B1AAA" w:rsidRPr="000C58F2" w:rsidRDefault="005B1AA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5B1AAA" w14:paraId="6F9B90C2" w14:textId="77777777" w:rsidTr="005B1AAA">
        <w:tc>
          <w:tcPr>
            <w:tcW w:w="0" w:type="auto"/>
            <w:hideMark/>
          </w:tcPr>
          <w:p w14:paraId="7FAD58C8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อพยพทันที</w:t>
            </w:r>
          </w:p>
        </w:tc>
        <w:tc>
          <w:tcPr>
            <w:tcW w:w="0" w:type="auto"/>
            <w:hideMark/>
          </w:tcPr>
          <w:p w14:paraId="3833DCB4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สั่งเคลื่อนย้ายคนออกจากอาคารหรือพื้นที่เสี่ยงไปยังจุดรวมพลที่โล่งแจ้ง</w:t>
            </w:r>
          </w:p>
        </w:tc>
        <w:tc>
          <w:tcPr>
            <w:tcW w:w="0" w:type="auto"/>
            <w:hideMark/>
          </w:tcPr>
          <w:p w14:paraId="38A6BC88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ครูผู้สอน / ครูเวร</w:t>
            </w:r>
          </w:p>
        </w:tc>
      </w:tr>
      <w:tr w:rsidR="005B1AAA" w14:paraId="792953E2" w14:textId="77777777" w:rsidTr="005B1AAA">
        <w:tc>
          <w:tcPr>
            <w:tcW w:w="0" w:type="auto"/>
            <w:hideMark/>
          </w:tcPr>
          <w:p w14:paraId="3E0D5D22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การปฐมพยาบาล</w:t>
            </w:r>
          </w:p>
        </w:tc>
        <w:tc>
          <w:tcPr>
            <w:tcW w:w="0" w:type="auto"/>
            <w:hideMark/>
          </w:tcPr>
          <w:p w14:paraId="21BAC888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เข้าช่วยเหลือผู้บาดเจ็บเบื้องต้นและเคลื่อนย้ายออกจากจุดที่อาจมีการพังทลายซ้ำ</w:t>
            </w:r>
          </w:p>
        </w:tc>
        <w:tc>
          <w:tcPr>
            <w:tcW w:w="0" w:type="auto"/>
            <w:hideMark/>
          </w:tcPr>
          <w:p w14:paraId="15ABC175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ครูอนามัย</w:t>
            </w:r>
          </w:p>
        </w:tc>
      </w:tr>
      <w:tr w:rsidR="005B1AAA" w14:paraId="6C968F74" w14:textId="77777777" w:rsidTr="005B1AAA">
        <w:tc>
          <w:tcPr>
            <w:tcW w:w="0" w:type="auto"/>
            <w:hideMark/>
          </w:tcPr>
          <w:p w14:paraId="4183EFA6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ตัดระบบสาธารณูปโภค</w:t>
            </w:r>
          </w:p>
        </w:tc>
        <w:tc>
          <w:tcPr>
            <w:tcW w:w="0" w:type="auto"/>
            <w:hideMark/>
          </w:tcPr>
          <w:p w14:paraId="7D8D9888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ตัดกระแสไฟฟ้าและวาล์วน้ำในบริเวณที่เกิดเหตุเพื่อป้องกันอันตรายซ้อน</w:t>
            </w:r>
          </w:p>
        </w:tc>
        <w:tc>
          <w:tcPr>
            <w:tcW w:w="0" w:type="auto"/>
            <w:hideMark/>
          </w:tcPr>
          <w:p w14:paraId="3C218275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นักการภารโรง</w:t>
            </w:r>
          </w:p>
        </w:tc>
      </w:tr>
      <w:tr w:rsidR="005B1AAA" w14:paraId="3FAD7ADB" w14:textId="77777777" w:rsidTr="005B1AAA">
        <w:tc>
          <w:tcPr>
            <w:tcW w:w="0" w:type="auto"/>
            <w:hideMark/>
          </w:tcPr>
          <w:p w14:paraId="670A43E2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แจ้งเหตุฉุกเฉิน</w:t>
            </w:r>
          </w:p>
        </w:tc>
        <w:tc>
          <w:tcPr>
            <w:tcW w:w="0" w:type="auto"/>
            <w:hideMark/>
          </w:tcPr>
          <w:p w14:paraId="0FDB20ED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โทรแจ้งหน่วยกู้ภัยหรือวิศวกรท้องถิ่นเพื่อเข้าประเมินสถานการณ์</w:t>
            </w:r>
          </w:p>
        </w:tc>
        <w:tc>
          <w:tcPr>
            <w:tcW w:w="0" w:type="auto"/>
            <w:hideMark/>
          </w:tcPr>
          <w:p w14:paraId="648AE62F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ผู้บริหารสถานศึกษา</w:t>
            </w:r>
          </w:p>
        </w:tc>
      </w:tr>
    </w:tbl>
    <w:p w14:paraId="3485C611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79"/>
        <w:gridCol w:w="5358"/>
        <w:gridCol w:w="2128"/>
      </w:tblGrid>
      <w:tr w:rsidR="005B1AAA" w:rsidRPr="000C58F2" w14:paraId="677135BF" w14:textId="77777777" w:rsidTr="008248DB">
        <w:trPr>
          <w:trHeight w:val="245"/>
        </w:trPr>
        <w:tc>
          <w:tcPr>
            <w:tcW w:w="1960" w:type="dxa"/>
            <w:shd w:val="clear" w:color="auto" w:fill="C5E0B3" w:themeFill="accent6" w:themeFillTint="66"/>
          </w:tcPr>
          <w:p w14:paraId="26D2E19C" w14:textId="77777777" w:rsidR="005B1AAA" w:rsidRPr="000C58F2" w:rsidRDefault="005B1AA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252" w:type="dxa"/>
            <w:shd w:val="clear" w:color="auto" w:fill="C5E0B3" w:themeFill="accent6" w:themeFillTint="66"/>
          </w:tcPr>
          <w:p w14:paraId="0325DC17" w14:textId="77777777" w:rsidR="005B1AAA" w:rsidRPr="000C58F2" w:rsidRDefault="005B1AA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253" w:type="dxa"/>
            <w:shd w:val="clear" w:color="auto" w:fill="C5E0B3" w:themeFill="accent6" w:themeFillTint="66"/>
          </w:tcPr>
          <w:p w14:paraId="5E791D98" w14:textId="77777777" w:rsidR="005B1AAA" w:rsidRPr="000C58F2" w:rsidRDefault="005B1AA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5B1AAA" w14:paraId="4862E727" w14:textId="77777777" w:rsidTr="005B1AAA">
        <w:tc>
          <w:tcPr>
            <w:tcW w:w="0" w:type="auto"/>
            <w:hideMark/>
          </w:tcPr>
          <w:p w14:paraId="1F77BB8C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ปิดกั้นพื้นที่เด็ดขาด</w:t>
            </w:r>
          </w:p>
        </w:tc>
        <w:tc>
          <w:tcPr>
            <w:tcW w:w="0" w:type="auto"/>
            <w:hideMark/>
          </w:tcPr>
          <w:p w14:paraId="4F62A5BA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ใช้เทปเหลือง-ดำกั้นพื้นที่ และห้ามใครเข้าใกล้จนกว่าจะได้รับการตรวจสอบ</w:t>
            </w:r>
          </w:p>
        </w:tc>
        <w:tc>
          <w:tcPr>
            <w:tcW w:w="0" w:type="auto"/>
            <w:hideMark/>
          </w:tcPr>
          <w:p w14:paraId="167CAF6F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รป</w:t>
            </w:r>
            <w:proofErr w:type="spellEnd"/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ภ. / งานอาคารสถานที่</w:t>
            </w:r>
          </w:p>
        </w:tc>
      </w:tr>
      <w:tr w:rsidR="005B1AAA" w14:paraId="2B0C56F2" w14:textId="77777777" w:rsidTr="005B1AAA">
        <w:tc>
          <w:tcPr>
            <w:tcW w:w="0" w:type="auto"/>
            <w:hideMark/>
          </w:tcPr>
          <w:p w14:paraId="154A94FE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ประเมินโดยผู้เชี่ยวชาญ</w:t>
            </w:r>
          </w:p>
        </w:tc>
        <w:tc>
          <w:tcPr>
            <w:tcW w:w="0" w:type="auto"/>
            <w:hideMark/>
          </w:tcPr>
          <w:p w14:paraId="6942953C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ประสานงานวิศวกรเพื่อตรวจรับรองความปลอดภัยของอาคารก่อนใช้งานอีกครั้ง</w:t>
            </w:r>
          </w:p>
        </w:tc>
        <w:tc>
          <w:tcPr>
            <w:tcW w:w="0" w:type="auto"/>
            <w:hideMark/>
          </w:tcPr>
          <w:p w14:paraId="3A640B25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ผู้บริหารสถานศึกษา</w:t>
            </w:r>
          </w:p>
        </w:tc>
      </w:tr>
      <w:tr w:rsidR="005B1AAA" w14:paraId="12F565CD" w14:textId="77777777" w:rsidTr="005B1AAA">
        <w:tc>
          <w:tcPr>
            <w:tcW w:w="0" w:type="auto"/>
            <w:hideMark/>
          </w:tcPr>
          <w:p w14:paraId="137046DA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รายงานความเสียหาย</w:t>
            </w:r>
          </w:p>
        </w:tc>
        <w:tc>
          <w:tcPr>
            <w:tcW w:w="0" w:type="auto"/>
            <w:hideMark/>
          </w:tcPr>
          <w:p w14:paraId="555AD0DE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สรุปรายงานเหตุการณ์และความเสียหายต่อสำนักงานเขตพื้นที่การศึกษา</w:t>
            </w:r>
          </w:p>
        </w:tc>
        <w:tc>
          <w:tcPr>
            <w:tcW w:w="0" w:type="auto"/>
            <w:hideMark/>
          </w:tcPr>
          <w:p w14:paraId="180BACEB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งานธุรการโรงเรียน</w:t>
            </w:r>
          </w:p>
        </w:tc>
      </w:tr>
      <w:tr w:rsidR="005B1AAA" w14:paraId="19E5AD91" w14:textId="77777777" w:rsidTr="005B1AAA">
        <w:tc>
          <w:tcPr>
            <w:tcW w:w="0" w:type="auto"/>
            <w:hideMark/>
          </w:tcPr>
          <w:p w14:paraId="6B4F2650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สื่อสารผู้ปกครอง</w:t>
            </w:r>
          </w:p>
        </w:tc>
        <w:tc>
          <w:tcPr>
            <w:tcW w:w="0" w:type="auto"/>
            <w:hideMark/>
          </w:tcPr>
          <w:p w14:paraId="567DB7C8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แจ้งสถานการณ์และมาตรการความปลอดภัยเพื่อสร้างความมั่นใจให้ผู้ปกครอง</w:t>
            </w:r>
          </w:p>
        </w:tc>
        <w:tc>
          <w:tcPr>
            <w:tcW w:w="0" w:type="auto"/>
            <w:hideMark/>
          </w:tcPr>
          <w:p w14:paraId="30006313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งานประชาสัมพันธ์</w:t>
            </w:r>
          </w:p>
        </w:tc>
      </w:tr>
    </w:tbl>
    <w:p w14:paraId="35083192" w14:textId="77777777" w:rsidR="005B1AAA" w:rsidRPr="00AC7BFD" w:rsidRDefault="005B1AAA" w:rsidP="005B1AAA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๓. ระยะเวลาในการป้องกัน</w:t>
      </w:r>
    </w:p>
    <w:p w14:paraId="1662814A" w14:textId="77777777" w:rsidR="005B1AAA" w:rsidRPr="00AC7BFD" w:rsidRDefault="005B1AAA" w:rsidP="005B1AAA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5C069FCA" w14:textId="77777777" w:rsidR="005B1AAA" w:rsidRPr="00AC7BFD" w:rsidRDefault="005B1AAA" w:rsidP="005B1AAA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29BC9E18" w14:textId="77777777" w:rsidR="00413068" w:rsidRPr="00AC7BFD" w:rsidRDefault="00413068" w:rsidP="0041306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8791927" w14:textId="77777777" w:rsidR="005B1AAA" w:rsidRPr="00AC7BFD" w:rsidRDefault="005B1AAA" w:rsidP="005B1AAA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6E35FB83" w14:textId="77777777" w:rsidR="00CB592D" w:rsidRDefault="00CB592D" w:rsidP="00CB592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64E2D554" w14:textId="77777777" w:rsidR="00F90FA2" w:rsidRDefault="00F90FA2" w:rsidP="00AC7BFD">
      <w:pPr>
        <w:rPr>
          <w:rFonts w:ascii="TH SarabunPSK" w:hAnsi="TH SarabunPSK" w:cs="TH SarabunPSK"/>
          <w:sz w:val="32"/>
          <w:szCs w:val="32"/>
        </w:rPr>
      </w:pPr>
    </w:p>
    <w:p w14:paraId="1852A13E" w14:textId="62768C1F" w:rsidR="007A6367" w:rsidRPr="00AC7BFD" w:rsidRDefault="00D12027" w:rsidP="00AC7BFD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11003646" wp14:editId="544DFF2F">
                <wp:simplePos x="0" y="0"/>
                <wp:positionH relativeFrom="column">
                  <wp:posOffset>1778000</wp:posOffset>
                </wp:positionH>
                <wp:positionV relativeFrom="paragraph">
                  <wp:posOffset>-19470</wp:posOffset>
                </wp:positionV>
                <wp:extent cx="2505710" cy="271780"/>
                <wp:effectExtent l="0" t="0" r="8890" b="7620"/>
                <wp:wrapNone/>
                <wp:docPr id="1357123241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7A40D67" id="สี่เหลี่ยมผืนผ้ามุมมน 2" o:spid="_x0000_s1026" style="position:absolute;margin-left:140pt;margin-top:-1.55pt;width:197.3pt;height:21.4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7A6367" w:rsidRPr="00AC7BFD">
        <w:rPr>
          <w:rStyle w:val="ad"/>
          <w:rFonts w:ascii="TH SarabunPSK" w:hAnsi="TH SarabunPSK" w:cs="TH SarabunPSK" w:hint="cs"/>
          <w:color w:val="000000" w:themeColor="text1"/>
          <w:sz w:val="32"/>
          <w:szCs w:val="32"/>
          <w:cs/>
        </w:rPr>
        <w:t>แผนเผชิญเหตุ ภัยจากยานพาหนะ</w:t>
      </w:r>
    </w:p>
    <w:p w14:paraId="35008CFC" w14:textId="77777777" w:rsidR="007A6367" w:rsidRPr="005B1AAA" w:rsidRDefault="007A6367" w:rsidP="005B1AAA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5B1AAA">
        <w:rPr>
          <w:rFonts w:ascii="TH SarabunPSK" w:hAnsi="TH SarabunPSK" w:cs="TH SarabunPSK" w:hint="cs"/>
          <w:sz w:val="32"/>
          <w:szCs w:val="32"/>
          <w:cs/>
        </w:rPr>
        <w:t>๑. วัตถุประสงค์</w:t>
      </w:r>
    </w:p>
    <w:p w14:paraId="3E7D2453" w14:textId="77777777" w:rsidR="005B1AAA" w:rsidRPr="005B1AAA" w:rsidRDefault="005B1AAA" w:rsidP="005B1AAA">
      <w:pPr>
        <w:pStyle w:val="31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B1AA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๑. เพื่อลดความสูญเสียจากอุบัติเหตุที่เกี่ยวข้องกับรถรับ-ส่งนักเรียนและยานพาหนะทุกชนิดในสถานศึกษา</w:t>
      </w:r>
      <w:r w:rsidRPr="005B1AAA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</w:p>
    <w:p w14:paraId="04EDE0DD" w14:textId="77777777" w:rsidR="005B1AAA" w:rsidRPr="005B1AAA" w:rsidRDefault="005B1AAA" w:rsidP="005B1AAA">
      <w:pPr>
        <w:pStyle w:val="31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B1AA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๒. เพื่อวางระบบการคัดกรองรถรับ-ส่งนักเรียนให้ได้มาตรฐานความปลอดภัย</w:t>
      </w:r>
      <w:r w:rsidRPr="005B1AAA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</w:p>
    <w:p w14:paraId="62BAF160" w14:textId="77777777" w:rsidR="005B1AAA" w:rsidRPr="005B1AAA" w:rsidRDefault="005B1AAA" w:rsidP="005B1AAA">
      <w:pPr>
        <w:pStyle w:val="31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B1AA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๓. เพื่อให้มีขั้นตอนการปฏิบัติที่ชัดเจนเมื่อเกิดอุบัติเหตุจราจรเพื่อช่วยเหลือผู้บาดเจ็บได้อย่างรวดเร็ว</w:t>
      </w:r>
    </w:p>
    <w:p w14:paraId="750765A1" w14:textId="34D822C7" w:rsidR="007A6367" w:rsidRPr="005B1AAA" w:rsidRDefault="007A6367" w:rsidP="005B1AAA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5B1AAA">
        <w:rPr>
          <w:rFonts w:ascii="TH SarabunPSK" w:hAnsi="TH SarabunPSK" w:cs="TH SarabunPSK" w:hint="cs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37D2D357" w14:textId="77777777" w:rsidR="007A6367" w:rsidRDefault="007A6367" w:rsidP="005B1AAA">
      <w:pPr>
        <w:pStyle w:val="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5B1AAA">
        <w:rPr>
          <w:rFonts w:ascii="TH SarabunPSK" w:hAnsi="TH SarabunPSK" w:cs="TH SarabunPSK" w:hint="cs"/>
          <w:sz w:val="32"/>
          <w:szCs w:val="32"/>
          <w:cs/>
        </w:rPr>
        <w:t>๒.๑ การเตรียมการก่อนเกิดเหตุ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45"/>
        <w:gridCol w:w="5589"/>
        <w:gridCol w:w="2231"/>
      </w:tblGrid>
      <w:tr w:rsidR="005B1AAA" w:rsidRPr="000C58F2" w14:paraId="51AEB0EE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4C7E4727" w14:textId="77777777" w:rsidR="005B1AAA" w:rsidRPr="000C58F2" w:rsidRDefault="005B1AA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237C7EBB" w14:textId="77777777" w:rsidR="005B1AAA" w:rsidRPr="000C58F2" w:rsidRDefault="005B1AA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7A16A46C" w14:textId="77777777" w:rsidR="005B1AAA" w:rsidRPr="000C58F2" w:rsidRDefault="005B1AA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5B1AAA" w14:paraId="7204CB5F" w14:textId="77777777" w:rsidTr="005B1AAA">
        <w:tc>
          <w:tcPr>
            <w:tcW w:w="0" w:type="auto"/>
            <w:hideMark/>
          </w:tcPr>
          <w:p w14:paraId="16B86B56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ตรวจสอบรถรับ-ส่ง</w:t>
            </w:r>
          </w:p>
        </w:tc>
        <w:tc>
          <w:tcPr>
            <w:tcW w:w="0" w:type="auto"/>
            <w:hideMark/>
          </w:tcPr>
          <w:p w14:paraId="3BFA7246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ตรวจสภาพรถ ถังดับเพลิง และใบอนุญาตขับขี่ของรถรับ-ส่งนักเรียนทุกคัน</w:t>
            </w:r>
          </w:p>
        </w:tc>
        <w:tc>
          <w:tcPr>
            <w:tcW w:w="0" w:type="auto"/>
            <w:hideMark/>
          </w:tcPr>
          <w:p w14:paraId="11FEAB78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คณะกรรมการสถานศึกษา</w:t>
            </w:r>
          </w:p>
        </w:tc>
      </w:tr>
      <w:tr w:rsidR="005B1AAA" w14:paraId="0E58540B" w14:textId="77777777" w:rsidTr="005B1AAA">
        <w:tc>
          <w:tcPr>
            <w:tcW w:w="0" w:type="auto"/>
            <w:hideMark/>
          </w:tcPr>
          <w:p w14:paraId="3CFADEDE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จัดระเบียบจราจร</w:t>
            </w:r>
          </w:p>
        </w:tc>
        <w:tc>
          <w:tcPr>
            <w:tcW w:w="0" w:type="auto"/>
            <w:hideMark/>
          </w:tcPr>
          <w:p w14:paraId="7F44BF17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กำหนดจุดรับ-ส่งนักเรียนที่ปลอดภัย และแยกพื้นที่จอดรถออกจากพื้นที่เล่นของนักเรียน</w:t>
            </w:r>
          </w:p>
        </w:tc>
        <w:tc>
          <w:tcPr>
            <w:tcW w:w="0" w:type="auto"/>
            <w:hideMark/>
          </w:tcPr>
          <w:p w14:paraId="0B63CA66" w14:textId="271F123A" w:rsidR="005B1AAA" w:rsidRPr="005B1AAA" w:rsidRDefault="005B1AAA" w:rsidP="007976C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ครูเวร </w:t>
            </w:r>
          </w:p>
        </w:tc>
      </w:tr>
      <w:tr w:rsidR="005B1AAA" w14:paraId="198F4BF1" w14:textId="77777777" w:rsidTr="005B1AAA">
        <w:tc>
          <w:tcPr>
            <w:tcW w:w="0" w:type="auto"/>
            <w:hideMark/>
          </w:tcPr>
          <w:p w14:paraId="6D9CEB2E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การให้ความรู้</w:t>
            </w:r>
          </w:p>
        </w:tc>
        <w:tc>
          <w:tcPr>
            <w:tcW w:w="0" w:type="auto"/>
            <w:hideMark/>
          </w:tcPr>
          <w:p w14:paraId="37F744F7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อบรมวินัยจราจรและการขึ้น-ลงรถอย่างถูกวิธีให้นักเรียนและผู้ขับขี่</w:t>
            </w:r>
          </w:p>
        </w:tc>
        <w:tc>
          <w:tcPr>
            <w:tcW w:w="0" w:type="auto"/>
            <w:hideMark/>
          </w:tcPr>
          <w:p w14:paraId="241D77F2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ครูฝ่ายปกครอง</w:t>
            </w:r>
          </w:p>
        </w:tc>
      </w:tr>
      <w:tr w:rsidR="005B1AAA" w14:paraId="4E418F2A" w14:textId="77777777" w:rsidTr="005B1AAA">
        <w:tc>
          <w:tcPr>
            <w:tcW w:w="0" w:type="auto"/>
            <w:hideMark/>
          </w:tcPr>
          <w:p w14:paraId="29612BE7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มาตรการเฝ้าระวัง</w:t>
            </w:r>
          </w:p>
        </w:tc>
        <w:tc>
          <w:tcPr>
            <w:tcW w:w="0" w:type="auto"/>
            <w:hideMark/>
          </w:tcPr>
          <w:p w14:paraId="0FDDFE1C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ตรวจเช็คจำนวนนักเรียนบนรถรับ-ส่งทุกครั้งเพื่อป้องกันการลืมเด็กไว้บนรถ</w:t>
            </w:r>
          </w:p>
        </w:tc>
        <w:tc>
          <w:tcPr>
            <w:tcW w:w="0" w:type="auto"/>
            <w:hideMark/>
          </w:tcPr>
          <w:p w14:paraId="526A2CB2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 / คนขับรถ</w:t>
            </w:r>
          </w:p>
        </w:tc>
      </w:tr>
    </w:tbl>
    <w:p w14:paraId="08983D93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35"/>
        <w:gridCol w:w="5575"/>
        <w:gridCol w:w="2255"/>
      </w:tblGrid>
      <w:tr w:rsidR="005B1AAA" w:rsidRPr="000C58F2" w14:paraId="202CA2A2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68B88BC8" w14:textId="77777777" w:rsidR="005B1AAA" w:rsidRPr="000C58F2" w:rsidRDefault="005B1AA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0AD76607" w14:textId="77777777" w:rsidR="005B1AAA" w:rsidRPr="000C58F2" w:rsidRDefault="005B1AA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0471E361" w14:textId="77777777" w:rsidR="005B1AAA" w:rsidRPr="000C58F2" w:rsidRDefault="005B1AA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5B1AAA" w14:paraId="7B4F5C65" w14:textId="77777777" w:rsidTr="005B1AAA">
        <w:tc>
          <w:tcPr>
            <w:tcW w:w="0" w:type="auto"/>
            <w:hideMark/>
          </w:tcPr>
          <w:p w14:paraId="20F0986F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การปฐมพยาบาล</w:t>
            </w:r>
          </w:p>
        </w:tc>
        <w:tc>
          <w:tcPr>
            <w:tcW w:w="0" w:type="auto"/>
            <w:hideMark/>
          </w:tcPr>
          <w:p w14:paraId="491492E5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เข้าช่วยเหลือผู้บาดเจ็บเบื้องต้น และโทรแจ้งสายด่วนกู้ชีพ ๑๖๖๙ ทันที</w:t>
            </w:r>
          </w:p>
        </w:tc>
        <w:tc>
          <w:tcPr>
            <w:tcW w:w="0" w:type="auto"/>
            <w:hideMark/>
          </w:tcPr>
          <w:p w14:paraId="35543A5A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ครูอนามัย / ผู้พบเห็น</w:t>
            </w:r>
          </w:p>
        </w:tc>
      </w:tr>
      <w:tr w:rsidR="005B1AAA" w14:paraId="3B0F7BC5" w14:textId="77777777" w:rsidTr="005B1AAA">
        <w:tc>
          <w:tcPr>
            <w:tcW w:w="0" w:type="auto"/>
            <w:hideMark/>
          </w:tcPr>
          <w:p w14:paraId="2E987665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กั้นพื้นที่เหตุการณ์</w:t>
            </w:r>
          </w:p>
        </w:tc>
        <w:tc>
          <w:tcPr>
            <w:tcW w:w="0" w:type="auto"/>
            <w:hideMark/>
          </w:tcPr>
          <w:p w14:paraId="2A02C328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จัดทำสัญลักษณ์เตือนเพื่อป้องกันการเกิดอุบัติเหตุซ้ำซ้อนในจุดที่เกิดเหตุ</w:t>
            </w:r>
          </w:p>
        </w:tc>
        <w:tc>
          <w:tcPr>
            <w:tcW w:w="0" w:type="auto"/>
            <w:hideMark/>
          </w:tcPr>
          <w:p w14:paraId="47058D6D" w14:textId="3802CECB" w:rsidR="005B1AAA" w:rsidRPr="005B1AAA" w:rsidRDefault="007976C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ครูเวร </w:t>
            </w:r>
          </w:p>
        </w:tc>
      </w:tr>
      <w:tr w:rsidR="005B1AAA" w14:paraId="7F06AF55" w14:textId="77777777" w:rsidTr="005B1AAA">
        <w:tc>
          <w:tcPr>
            <w:tcW w:w="0" w:type="auto"/>
            <w:hideMark/>
          </w:tcPr>
          <w:p w14:paraId="5C0C00FE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แจ้งเหตุและพิกัด</w:t>
            </w:r>
          </w:p>
        </w:tc>
        <w:tc>
          <w:tcPr>
            <w:tcW w:w="0" w:type="auto"/>
            <w:hideMark/>
          </w:tcPr>
          <w:p w14:paraId="538EF49A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แจ้งสถานีตำรวจในท้องที่และรายงานสถานการณ์ให้ผู้บริหารทราบเร่งด่วน</w:t>
            </w:r>
          </w:p>
        </w:tc>
        <w:tc>
          <w:tcPr>
            <w:tcW w:w="0" w:type="auto"/>
            <w:hideMark/>
          </w:tcPr>
          <w:p w14:paraId="2E4A9A1A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งานธุรการ</w:t>
            </w:r>
          </w:p>
        </w:tc>
      </w:tr>
      <w:tr w:rsidR="005B1AAA" w14:paraId="7F698AB3" w14:textId="77777777" w:rsidTr="005B1AAA">
        <w:tc>
          <w:tcPr>
            <w:tcW w:w="0" w:type="auto"/>
            <w:hideMark/>
          </w:tcPr>
          <w:p w14:paraId="3E81528E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ประสานผู้ปกครอง</w:t>
            </w:r>
          </w:p>
        </w:tc>
        <w:tc>
          <w:tcPr>
            <w:tcW w:w="0" w:type="auto"/>
            <w:hideMark/>
          </w:tcPr>
          <w:p w14:paraId="0248E309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ติดต่อแจ้งข้อมูลแก่ผู้ปกครองของนักเรียนที่ประสบเหตุด้วยความสุภาพและชัดเจน</w:t>
            </w:r>
          </w:p>
        </w:tc>
        <w:tc>
          <w:tcPr>
            <w:tcW w:w="0" w:type="auto"/>
            <w:hideMark/>
          </w:tcPr>
          <w:p w14:paraId="413A94C1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</w:tc>
      </w:tr>
    </w:tbl>
    <w:p w14:paraId="563AE17D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42"/>
        <w:gridCol w:w="5643"/>
        <w:gridCol w:w="2180"/>
      </w:tblGrid>
      <w:tr w:rsidR="005B1AAA" w:rsidRPr="000C58F2" w14:paraId="58EF7EB3" w14:textId="77777777" w:rsidTr="008248DB">
        <w:trPr>
          <w:trHeight w:val="245"/>
        </w:trPr>
        <w:tc>
          <w:tcPr>
            <w:tcW w:w="1623" w:type="dxa"/>
            <w:shd w:val="clear" w:color="auto" w:fill="C5E0B3" w:themeFill="accent6" w:themeFillTint="66"/>
          </w:tcPr>
          <w:p w14:paraId="43B880D7" w14:textId="77777777" w:rsidR="005B1AAA" w:rsidRPr="000C58F2" w:rsidRDefault="005B1AA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504" w:type="dxa"/>
            <w:shd w:val="clear" w:color="auto" w:fill="C5E0B3" w:themeFill="accent6" w:themeFillTint="66"/>
          </w:tcPr>
          <w:p w14:paraId="1833A1D5" w14:textId="77777777" w:rsidR="005B1AAA" w:rsidRPr="000C58F2" w:rsidRDefault="005B1AA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338" w:type="dxa"/>
            <w:shd w:val="clear" w:color="auto" w:fill="C5E0B3" w:themeFill="accent6" w:themeFillTint="66"/>
          </w:tcPr>
          <w:p w14:paraId="0FD4272C" w14:textId="77777777" w:rsidR="005B1AAA" w:rsidRPr="000C58F2" w:rsidRDefault="005B1AA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5B1AAA" w14:paraId="2055743E" w14:textId="77777777" w:rsidTr="005B1AAA">
        <w:tc>
          <w:tcPr>
            <w:tcW w:w="0" w:type="auto"/>
            <w:hideMark/>
          </w:tcPr>
          <w:p w14:paraId="19CB36AA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การเยียวยา</w:t>
            </w:r>
          </w:p>
        </w:tc>
        <w:tc>
          <w:tcPr>
            <w:tcW w:w="0" w:type="auto"/>
            <w:hideMark/>
          </w:tcPr>
          <w:p w14:paraId="23FCDAD2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ประสานงานด้านประกันภัยอุบัติเหตุและติดตามอาการบาดเจ็บของนักเรียน</w:t>
            </w:r>
          </w:p>
        </w:tc>
        <w:tc>
          <w:tcPr>
            <w:tcW w:w="0" w:type="auto"/>
            <w:hideMark/>
          </w:tcPr>
          <w:p w14:paraId="36637392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ครูอนามัย / งานพัสดุ</w:t>
            </w:r>
          </w:p>
        </w:tc>
      </w:tr>
      <w:tr w:rsidR="005B1AAA" w14:paraId="7BABC13B" w14:textId="77777777" w:rsidTr="005B1AAA">
        <w:tc>
          <w:tcPr>
            <w:tcW w:w="0" w:type="auto"/>
            <w:hideMark/>
          </w:tcPr>
          <w:p w14:paraId="09593DF3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วิเคราะห์สาเหตุ</w:t>
            </w:r>
          </w:p>
        </w:tc>
        <w:tc>
          <w:tcPr>
            <w:tcW w:w="0" w:type="auto"/>
            <w:hideMark/>
          </w:tcPr>
          <w:p w14:paraId="3FAA5B6F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ประชุมร่วมกับคนขับรถและผู้เกี่ยวข้องเพื่อหาแนวทางป้องกันไม่ให้เกิดเหตุซ้ำ</w:t>
            </w:r>
          </w:p>
        </w:tc>
        <w:tc>
          <w:tcPr>
            <w:tcW w:w="0" w:type="auto"/>
            <w:hideMark/>
          </w:tcPr>
          <w:p w14:paraId="05828818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คณะกรรมการฝ่ายบริหาร</w:t>
            </w:r>
          </w:p>
        </w:tc>
      </w:tr>
      <w:tr w:rsidR="005B1AAA" w14:paraId="7D94EBB8" w14:textId="77777777" w:rsidTr="005B1AAA">
        <w:tc>
          <w:tcPr>
            <w:tcW w:w="0" w:type="auto"/>
            <w:hideMark/>
          </w:tcPr>
          <w:p w14:paraId="0720DD56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รายงานต้นสังกัด</w:t>
            </w:r>
          </w:p>
        </w:tc>
        <w:tc>
          <w:tcPr>
            <w:tcW w:w="0" w:type="auto"/>
            <w:hideMark/>
          </w:tcPr>
          <w:p w14:paraId="12D7EB1C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บันทึกข้อมูลและรายงานเหตุการณ์ผ่านระบบ </w:t>
            </w:r>
            <w:r w:rsidRPr="005B1AAA">
              <w:rPr>
                <w:rFonts w:ascii="TH SarabunPSK" w:hAnsi="TH SarabunPSK" w:cs="TH SarabunPSK" w:hint="cs"/>
                <w:sz w:val="32"/>
                <w:szCs w:val="32"/>
              </w:rPr>
              <w:t>MOE Safety Center</w:t>
            </w:r>
          </w:p>
        </w:tc>
        <w:tc>
          <w:tcPr>
            <w:tcW w:w="0" w:type="auto"/>
            <w:hideMark/>
          </w:tcPr>
          <w:p w14:paraId="006353DD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งานธุรการโรงเรียน</w:t>
            </w:r>
          </w:p>
        </w:tc>
      </w:tr>
      <w:tr w:rsidR="005B1AAA" w14:paraId="0C66E3B4" w14:textId="77777777" w:rsidTr="005B1AAA">
        <w:tc>
          <w:tcPr>
            <w:tcW w:w="0" w:type="auto"/>
            <w:hideMark/>
          </w:tcPr>
          <w:p w14:paraId="5523F904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ปรับปรุงมาตรการ</w:t>
            </w:r>
          </w:p>
        </w:tc>
        <w:tc>
          <w:tcPr>
            <w:tcW w:w="0" w:type="auto"/>
            <w:hideMark/>
          </w:tcPr>
          <w:p w14:paraId="6014EA63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ปรับเปลี่ยนจุดรับ-ส่ง หรือเพิ่มเครื่องหมายจราจรในจุดเสี่ยงภายในโรงเรียน</w:t>
            </w:r>
          </w:p>
        </w:tc>
        <w:tc>
          <w:tcPr>
            <w:tcW w:w="0" w:type="auto"/>
            <w:hideMark/>
          </w:tcPr>
          <w:p w14:paraId="1D70D34D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งานอาคารสถานที่</w:t>
            </w:r>
          </w:p>
        </w:tc>
      </w:tr>
    </w:tbl>
    <w:p w14:paraId="16E4D7CF" w14:textId="77777777" w:rsidR="005B1AAA" w:rsidRPr="00AC7BFD" w:rsidRDefault="005B1AAA" w:rsidP="005B1AAA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๓. ระยะเวลาในการป้องกัน</w:t>
      </w:r>
    </w:p>
    <w:p w14:paraId="6437D000" w14:textId="77777777" w:rsidR="005B1AAA" w:rsidRPr="00AC7BFD" w:rsidRDefault="005B1AAA" w:rsidP="005B1AAA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4C338BDB" w14:textId="77777777" w:rsidR="005B1AAA" w:rsidRPr="00AC7BFD" w:rsidRDefault="005B1AAA" w:rsidP="005B1AAA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7AC8E08A" w14:textId="77777777" w:rsidR="00413068" w:rsidRPr="00AC7BFD" w:rsidRDefault="00413068" w:rsidP="0041306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A9F2C0B" w14:textId="77777777" w:rsidR="005B1AAA" w:rsidRPr="00AC7BFD" w:rsidRDefault="005B1AAA" w:rsidP="005B1AAA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6BF689DC" w14:textId="77777777" w:rsidR="00CB592D" w:rsidRDefault="00CB592D" w:rsidP="00CB592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57BBE365" w14:textId="77777777" w:rsidR="00F90FA2" w:rsidRDefault="00F90FA2" w:rsidP="00AC7BFD">
      <w:pPr>
        <w:rPr>
          <w:rFonts w:ascii="TH SarabunPSK" w:hAnsi="TH SarabunPSK" w:cs="TH SarabunPSK"/>
          <w:sz w:val="32"/>
          <w:szCs w:val="32"/>
        </w:rPr>
      </w:pPr>
    </w:p>
    <w:p w14:paraId="15026BBB" w14:textId="2C9D85A1" w:rsidR="007A6367" w:rsidRPr="00F90FA2" w:rsidRDefault="00D12027" w:rsidP="00AC7BFD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69D666E7" wp14:editId="38F8B43E">
                <wp:simplePos x="0" y="0"/>
                <wp:positionH relativeFrom="column">
                  <wp:posOffset>1699200</wp:posOffset>
                </wp:positionH>
                <wp:positionV relativeFrom="paragraph">
                  <wp:posOffset>-78740</wp:posOffset>
                </wp:positionV>
                <wp:extent cx="2505710" cy="350980"/>
                <wp:effectExtent l="0" t="0" r="8890" b="17780"/>
                <wp:wrapNone/>
                <wp:docPr id="1199881113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3509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C1D231A" id="สี่เหลี่ยมผืนผ้ามุมมน 2" o:spid="_x0000_s1026" style="position:absolute;margin-left:133.8pt;margin-top:-6.2pt;width:197.3pt;height:27.65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7A6367" w:rsidRPr="00F90FA2">
        <w:rPr>
          <w:rStyle w:val="ad"/>
          <w:rFonts w:ascii="TH SarabunPSK" w:hAnsi="TH SarabunPSK" w:cs="TH SarabunPSK" w:hint="cs"/>
          <w:sz w:val="32"/>
          <w:szCs w:val="32"/>
          <w:cs/>
        </w:rPr>
        <w:t>แผนเผชิญเหตุ ภัยจากการจัดกิจกรรม</w:t>
      </w:r>
    </w:p>
    <w:p w14:paraId="18EBA73F" w14:textId="77777777" w:rsidR="007A6367" w:rsidRPr="005B1AAA" w:rsidRDefault="007A6367" w:rsidP="005B1AAA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5B1AAA">
        <w:rPr>
          <w:rFonts w:ascii="TH SarabunPSK" w:hAnsi="TH SarabunPSK" w:cs="TH SarabunPSK" w:hint="cs"/>
          <w:sz w:val="32"/>
          <w:szCs w:val="32"/>
          <w:cs/>
        </w:rPr>
        <w:t>๑. วัตถุประสงค์</w:t>
      </w:r>
    </w:p>
    <w:p w14:paraId="574ADCAC" w14:textId="77777777" w:rsidR="005B1AAA" w:rsidRPr="005B1AAA" w:rsidRDefault="005B1AAA" w:rsidP="005B1AAA">
      <w:pPr>
        <w:pStyle w:val="31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B1AA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๑. เพื่อป้องกันอุบัติเหตุและการบาดเจ็บที่อาจเกิดขึ้นระหว่างการดำเนินกิจกรรมต่าง ๆ ในสถานศึกษา</w:t>
      </w:r>
      <w:r w:rsidRPr="005B1AAA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</w:p>
    <w:p w14:paraId="273F1060" w14:textId="77777777" w:rsidR="005B1AAA" w:rsidRPr="005B1AAA" w:rsidRDefault="005B1AAA" w:rsidP="005B1AAA">
      <w:pPr>
        <w:pStyle w:val="31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B1AA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๒. เพื่อวางมาตรการความปลอดภัยในขั้นตอนการเตรียมงาน การดำเนินงาน และการสรุปผลกิจกรรม</w:t>
      </w:r>
      <w:r w:rsidRPr="005B1AAA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</w:p>
    <w:p w14:paraId="4D40260D" w14:textId="77777777" w:rsidR="005B1AAA" w:rsidRPr="005B1AAA" w:rsidRDefault="005B1AAA" w:rsidP="005B1AAA">
      <w:pPr>
        <w:pStyle w:val="31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B1AA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๓. เพื่อให้บุคลากรมีแนวทางในการจัดการเหตุฉุกเฉินระหว่างกิจกรรมได้อย่างทันท่วงที</w:t>
      </w:r>
    </w:p>
    <w:p w14:paraId="6421A2AA" w14:textId="396405D2" w:rsidR="007A6367" w:rsidRPr="00AC7BFD" w:rsidRDefault="007A6367" w:rsidP="005B1AAA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796A45CC" w14:textId="77777777" w:rsidR="007A6367" w:rsidRDefault="007A6367" w:rsidP="005B1AAA">
      <w:pPr>
        <w:pStyle w:val="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๒.๑ การเตรียมการก่อนเกิดเหตุ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69"/>
        <w:gridCol w:w="5504"/>
        <w:gridCol w:w="2292"/>
      </w:tblGrid>
      <w:tr w:rsidR="005B1AAA" w:rsidRPr="000C58F2" w14:paraId="0CA117BD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1EB5FD9D" w14:textId="77777777" w:rsidR="005B1AAA" w:rsidRPr="000C58F2" w:rsidRDefault="005B1AA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46CF2D1A" w14:textId="77777777" w:rsidR="005B1AAA" w:rsidRPr="000C58F2" w:rsidRDefault="005B1AA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150219B6" w14:textId="77777777" w:rsidR="005B1AAA" w:rsidRPr="000C58F2" w:rsidRDefault="005B1AA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5B1AAA" w:rsidRPr="005B1AAA" w14:paraId="47EF6842" w14:textId="77777777" w:rsidTr="005B1AAA">
        <w:tc>
          <w:tcPr>
            <w:tcW w:w="0" w:type="auto"/>
            <w:hideMark/>
          </w:tcPr>
          <w:p w14:paraId="02A06689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ประเมินความเสี่ยง</w:t>
            </w:r>
          </w:p>
        </w:tc>
        <w:tc>
          <w:tcPr>
            <w:tcW w:w="0" w:type="auto"/>
            <w:hideMark/>
          </w:tcPr>
          <w:p w14:paraId="5E8A4C3E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วิเคราะห์จุดเสี่ยงของกิจกรรม (เช่น ฐานกิจกรรมที่มีความสูง</w:t>
            </w:r>
            <w:r w:rsidRPr="005B1AAA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การใช้ไฟฟ้าบนเวที)</w:t>
            </w:r>
          </w:p>
        </w:tc>
        <w:tc>
          <w:tcPr>
            <w:tcW w:w="0" w:type="auto"/>
            <w:hideMark/>
          </w:tcPr>
          <w:p w14:paraId="7A9BD961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ผู้รับผิดชอบโครงการ</w:t>
            </w:r>
          </w:p>
        </w:tc>
      </w:tr>
      <w:tr w:rsidR="005B1AAA" w:rsidRPr="005B1AAA" w14:paraId="3346B5B2" w14:textId="77777777" w:rsidTr="005B1AAA">
        <w:tc>
          <w:tcPr>
            <w:tcW w:w="0" w:type="auto"/>
            <w:hideMark/>
          </w:tcPr>
          <w:p w14:paraId="467F75EE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ตรวจสอบอุปกรณ์</w:t>
            </w:r>
          </w:p>
        </w:tc>
        <w:tc>
          <w:tcPr>
            <w:tcW w:w="0" w:type="auto"/>
            <w:hideMark/>
          </w:tcPr>
          <w:p w14:paraId="22DC1004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ตรวจเช็คความแข็งแรงของเวที เต็นท์ ระบบเสียง และอุปกรณ์กีฬาให้พร้อมใช้งาน</w:t>
            </w:r>
          </w:p>
        </w:tc>
        <w:tc>
          <w:tcPr>
            <w:tcW w:w="0" w:type="auto"/>
            <w:hideMark/>
          </w:tcPr>
          <w:p w14:paraId="6F5F3A26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งานอาคารสถานที่</w:t>
            </w:r>
          </w:p>
        </w:tc>
      </w:tr>
      <w:tr w:rsidR="005B1AAA" w:rsidRPr="005B1AAA" w14:paraId="353672DA" w14:textId="77777777" w:rsidTr="005B1AAA">
        <w:tc>
          <w:tcPr>
            <w:tcW w:w="0" w:type="auto"/>
            <w:hideMark/>
          </w:tcPr>
          <w:p w14:paraId="3AB54B1A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หน่วยปฐมพยาบาล</w:t>
            </w:r>
          </w:p>
        </w:tc>
        <w:tc>
          <w:tcPr>
            <w:tcW w:w="0" w:type="auto"/>
            <w:hideMark/>
          </w:tcPr>
          <w:p w14:paraId="580EEB54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จัดตั้งจุดปฐมพยาบาลพร้อมเวชภัณฑ์และเจ้าหน้าที่ประจำตลอดระยะเวลาจัดกิจกรรม</w:t>
            </w:r>
          </w:p>
        </w:tc>
        <w:tc>
          <w:tcPr>
            <w:tcW w:w="0" w:type="auto"/>
            <w:hideMark/>
          </w:tcPr>
          <w:p w14:paraId="4F66C8E9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ครูอนามัย</w:t>
            </w:r>
          </w:p>
        </w:tc>
      </w:tr>
      <w:tr w:rsidR="005B1AAA" w:rsidRPr="005B1AAA" w14:paraId="1850464D" w14:textId="77777777" w:rsidTr="005B1AAA">
        <w:tc>
          <w:tcPr>
            <w:tcW w:w="0" w:type="auto"/>
            <w:hideMark/>
          </w:tcPr>
          <w:p w14:paraId="04E0F7BB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การซักซ้อม</w:t>
            </w:r>
          </w:p>
        </w:tc>
        <w:tc>
          <w:tcPr>
            <w:tcW w:w="0" w:type="auto"/>
            <w:hideMark/>
          </w:tcPr>
          <w:p w14:paraId="458C6EF1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นัดหมายขั้นตอนการส่งต่อผู้บาดเจ็บและทางเข้า-ออกสำหรับรถฉุกเฉิน</w:t>
            </w:r>
          </w:p>
        </w:tc>
        <w:tc>
          <w:tcPr>
            <w:tcW w:w="0" w:type="auto"/>
            <w:hideMark/>
          </w:tcPr>
          <w:p w14:paraId="3788DB42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คณะกรรมการความปลอดภัย</w:t>
            </w:r>
          </w:p>
        </w:tc>
      </w:tr>
    </w:tbl>
    <w:p w14:paraId="703C3227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88"/>
        <w:gridCol w:w="5608"/>
        <w:gridCol w:w="2269"/>
      </w:tblGrid>
      <w:tr w:rsidR="005B1AAA" w:rsidRPr="000C58F2" w14:paraId="54845BDB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6B0B211A" w14:textId="77777777" w:rsidR="005B1AAA" w:rsidRPr="000C58F2" w:rsidRDefault="005B1AA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2501C281" w14:textId="77777777" w:rsidR="005B1AAA" w:rsidRPr="000C58F2" w:rsidRDefault="005B1AA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4F8FA39B" w14:textId="77777777" w:rsidR="005B1AAA" w:rsidRPr="000C58F2" w:rsidRDefault="005B1AA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5B1AAA" w14:paraId="14C468A1" w14:textId="77777777" w:rsidTr="005B1AAA">
        <w:tc>
          <w:tcPr>
            <w:tcW w:w="0" w:type="auto"/>
            <w:hideMark/>
          </w:tcPr>
          <w:p w14:paraId="5247A19E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หยุดกิจกรรมทันที</w:t>
            </w:r>
          </w:p>
        </w:tc>
        <w:tc>
          <w:tcPr>
            <w:tcW w:w="0" w:type="auto"/>
            <w:hideMark/>
          </w:tcPr>
          <w:p w14:paraId="210FFE2C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หากเกิดอุบัติเหตุรุนแรง ให้ระงับกิจกรรมในจุดนั้นเพื่อเข้าช่วยเหลือผู้บาดเจ็บ</w:t>
            </w:r>
          </w:p>
        </w:tc>
        <w:tc>
          <w:tcPr>
            <w:tcW w:w="0" w:type="auto"/>
            <w:hideMark/>
          </w:tcPr>
          <w:p w14:paraId="7D96944E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ครูผู้คุมกิจกรรม</w:t>
            </w:r>
          </w:p>
        </w:tc>
      </w:tr>
      <w:tr w:rsidR="005B1AAA" w14:paraId="47F535B1" w14:textId="77777777" w:rsidTr="005B1AAA">
        <w:tc>
          <w:tcPr>
            <w:tcW w:w="0" w:type="auto"/>
            <w:hideMark/>
          </w:tcPr>
          <w:p w14:paraId="4DEE985E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การช่วยฟื้นคืนชีพ</w:t>
            </w:r>
          </w:p>
        </w:tc>
        <w:tc>
          <w:tcPr>
            <w:tcW w:w="0" w:type="auto"/>
            <w:hideMark/>
          </w:tcPr>
          <w:p w14:paraId="55582A9C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กรณีหมดสติ ให้ดำเนินการช่วยชีวิตขั้นพื้นฐาน (</w:t>
            </w:r>
            <w:r w:rsidRPr="005B1AAA">
              <w:rPr>
                <w:rFonts w:ascii="TH SarabunPSK" w:hAnsi="TH SarabunPSK" w:cs="TH SarabunPSK" w:hint="cs"/>
                <w:sz w:val="32"/>
                <w:szCs w:val="32"/>
              </w:rPr>
              <w:t xml:space="preserve">CPR) </w:t>
            </w: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และใช้เครื่อง </w:t>
            </w:r>
            <w:r w:rsidRPr="005B1AAA">
              <w:rPr>
                <w:rFonts w:ascii="TH SarabunPSK" w:hAnsi="TH SarabunPSK" w:cs="TH SarabunPSK" w:hint="cs"/>
                <w:sz w:val="32"/>
                <w:szCs w:val="32"/>
              </w:rPr>
              <w:t>AED (</w:t>
            </w: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ถ้ามี)</w:t>
            </w:r>
          </w:p>
        </w:tc>
        <w:tc>
          <w:tcPr>
            <w:tcW w:w="0" w:type="auto"/>
            <w:hideMark/>
          </w:tcPr>
          <w:p w14:paraId="3267820F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ทีมปฐมพยาบาล</w:t>
            </w:r>
          </w:p>
        </w:tc>
      </w:tr>
      <w:tr w:rsidR="005B1AAA" w14:paraId="5833C55C" w14:textId="77777777" w:rsidTr="005B1AAA">
        <w:tc>
          <w:tcPr>
            <w:tcW w:w="0" w:type="auto"/>
            <w:hideMark/>
          </w:tcPr>
          <w:p w14:paraId="2519A2A4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ควบคุมฝูงชน</w:t>
            </w:r>
          </w:p>
        </w:tc>
        <w:tc>
          <w:tcPr>
            <w:tcW w:w="0" w:type="auto"/>
            <w:hideMark/>
          </w:tcPr>
          <w:p w14:paraId="63813129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จัดระเบียบนักเรียนไม่ให้มุงดูเหตุการณ์ เพื่อเปิดทางให้เจ้าหน้าที่ทำงานได้สะดวก</w:t>
            </w:r>
          </w:p>
        </w:tc>
        <w:tc>
          <w:tcPr>
            <w:tcW w:w="0" w:type="auto"/>
            <w:hideMark/>
          </w:tcPr>
          <w:p w14:paraId="6E47EBF3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ครูฝ่ายปกครอง / ครูเวร</w:t>
            </w:r>
          </w:p>
        </w:tc>
      </w:tr>
      <w:tr w:rsidR="005B1AAA" w14:paraId="00FE03D3" w14:textId="77777777" w:rsidTr="005B1AAA">
        <w:tc>
          <w:tcPr>
            <w:tcW w:w="0" w:type="auto"/>
            <w:hideMark/>
          </w:tcPr>
          <w:p w14:paraId="55272C78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แจ้งเหตุฉุกเฉิน</w:t>
            </w:r>
          </w:p>
        </w:tc>
        <w:tc>
          <w:tcPr>
            <w:tcW w:w="0" w:type="auto"/>
            <w:hideMark/>
          </w:tcPr>
          <w:p w14:paraId="5AE1CD76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ประสานงานส่งต่อผู้บาดเจ็บไปยังสถานพยาบาลที่ใกล้ที่สุด</w:t>
            </w:r>
          </w:p>
        </w:tc>
        <w:tc>
          <w:tcPr>
            <w:tcW w:w="0" w:type="auto"/>
            <w:hideMark/>
          </w:tcPr>
          <w:p w14:paraId="239407DA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งานธุรการ</w:t>
            </w:r>
          </w:p>
        </w:tc>
      </w:tr>
    </w:tbl>
    <w:p w14:paraId="39E6FE0A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73"/>
        <w:gridCol w:w="5709"/>
        <w:gridCol w:w="2083"/>
      </w:tblGrid>
      <w:tr w:rsidR="005B1AAA" w:rsidRPr="000C58F2" w14:paraId="2BCAEC90" w14:textId="77777777" w:rsidTr="008248DB">
        <w:trPr>
          <w:trHeight w:val="245"/>
        </w:trPr>
        <w:tc>
          <w:tcPr>
            <w:tcW w:w="1655" w:type="dxa"/>
            <w:shd w:val="clear" w:color="auto" w:fill="C5E0B3" w:themeFill="accent6" w:themeFillTint="66"/>
          </w:tcPr>
          <w:p w14:paraId="4F83F3FA" w14:textId="77777777" w:rsidR="005B1AAA" w:rsidRPr="000C58F2" w:rsidRDefault="005B1AA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586" w:type="dxa"/>
            <w:shd w:val="clear" w:color="auto" w:fill="C5E0B3" w:themeFill="accent6" w:themeFillTint="66"/>
          </w:tcPr>
          <w:p w14:paraId="143392DE" w14:textId="77777777" w:rsidR="005B1AAA" w:rsidRPr="000C58F2" w:rsidRDefault="005B1AA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224" w:type="dxa"/>
            <w:shd w:val="clear" w:color="auto" w:fill="C5E0B3" w:themeFill="accent6" w:themeFillTint="66"/>
          </w:tcPr>
          <w:p w14:paraId="19960859" w14:textId="77777777" w:rsidR="005B1AAA" w:rsidRPr="000C58F2" w:rsidRDefault="005B1AAA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5B1AAA" w14:paraId="0C566C75" w14:textId="77777777" w:rsidTr="005B1AAA">
        <w:tc>
          <w:tcPr>
            <w:tcW w:w="0" w:type="auto"/>
            <w:hideMark/>
          </w:tcPr>
          <w:p w14:paraId="29CEE5B0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สรุปอุบัติการณ์</w:t>
            </w:r>
          </w:p>
        </w:tc>
        <w:tc>
          <w:tcPr>
            <w:tcW w:w="0" w:type="auto"/>
            <w:hideMark/>
          </w:tcPr>
          <w:p w14:paraId="014E5341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บันทึกรายละเอียดสาเหตุของอุบัติเหตุและจำนวนผู้บาดเจ็บอย่างละเอียด</w:t>
            </w:r>
          </w:p>
        </w:tc>
        <w:tc>
          <w:tcPr>
            <w:tcW w:w="0" w:type="auto"/>
            <w:hideMark/>
          </w:tcPr>
          <w:p w14:paraId="34DC8E93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ผู้รับผิดชอบโครงการ</w:t>
            </w:r>
          </w:p>
        </w:tc>
      </w:tr>
      <w:tr w:rsidR="005B1AAA" w14:paraId="536FFC3E" w14:textId="77777777" w:rsidTr="005B1AAA">
        <w:tc>
          <w:tcPr>
            <w:tcW w:w="0" w:type="auto"/>
            <w:hideMark/>
          </w:tcPr>
          <w:p w14:paraId="6A8B7551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เยียวยาและติดตาม</w:t>
            </w:r>
          </w:p>
        </w:tc>
        <w:tc>
          <w:tcPr>
            <w:tcW w:w="0" w:type="auto"/>
            <w:hideMark/>
          </w:tcPr>
          <w:p w14:paraId="03209E73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เยี่ยมและติดตามอาการของนักเรียน พร้อมประสานงานเรื่องประกันอุบัติเหตุ</w:t>
            </w:r>
          </w:p>
        </w:tc>
        <w:tc>
          <w:tcPr>
            <w:tcW w:w="0" w:type="auto"/>
            <w:hideMark/>
          </w:tcPr>
          <w:p w14:paraId="156B60DF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ครูอนามัย / ครูประจำชั้น</w:t>
            </w:r>
          </w:p>
        </w:tc>
      </w:tr>
      <w:tr w:rsidR="005B1AAA" w14:paraId="41F24F01" w14:textId="77777777" w:rsidTr="005B1AAA">
        <w:tc>
          <w:tcPr>
            <w:tcW w:w="0" w:type="auto"/>
            <w:hideMark/>
          </w:tcPr>
          <w:p w14:paraId="0A2CADF8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ปรับปรุงแผนงาน</w:t>
            </w:r>
          </w:p>
        </w:tc>
        <w:tc>
          <w:tcPr>
            <w:tcW w:w="0" w:type="auto"/>
            <w:hideMark/>
          </w:tcPr>
          <w:p w14:paraId="6F1AB598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นำปัญหาที่พบมาปรับแก้ในมาตรการความปลอดภัยสำหรับการจัดกิจกรรมครั้งต่อไป</w:t>
            </w:r>
          </w:p>
        </w:tc>
        <w:tc>
          <w:tcPr>
            <w:tcW w:w="0" w:type="auto"/>
            <w:hideMark/>
          </w:tcPr>
          <w:p w14:paraId="6EB57264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คณะกรรมการบริหาร</w:t>
            </w:r>
          </w:p>
        </w:tc>
      </w:tr>
      <w:tr w:rsidR="005B1AAA" w14:paraId="357EE225" w14:textId="77777777" w:rsidTr="005B1AAA">
        <w:tc>
          <w:tcPr>
            <w:tcW w:w="0" w:type="auto"/>
            <w:hideMark/>
          </w:tcPr>
          <w:p w14:paraId="07CDA9C4" w14:textId="77777777" w:rsidR="005B1AAA" w:rsidRPr="005B1AAA" w:rsidRDefault="005B1AAA" w:rsidP="005B1A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รายงานต้นสังกัด</w:t>
            </w:r>
          </w:p>
        </w:tc>
        <w:tc>
          <w:tcPr>
            <w:tcW w:w="0" w:type="auto"/>
            <w:hideMark/>
          </w:tcPr>
          <w:p w14:paraId="77F673DB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รายงานเหตุการณ์ตามระเบียบของกระทรวงศึกษาธิการ</w:t>
            </w:r>
          </w:p>
        </w:tc>
        <w:tc>
          <w:tcPr>
            <w:tcW w:w="0" w:type="auto"/>
            <w:hideMark/>
          </w:tcPr>
          <w:p w14:paraId="44C7867A" w14:textId="77777777" w:rsidR="005B1AAA" w:rsidRPr="005B1AAA" w:rsidRDefault="005B1AAA" w:rsidP="005B1A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1AAA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ผู้บริหารสถานศึกษา</w:t>
            </w:r>
          </w:p>
        </w:tc>
      </w:tr>
    </w:tbl>
    <w:p w14:paraId="64DE09AD" w14:textId="77777777" w:rsidR="005B1AAA" w:rsidRPr="00AC7BFD" w:rsidRDefault="005B1AAA" w:rsidP="005B1AAA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๓. ระยะเวลาในการป้องกัน</w:t>
      </w:r>
    </w:p>
    <w:p w14:paraId="35260BEA" w14:textId="77777777" w:rsidR="005B1AAA" w:rsidRPr="00AC7BFD" w:rsidRDefault="005B1AAA" w:rsidP="005B1AAA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0FA3D03A" w14:textId="77777777" w:rsidR="005B1AAA" w:rsidRPr="00AC7BFD" w:rsidRDefault="005B1AAA" w:rsidP="005B1AAA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7C7DEFD9" w14:textId="77777777" w:rsidR="00413068" w:rsidRPr="00AC7BFD" w:rsidRDefault="00413068" w:rsidP="0041306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501E6A6" w14:textId="77777777" w:rsidR="005B1AAA" w:rsidRPr="00AC7BFD" w:rsidRDefault="005B1AAA" w:rsidP="005B1AAA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0C0D8671" w14:textId="77777777" w:rsidR="00CB592D" w:rsidRDefault="00CB592D" w:rsidP="00CB592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74F5BFAF" w14:textId="77777777" w:rsidR="007A6367" w:rsidRDefault="007A6367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19A30BF" w14:textId="77777777" w:rsidR="00AC7BFD" w:rsidRDefault="00AC7BFD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4D65333" w14:textId="77777777" w:rsidR="00AC7BFD" w:rsidRDefault="00AC7BFD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00AA724" w14:textId="77777777" w:rsidR="00AC7BFD" w:rsidRDefault="00AC7BFD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89C702C" w14:textId="4797D157" w:rsidR="007A6367" w:rsidRPr="00AC7BFD" w:rsidRDefault="00D12027" w:rsidP="00AC7BFD">
      <w:pPr>
        <w:pStyle w:val="21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5DD57E68" wp14:editId="76A9AEC8">
                <wp:simplePos x="0" y="0"/>
                <wp:positionH relativeFrom="column">
                  <wp:posOffset>1749600</wp:posOffset>
                </wp:positionH>
                <wp:positionV relativeFrom="paragraph">
                  <wp:posOffset>-36340</wp:posOffset>
                </wp:positionV>
                <wp:extent cx="2505710" cy="271780"/>
                <wp:effectExtent l="0" t="0" r="8890" b="7620"/>
                <wp:wrapNone/>
                <wp:docPr id="1509037561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4D791DF" id="สี่เหลี่ยมผืนผ้ามุมมน 2" o:spid="_x0000_s1026" style="position:absolute;margin-left:137.75pt;margin-top:-2.85pt;width:197.3pt;height:21.4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7A6367" w:rsidRPr="00AC7BFD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แผนเผชิญเหตุ ภัยจากเครื่องมืออุปกรณ์</w:t>
      </w:r>
    </w:p>
    <w:p w14:paraId="54882558" w14:textId="77777777" w:rsidR="007A6367" w:rsidRPr="000E59B7" w:rsidRDefault="007A6367" w:rsidP="000E59B7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0E59B7">
        <w:rPr>
          <w:rFonts w:ascii="TH SarabunPSK" w:hAnsi="TH SarabunPSK" w:cs="TH SarabunPSK" w:hint="cs"/>
          <w:sz w:val="32"/>
          <w:szCs w:val="32"/>
          <w:cs/>
        </w:rPr>
        <w:t>๑. วัตถุประสงค์</w:t>
      </w:r>
    </w:p>
    <w:p w14:paraId="40A12490" w14:textId="77777777" w:rsidR="000E59B7" w:rsidRPr="000E59B7" w:rsidRDefault="000E59B7" w:rsidP="000E59B7">
      <w:pPr>
        <w:pStyle w:val="31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0E59B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๑. เพื่อป้องกันอันตรายและการบาดเจ็บจากการใช้งานเครื่องมือ อุปกรณ์ และเครื่องใช้ไฟฟ้าภายในสถานศึกษา</w:t>
      </w:r>
      <w:r w:rsidRPr="000E59B7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</w:p>
    <w:p w14:paraId="22C8BD73" w14:textId="77777777" w:rsidR="000E59B7" w:rsidRPr="000E59B7" w:rsidRDefault="000E59B7" w:rsidP="000E59B7">
      <w:pPr>
        <w:pStyle w:val="31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0E59B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๒. เพื่อวางระบบการตรวจสอบและบำรุงรักษาอุปกรณ์ให้อยู่ในสภาพที่ปลอดภัยพร้อมใช้งานเสมอ</w:t>
      </w:r>
      <w:r w:rsidRPr="000E59B7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</w:p>
    <w:p w14:paraId="6E1141B7" w14:textId="77777777" w:rsidR="000E59B7" w:rsidRPr="000E59B7" w:rsidRDefault="000E59B7" w:rsidP="000E59B7">
      <w:pPr>
        <w:pStyle w:val="31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0E59B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๓. เพื่อให้บุคลากรและนักเรียนมีความรู้ในการใช้งานและรู้วิธีการตัด</w:t>
      </w:r>
      <w:proofErr w:type="spellStart"/>
      <w:r w:rsidRPr="000E59B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กระแสไฟ</w:t>
      </w:r>
      <w:proofErr w:type="spellEnd"/>
      <w:r w:rsidRPr="000E59B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เมื่อเกิดเหตุฉุกเฉิน</w:t>
      </w:r>
    </w:p>
    <w:p w14:paraId="500A5367" w14:textId="0A18A226" w:rsidR="007A6367" w:rsidRPr="000E59B7" w:rsidRDefault="007A6367" w:rsidP="000E59B7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0E59B7">
        <w:rPr>
          <w:rFonts w:ascii="TH SarabunPSK" w:hAnsi="TH SarabunPSK" w:cs="TH SarabunPSK" w:hint="cs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372E7641" w14:textId="77777777" w:rsidR="007A6367" w:rsidRDefault="007A6367" w:rsidP="000E59B7">
      <w:pPr>
        <w:pStyle w:val="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0E59B7">
        <w:rPr>
          <w:rFonts w:ascii="TH SarabunPSK" w:hAnsi="TH SarabunPSK" w:cs="TH SarabunPSK" w:hint="cs"/>
          <w:sz w:val="32"/>
          <w:szCs w:val="32"/>
          <w:cs/>
        </w:rPr>
        <w:t>๒.๑ การเตรียมการก่อนเกิดเหตุ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48"/>
        <w:gridCol w:w="5658"/>
        <w:gridCol w:w="2059"/>
      </w:tblGrid>
      <w:tr w:rsidR="000E59B7" w:rsidRPr="000C58F2" w14:paraId="2C0CEDD8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429A51A5" w14:textId="77777777" w:rsidR="000E59B7" w:rsidRPr="000C58F2" w:rsidRDefault="000E59B7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353AFE16" w14:textId="77777777" w:rsidR="000E59B7" w:rsidRPr="000C58F2" w:rsidRDefault="000E59B7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33324EFC" w14:textId="77777777" w:rsidR="000E59B7" w:rsidRPr="000C58F2" w:rsidRDefault="000E59B7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0E59B7" w14:paraId="1F6A6A5A" w14:textId="77777777" w:rsidTr="000E59B7">
        <w:tc>
          <w:tcPr>
            <w:tcW w:w="0" w:type="auto"/>
            <w:hideMark/>
          </w:tcPr>
          <w:p w14:paraId="264B1579" w14:textId="77777777" w:rsidR="000E59B7" w:rsidRPr="000E59B7" w:rsidRDefault="000E59B7" w:rsidP="000E59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การตรวจสอบประจำปี</w:t>
            </w:r>
          </w:p>
        </w:tc>
        <w:tc>
          <w:tcPr>
            <w:tcW w:w="0" w:type="auto"/>
            <w:hideMark/>
          </w:tcPr>
          <w:p w14:paraId="298388B8" w14:textId="77777777" w:rsidR="000E59B7" w:rsidRPr="000E59B7" w:rsidRDefault="000E59B7" w:rsidP="000E59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ตรวจเช็คสภาพสายไฟ ปลั๊กไฟ และอุปกรณ์ไฟฟ้าในห้องเรียนและห้องปฏิบัติการ</w:t>
            </w:r>
          </w:p>
        </w:tc>
        <w:tc>
          <w:tcPr>
            <w:tcW w:w="0" w:type="auto"/>
            <w:hideMark/>
          </w:tcPr>
          <w:p w14:paraId="3620B271" w14:textId="77777777" w:rsidR="000E59B7" w:rsidRPr="000E59B7" w:rsidRDefault="000E59B7" w:rsidP="000E59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นักการภารโรง / ครู </w:t>
            </w:r>
            <w:r w:rsidRPr="000E59B7">
              <w:rPr>
                <w:rFonts w:ascii="TH SarabunPSK" w:hAnsi="TH SarabunPSK" w:cs="TH SarabunPSK" w:hint="cs"/>
                <w:sz w:val="32"/>
                <w:szCs w:val="32"/>
              </w:rPr>
              <w:t>ICT</w:t>
            </w:r>
          </w:p>
        </w:tc>
      </w:tr>
      <w:tr w:rsidR="000E59B7" w14:paraId="5555EEC6" w14:textId="77777777" w:rsidTr="000E59B7">
        <w:tc>
          <w:tcPr>
            <w:tcW w:w="0" w:type="auto"/>
            <w:hideMark/>
          </w:tcPr>
          <w:p w14:paraId="507EB53E" w14:textId="77777777" w:rsidR="000E59B7" w:rsidRPr="000E59B7" w:rsidRDefault="000E59B7" w:rsidP="000E59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ป้ายเตือนและคู่มือ</w:t>
            </w:r>
          </w:p>
        </w:tc>
        <w:tc>
          <w:tcPr>
            <w:tcW w:w="0" w:type="auto"/>
            <w:hideMark/>
          </w:tcPr>
          <w:p w14:paraId="27FBEE5B" w14:textId="77777777" w:rsidR="000E59B7" w:rsidRPr="000E59B7" w:rsidRDefault="000E59B7" w:rsidP="000E59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ติดตั้งป้ายคำเตือนและขั้นตอนการใช้งานเครื่องมือที่มีความเสี่ยง (เช่น เครื่องตัดหญ้า</w:t>
            </w:r>
            <w:r w:rsidRPr="000E59B7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เครื่องปั๊มน้ำ)</w:t>
            </w:r>
          </w:p>
        </w:tc>
        <w:tc>
          <w:tcPr>
            <w:tcW w:w="0" w:type="auto"/>
            <w:hideMark/>
          </w:tcPr>
          <w:p w14:paraId="06F3E2F1" w14:textId="77777777" w:rsidR="000E59B7" w:rsidRPr="000E59B7" w:rsidRDefault="000E59B7" w:rsidP="000E59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งานอาคารสถานที่</w:t>
            </w:r>
          </w:p>
        </w:tc>
      </w:tr>
      <w:tr w:rsidR="000E59B7" w14:paraId="34D310DD" w14:textId="77777777" w:rsidTr="000E59B7">
        <w:tc>
          <w:tcPr>
            <w:tcW w:w="0" w:type="auto"/>
            <w:hideMark/>
          </w:tcPr>
          <w:p w14:paraId="5CB5F6BF" w14:textId="77777777" w:rsidR="000E59B7" w:rsidRPr="000E59B7" w:rsidRDefault="000E59B7" w:rsidP="000E59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การจัดเก็บ</w:t>
            </w:r>
          </w:p>
        </w:tc>
        <w:tc>
          <w:tcPr>
            <w:tcW w:w="0" w:type="auto"/>
            <w:hideMark/>
          </w:tcPr>
          <w:p w14:paraId="4BC7EEE7" w14:textId="77777777" w:rsidR="000E59B7" w:rsidRPr="000E59B7" w:rsidRDefault="000E59B7" w:rsidP="000E59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จัดเก็บเครื่องมือของมีคมและสารเคมีในตู้ที่</w:t>
            </w:r>
            <w:proofErr w:type="spellStart"/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ล็</w:t>
            </w:r>
            <w:proofErr w:type="spellEnd"/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อกได้มิดชิด พ้นจากมือนักเรียน</w:t>
            </w:r>
          </w:p>
        </w:tc>
        <w:tc>
          <w:tcPr>
            <w:tcW w:w="0" w:type="auto"/>
            <w:hideMark/>
          </w:tcPr>
          <w:p w14:paraId="5024F4E0" w14:textId="77777777" w:rsidR="000E59B7" w:rsidRPr="000E59B7" w:rsidRDefault="000E59B7" w:rsidP="000E59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ครูผู้สอน / นักการฯ</w:t>
            </w:r>
          </w:p>
        </w:tc>
      </w:tr>
      <w:tr w:rsidR="000E59B7" w14:paraId="67F55DB7" w14:textId="77777777" w:rsidTr="000E59B7">
        <w:tc>
          <w:tcPr>
            <w:tcW w:w="0" w:type="auto"/>
            <w:hideMark/>
          </w:tcPr>
          <w:p w14:paraId="203ABFCF" w14:textId="77777777" w:rsidR="000E59B7" w:rsidRPr="000E59B7" w:rsidRDefault="000E59B7" w:rsidP="000E59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อบรมการใช้งาน</w:t>
            </w:r>
          </w:p>
        </w:tc>
        <w:tc>
          <w:tcPr>
            <w:tcW w:w="0" w:type="auto"/>
            <w:hideMark/>
          </w:tcPr>
          <w:p w14:paraId="08DD33A8" w14:textId="77777777" w:rsidR="000E59B7" w:rsidRPr="000E59B7" w:rsidRDefault="000E59B7" w:rsidP="000E59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สาธิตวิธีใช้งานเครื่องมือวิทยาศาสตร์หรืออุปกรณ์ไฟฟ้าอย่างถูกวิธีให้นักเรียนทราบก่อนใช้</w:t>
            </w:r>
          </w:p>
        </w:tc>
        <w:tc>
          <w:tcPr>
            <w:tcW w:w="0" w:type="auto"/>
            <w:hideMark/>
          </w:tcPr>
          <w:p w14:paraId="29136423" w14:textId="77777777" w:rsidR="000E59B7" w:rsidRPr="000E59B7" w:rsidRDefault="000E59B7" w:rsidP="000E59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ครูประจำวิชา</w:t>
            </w:r>
          </w:p>
        </w:tc>
      </w:tr>
    </w:tbl>
    <w:p w14:paraId="63699ACF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21"/>
        <w:gridCol w:w="5534"/>
        <w:gridCol w:w="2310"/>
      </w:tblGrid>
      <w:tr w:rsidR="000E59B7" w:rsidRPr="000C58F2" w14:paraId="05BB23A2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25FD4A7E" w14:textId="77777777" w:rsidR="000E59B7" w:rsidRPr="000C58F2" w:rsidRDefault="000E59B7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011F7E72" w14:textId="77777777" w:rsidR="000E59B7" w:rsidRPr="000C58F2" w:rsidRDefault="000E59B7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30429782" w14:textId="77777777" w:rsidR="000E59B7" w:rsidRPr="000C58F2" w:rsidRDefault="000E59B7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0E59B7" w14:paraId="7710F819" w14:textId="77777777" w:rsidTr="000E59B7">
        <w:tc>
          <w:tcPr>
            <w:tcW w:w="0" w:type="auto"/>
            <w:hideMark/>
          </w:tcPr>
          <w:p w14:paraId="0330FD94" w14:textId="77777777" w:rsidR="000E59B7" w:rsidRPr="000E59B7" w:rsidRDefault="000E59B7" w:rsidP="000E59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ตัดระบบพลังงาน</w:t>
            </w:r>
          </w:p>
        </w:tc>
        <w:tc>
          <w:tcPr>
            <w:tcW w:w="0" w:type="auto"/>
            <w:hideMark/>
          </w:tcPr>
          <w:p w14:paraId="097CB75D" w14:textId="77777777" w:rsidR="000E59B7" w:rsidRPr="000E59B7" w:rsidRDefault="000E59B7" w:rsidP="000E59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หากเกิดไฟฟ้ารั่วหรือเครื่องมือทำงานผิดปกติ ให้สับ</w:t>
            </w:r>
            <w:proofErr w:type="spellStart"/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คัต</w:t>
            </w:r>
            <w:proofErr w:type="spellEnd"/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เอา</w:t>
            </w:r>
            <w:proofErr w:type="spellStart"/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ต์</w:t>
            </w:r>
            <w:proofErr w:type="spellEnd"/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ตัดไฟทันที</w:t>
            </w:r>
          </w:p>
        </w:tc>
        <w:tc>
          <w:tcPr>
            <w:tcW w:w="0" w:type="auto"/>
            <w:hideMark/>
          </w:tcPr>
          <w:p w14:paraId="10931ECA" w14:textId="77777777" w:rsidR="000E59B7" w:rsidRPr="000E59B7" w:rsidRDefault="000E59B7" w:rsidP="000E59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ผู้พบเห็นเหตุการณ์</w:t>
            </w:r>
          </w:p>
        </w:tc>
      </w:tr>
      <w:tr w:rsidR="000E59B7" w14:paraId="68B8EBB5" w14:textId="77777777" w:rsidTr="000E59B7">
        <w:tc>
          <w:tcPr>
            <w:tcW w:w="0" w:type="auto"/>
            <w:hideMark/>
          </w:tcPr>
          <w:p w14:paraId="610AC809" w14:textId="77777777" w:rsidR="000E59B7" w:rsidRPr="000E59B7" w:rsidRDefault="000E59B7" w:rsidP="000E59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ช่วยเหลือเบื้องต้น</w:t>
            </w:r>
          </w:p>
        </w:tc>
        <w:tc>
          <w:tcPr>
            <w:tcW w:w="0" w:type="auto"/>
            <w:hideMark/>
          </w:tcPr>
          <w:p w14:paraId="75A8E78B" w14:textId="77777777" w:rsidR="000E59B7" w:rsidRPr="000E59B7" w:rsidRDefault="000E59B7" w:rsidP="000E59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กรณีถูกไฟฟ้าดูด ให้ใช้พลาสติกหรือผ้าแห้งดึงผู้ป่วยออก ห้ามสัมผัสตัวโดยตรง</w:t>
            </w:r>
          </w:p>
        </w:tc>
        <w:tc>
          <w:tcPr>
            <w:tcW w:w="0" w:type="auto"/>
            <w:hideMark/>
          </w:tcPr>
          <w:p w14:paraId="6BC7BD60" w14:textId="77777777" w:rsidR="000E59B7" w:rsidRPr="000E59B7" w:rsidRDefault="000E59B7" w:rsidP="000E59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บุคลากรในที่เกิดเหตุ</w:t>
            </w:r>
          </w:p>
        </w:tc>
      </w:tr>
      <w:tr w:rsidR="000E59B7" w14:paraId="53A417E6" w14:textId="77777777" w:rsidTr="000E59B7">
        <w:tc>
          <w:tcPr>
            <w:tcW w:w="0" w:type="auto"/>
            <w:hideMark/>
          </w:tcPr>
          <w:p w14:paraId="193764E2" w14:textId="77777777" w:rsidR="000E59B7" w:rsidRPr="000E59B7" w:rsidRDefault="000E59B7" w:rsidP="000E59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ระงับการใช้</w:t>
            </w:r>
          </w:p>
        </w:tc>
        <w:tc>
          <w:tcPr>
            <w:tcW w:w="0" w:type="auto"/>
            <w:hideMark/>
          </w:tcPr>
          <w:p w14:paraId="7D25FBAE" w14:textId="77777777" w:rsidR="000E59B7" w:rsidRPr="000E59B7" w:rsidRDefault="000E59B7" w:rsidP="000E59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ติดป้าย "ชำรุด ห้ามใช้งาน" และเคลื่อนย้ายอุปกรณ์ออกจากพื้นที่ทันที</w:t>
            </w:r>
          </w:p>
        </w:tc>
        <w:tc>
          <w:tcPr>
            <w:tcW w:w="0" w:type="auto"/>
            <w:hideMark/>
          </w:tcPr>
          <w:p w14:paraId="35352A4A" w14:textId="77777777" w:rsidR="000E59B7" w:rsidRPr="000E59B7" w:rsidRDefault="000E59B7" w:rsidP="000E59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 / ครูเวร</w:t>
            </w:r>
          </w:p>
        </w:tc>
      </w:tr>
      <w:tr w:rsidR="000E59B7" w14:paraId="407CF8C8" w14:textId="77777777" w:rsidTr="000E59B7">
        <w:tc>
          <w:tcPr>
            <w:tcW w:w="0" w:type="auto"/>
            <w:hideMark/>
          </w:tcPr>
          <w:p w14:paraId="5935A32D" w14:textId="77777777" w:rsidR="000E59B7" w:rsidRPr="000E59B7" w:rsidRDefault="000E59B7" w:rsidP="000E59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แจ้งเหตุฉุกเฉิน</w:t>
            </w:r>
          </w:p>
        </w:tc>
        <w:tc>
          <w:tcPr>
            <w:tcW w:w="0" w:type="auto"/>
            <w:hideMark/>
          </w:tcPr>
          <w:p w14:paraId="79C1E044" w14:textId="77777777" w:rsidR="000E59B7" w:rsidRPr="000E59B7" w:rsidRDefault="000E59B7" w:rsidP="000E59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หากมีผู้บาดเจ็บรุนแรง ให้โทรแจ้งสายด่วน ๑๖๖๙ และรายงานผู้บริหาร</w:t>
            </w:r>
          </w:p>
        </w:tc>
        <w:tc>
          <w:tcPr>
            <w:tcW w:w="0" w:type="auto"/>
            <w:hideMark/>
          </w:tcPr>
          <w:p w14:paraId="1DC598A0" w14:textId="77777777" w:rsidR="000E59B7" w:rsidRPr="000E59B7" w:rsidRDefault="000E59B7" w:rsidP="000E59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งานธุรการ</w:t>
            </w:r>
          </w:p>
        </w:tc>
      </w:tr>
    </w:tbl>
    <w:p w14:paraId="0CA3CAE5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81"/>
        <w:gridCol w:w="5691"/>
        <w:gridCol w:w="2093"/>
      </w:tblGrid>
      <w:tr w:rsidR="000E59B7" w:rsidRPr="000C58F2" w14:paraId="3C4C6544" w14:textId="77777777" w:rsidTr="008248DB">
        <w:trPr>
          <w:trHeight w:val="245"/>
        </w:trPr>
        <w:tc>
          <w:tcPr>
            <w:tcW w:w="1658" w:type="dxa"/>
            <w:shd w:val="clear" w:color="auto" w:fill="C5E0B3" w:themeFill="accent6" w:themeFillTint="66"/>
          </w:tcPr>
          <w:p w14:paraId="275CECC5" w14:textId="77777777" w:rsidR="000E59B7" w:rsidRPr="000C58F2" w:rsidRDefault="000E59B7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525" w:type="dxa"/>
            <w:shd w:val="clear" w:color="auto" w:fill="C5E0B3" w:themeFill="accent6" w:themeFillTint="66"/>
          </w:tcPr>
          <w:p w14:paraId="32F3FD6F" w14:textId="77777777" w:rsidR="000E59B7" w:rsidRPr="000C58F2" w:rsidRDefault="000E59B7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282" w:type="dxa"/>
            <w:shd w:val="clear" w:color="auto" w:fill="C5E0B3" w:themeFill="accent6" w:themeFillTint="66"/>
          </w:tcPr>
          <w:p w14:paraId="554E6A2F" w14:textId="77777777" w:rsidR="000E59B7" w:rsidRPr="000C58F2" w:rsidRDefault="000E59B7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0E59B7" w14:paraId="4233F601" w14:textId="77777777" w:rsidTr="000E59B7">
        <w:tc>
          <w:tcPr>
            <w:tcW w:w="0" w:type="auto"/>
            <w:hideMark/>
          </w:tcPr>
          <w:p w14:paraId="608CFB68" w14:textId="77777777" w:rsidR="000E59B7" w:rsidRPr="000E59B7" w:rsidRDefault="000E59B7" w:rsidP="000E59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ซ่อมแซม/จำหน่าย</w:t>
            </w:r>
          </w:p>
        </w:tc>
        <w:tc>
          <w:tcPr>
            <w:tcW w:w="0" w:type="auto"/>
            <w:hideMark/>
          </w:tcPr>
          <w:p w14:paraId="1B95AF8E" w14:textId="77777777" w:rsidR="000E59B7" w:rsidRPr="000E59B7" w:rsidRDefault="000E59B7" w:rsidP="000E59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ดำเนินการซ่อมแซมโดยช่างผู้ชำนาญการ หรือแทงจำหน่ายอุปกรณ์ที่ไม่คุ้มค่าซ่อม</w:t>
            </w:r>
          </w:p>
        </w:tc>
        <w:tc>
          <w:tcPr>
            <w:tcW w:w="0" w:type="auto"/>
            <w:hideMark/>
          </w:tcPr>
          <w:p w14:paraId="587CAE34" w14:textId="77777777" w:rsidR="000E59B7" w:rsidRPr="000E59B7" w:rsidRDefault="000E59B7" w:rsidP="000E59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งานพัสดุ / นักการฯ</w:t>
            </w:r>
          </w:p>
        </w:tc>
      </w:tr>
      <w:tr w:rsidR="000E59B7" w14:paraId="333D58AE" w14:textId="77777777" w:rsidTr="000E59B7">
        <w:tc>
          <w:tcPr>
            <w:tcW w:w="0" w:type="auto"/>
            <w:hideMark/>
          </w:tcPr>
          <w:p w14:paraId="5E715A87" w14:textId="77777777" w:rsidR="000E59B7" w:rsidRPr="000E59B7" w:rsidRDefault="000E59B7" w:rsidP="000E59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วิเคราะห์หาสาเหตุ</w:t>
            </w:r>
          </w:p>
        </w:tc>
        <w:tc>
          <w:tcPr>
            <w:tcW w:w="0" w:type="auto"/>
            <w:hideMark/>
          </w:tcPr>
          <w:p w14:paraId="3DAAE8E6" w14:textId="77777777" w:rsidR="000E59B7" w:rsidRPr="000E59B7" w:rsidRDefault="000E59B7" w:rsidP="000E59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ประชุมสรุปว่าเหตุเกิดจากอุปกรณ์ชำรุด หรือเกิดจากการใช้งานที่ผิดวิธี</w:t>
            </w:r>
          </w:p>
        </w:tc>
        <w:tc>
          <w:tcPr>
            <w:tcW w:w="0" w:type="auto"/>
            <w:hideMark/>
          </w:tcPr>
          <w:p w14:paraId="60B5A30F" w14:textId="77777777" w:rsidR="000E59B7" w:rsidRPr="000E59B7" w:rsidRDefault="000E59B7" w:rsidP="000E59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คณะกรรมการบริหาร</w:t>
            </w:r>
          </w:p>
        </w:tc>
      </w:tr>
      <w:tr w:rsidR="000E59B7" w14:paraId="254EDA71" w14:textId="77777777" w:rsidTr="000E59B7">
        <w:tc>
          <w:tcPr>
            <w:tcW w:w="0" w:type="auto"/>
            <w:hideMark/>
          </w:tcPr>
          <w:p w14:paraId="537FEA12" w14:textId="77777777" w:rsidR="000E59B7" w:rsidRPr="000E59B7" w:rsidRDefault="000E59B7" w:rsidP="000E59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ฟื้นฟูสุขภาพ</w:t>
            </w:r>
          </w:p>
        </w:tc>
        <w:tc>
          <w:tcPr>
            <w:tcW w:w="0" w:type="auto"/>
            <w:hideMark/>
          </w:tcPr>
          <w:p w14:paraId="6D438CBA" w14:textId="77777777" w:rsidR="000E59B7" w:rsidRPr="000E59B7" w:rsidRDefault="000E59B7" w:rsidP="000E59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ติดตามอาการผู้บาดเจ็บและดูแลเรื่องสวัสดิการ/ประกันอุบัติเหตุ</w:t>
            </w:r>
          </w:p>
        </w:tc>
        <w:tc>
          <w:tcPr>
            <w:tcW w:w="0" w:type="auto"/>
            <w:hideMark/>
          </w:tcPr>
          <w:p w14:paraId="537AB3C1" w14:textId="77777777" w:rsidR="000E59B7" w:rsidRPr="000E59B7" w:rsidRDefault="000E59B7" w:rsidP="000E59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ครูอนามัย</w:t>
            </w:r>
          </w:p>
        </w:tc>
      </w:tr>
      <w:tr w:rsidR="000E59B7" w14:paraId="6BB73C51" w14:textId="77777777" w:rsidTr="000E59B7">
        <w:tc>
          <w:tcPr>
            <w:tcW w:w="0" w:type="auto"/>
            <w:hideMark/>
          </w:tcPr>
          <w:p w14:paraId="5D1EE708" w14:textId="77777777" w:rsidR="000E59B7" w:rsidRPr="000E59B7" w:rsidRDefault="000E59B7" w:rsidP="000E59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ปรับปรุงมาตรการ</w:t>
            </w:r>
          </w:p>
        </w:tc>
        <w:tc>
          <w:tcPr>
            <w:tcW w:w="0" w:type="auto"/>
            <w:hideMark/>
          </w:tcPr>
          <w:p w14:paraId="059210C6" w14:textId="77777777" w:rsidR="000E59B7" w:rsidRPr="000E59B7" w:rsidRDefault="000E59B7" w:rsidP="000E59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เพิ่มความเข้มงวดในการตรวจเช็คอุปกรณ์ตามรอบระยะเวลาให้ถี่ขึ้น</w:t>
            </w:r>
          </w:p>
        </w:tc>
        <w:tc>
          <w:tcPr>
            <w:tcW w:w="0" w:type="auto"/>
            <w:hideMark/>
          </w:tcPr>
          <w:p w14:paraId="4F9A40DD" w14:textId="77777777" w:rsidR="000E59B7" w:rsidRPr="000E59B7" w:rsidRDefault="000E59B7" w:rsidP="000E59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59B7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ผู้บริหารสถานศึกษา</w:t>
            </w:r>
          </w:p>
        </w:tc>
      </w:tr>
    </w:tbl>
    <w:p w14:paraId="313856DA" w14:textId="77777777" w:rsidR="000E59B7" w:rsidRPr="00AC7BFD" w:rsidRDefault="000E59B7" w:rsidP="000E59B7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๓. ระยะเวลาในการป้องกัน</w:t>
      </w:r>
    </w:p>
    <w:p w14:paraId="5968A98F" w14:textId="77777777" w:rsidR="000E59B7" w:rsidRPr="00AC7BFD" w:rsidRDefault="000E59B7" w:rsidP="000E59B7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1F3DADEA" w14:textId="77777777" w:rsidR="000E59B7" w:rsidRPr="00AC7BFD" w:rsidRDefault="000E59B7" w:rsidP="000E59B7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0CBED831" w14:textId="77777777" w:rsidR="00413068" w:rsidRPr="00AC7BFD" w:rsidRDefault="00413068" w:rsidP="0041306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8A88DD6" w14:textId="77777777" w:rsidR="000E59B7" w:rsidRPr="00AC7BFD" w:rsidRDefault="000E59B7" w:rsidP="000E59B7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359A9717" w14:textId="77777777" w:rsidR="00CB592D" w:rsidRDefault="00CB592D" w:rsidP="00CB592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4081EC16" w14:textId="5B79DAD2" w:rsidR="004F35C0" w:rsidRPr="009C66CA" w:rsidRDefault="004F35C0" w:rsidP="004F35C0">
      <w:pPr>
        <w:pStyle w:val="1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0CD59B53" wp14:editId="498046ED">
                <wp:simplePos x="0" y="0"/>
                <wp:positionH relativeFrom="column">
                  <wp:posOffset>1693545</wp:posOffset>
                </wp:positionH>
                <wp:positionV relativeFrom="paragraph">
                  <wp:posOffset>147929</wp:posOffset>
                </wp:positionV>
                <wp:extent cx="2505710" cy="271780"/>
                <wp:effectExtent l="0" t="0" r="8890" b="7620"/>
                <wp:wrapNone/>
                <wp:docPr id="1177435019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9CD693" id="สี่เหลี่ยมผืนผ้ามุมมน 2" o:spid="_x0000_s1026" style="position:absolute;margin-left:133.35pt;margin-top:11.65pt;width:197.3pt;height:21.4pt;z-index:-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Pr="009C66CA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แผนเผชิญเหตุ</w:t>
      </w:r>
      <w:r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</w:t>
      </w:r>
      <w:r w:rsidRPr="009C66CA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อัคคีภัย</w:t>
      </w:r>
      <w:r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(ไฟไหม้)</w:t>
      </w:r>
    </w:p>
    <w:p w14:paraId="534AEF51" w14:textId="77777777" w:rsidR="004F35C0" w:rsidRPr="004F35C0" w:rsidRDefault="004F35C0" w:rsidP="00FB40FE">
      <w:pPr>
        <w:pStyle w:val="21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F35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</w:t>
      </w:r>
      <w:r w:rsidRPr="004F35C0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. </w:t>
      </w:r>
      <w:r w:rsidRPr="004F35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วัตถุประสงค์</w:t>
      </w:r>
    </w:p>
    <w:p w14:paraId="7FCD92F6" w14:textId="77777777" w:rsidR="00FB40FE" w:rsidRPr="00FB40FE" w:rsidRDefault="00FB40FE" w:rsidP="00FB40FE">
      <w:pPr>
        <w:ind w:firstLine="720"/>
        <w:rPr>
          <w:rFonts w:ascii="TH SarabunPSK" w:hAnsi="TH SarabunPSK" w:cs="TH SarabunPSK"/>
          <w:sz w:val="32"/>
          <w:szCs w:val="32"/>
        </w:rPr>
      </w:pPr>
      <w:r w:rsidRPr="00FB40FE">
        <w:rPr>
          <w:rFonts w:ascii="TH SarabunPSK" w:hAnsi="TH SarabunPSK" w:cs="TH SarabunPSK" w:hint="cs"/>
          <w:sz w:val="32"/>
          <w:szCs w:val="32"/>
          <w:cs/>
        </w:rPr>
        <w:t>๑. เพื่อให้มีระบบการแจ้งเหตุและอพยพหนีไฟที่มีประสิทธิภาพ ลดการบาดเจ็บและสูญเสียชีวิต</w:t>
      </w:r>
      <w:r w:rsidRPr="00FB40FE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6DBE43AE" w14:textId="77777777" w:rsidR="00FB40FE" w:rsidRPr="00FB40FE" w:rsidRDefault="00FB40FE" w:rsidP="00FB40FE">
      <w:pPr>
        <w:ind w:firstLine="720"/>
        <w:rPr>
          <w:rFonts w:ascii="TH SarabunPSK" w:hAnsi="TH SarabunPSK" w:cs="TH SarabunPSK"/>
          <w:sz w:val="32"/>
          <w:szCs w:val="32"/>
        </w:rPr>
      </w:pPr>
      <w:r w:rsidRPr="00FB40FE">
        <w:rPr>
          <w:rFonts w:ascii="TH SarabunPSK" w:hAnsi="TH SarabunPSK" w:cs="TH SarabunPSK" w:hint="cs"/>
          <w:sz w:val="32"/>
          <w:szCs w:val="32"/>
          <w:cs/>
        </w:rPr>
        <w:t>๒. เพื่อให้บุคลากรและนักเรียนมีความรู้และทักษะในการใช้อุปกรณ์ดับเพลิงเบื้องต้น</w:t>
      </w:r>
      <w:r w:rsidRPr="00FB40FE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0D292A94" w14:textId="0C8BE434" w:rsidR="00FB40FE" w:rsidRPr="00FB40FE" w:rsidRDefault="00FB40FE" w:rsidP="00FB40FE">
      <w:pPr>
        <w:ind w:firstLine="720"/>
        <w:rPr>
          <w:rFonts w:ascii="TH SarabunPSK" w:hAnsi="TH SarabunPSK" w:cs="TH SarabunPSK"/>
          <w:sz w:val="32"/>
          <w:szCs w:val="32"/>
        </w:rPr>
      </w:pPr>
      <w:r w:rsidRPr="00FB40FE">
        <w:rPr>
          <w:rFonts w:ascii="TH SarabunPSK" w:hAnsi="TH SarabunPSK" w:cs="TH SarabunPSK" w:hint="cs"/>
          <w:sz w:val="32"/>
          <w:szCs w:val="32"/>
          <w:cs/>
        </w:rPr>
        <w:t>๓. เพื่อระบุจุดรวมพลและเส้นทางหนีไฟที่ชัดเจนและปลอดภัยสำหรับทุกคนในโรงเรียน</w:t>
      </w:r>
    </w:p>
    <w:p w14:paraId="078DAEE3" w14:textId="77777777" w:rsidR="004F35C0" w:rsidRPr="004F35C0" w:rsidRDefault="004F35C0" w:rsidP="00FB40FE">
      <w:pPr>
        <w:pStyle w:val="21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F35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</w:t>
      </w:r>
      <w:r w:rsidRPr="004F35C0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. </w:t>
      </w:r>
      <w:r w:rsidRPr="004F35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รายละเอียดภารกิจและกิจกรรมที่ต้องดำเนินการ</w:t>
      </w:r>
    </w:p>
    <w:p w14:paraId="617AE83F" w14:textId="77777777" w:rsidR="004F35C0" w:rsidRDefault="004F35C0" w:rsidP="00FB40FE">
      <w:pPr>
        <w:pStyle w:val="31"/>
        <w:spacing w:before="0" w:beforeAutospacing="0" w:after="0" w:afterAutospacing="0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F35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</w:t>
      </w:r>
      <w:r w:rsidRPr="004F35C0">
        <w:rPr>
          <w:rFonts w:ascii="TH SarabunPSK" w:hAnsi="TH SarabunPSK" w:cs="TH SarabunPSK" w:hint="cs"/>
          <w:color w:val="000000" w:themeColor="text1"/>
          <w:sz w:val="32"/>
          <w:szCs w:val="32"/>
        </w:rPr>
        <w:t>.</w:t>
      </w:r>
      <w:r w:rsidRPr="004F35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 การเตรียมการก่อนเกิดเหตุ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10"/>
        <w:gridCol w:w="5290"/>
        <w:gridCol w:w="2365"/>
      </w:tblGrid>
      <w:tr w:rsidR="00FB40FE" w:rsidRPr="000C58F2" w14:paraId="665390C6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0728B3E7" w14:textId="77777777" w:rsidR="00FB40FE" w:rsidRPr="000C58F2" w:rsidRDefault="00FB40FE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3F8A63A2" w14:textId="77777777" w:rsidR="00FB40FE" w:rsidRPr="000C58F2" w:rsidRDefault="00FB40FE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3B1D18F7" w14:textId="77777777" w:rsidR="00FB40FE" w:rsidRPr="000C58F2" w:rsidRDefault="00FB40FE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FB40FE" w:rsidRPr="00FB40FE" w14:paraId="2C7FBD39" w14:textId="77777777" w:rsidTr="00FB40FE">
        <w:tc>
          <w:tcPr>
            <w:tcW w:w="0" w:type="auto"/>
            <w:hideMark/>
          </w:tcPr>
          <w:p w14:paraId="3EC24F54" w14:textId="77777777" w:rsidR="00FB40FE" w:rsidRPr="00FB40FE" w:rsidRDefault="00FB40FE" w:rsidP="00FB40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ตรวจเช็คถังดับเพลิง</w:t>
            </w:r>
          </w:p>
        </w:tc>
        <w:tc>
          <w:tcPr>
            <w:tcW w:w="0" w:type="auto"/>
            <w:hideMark/>
          </w:tcPr>
          <w:p w14:paraId="3F6A10EC" w14:textId="77777777" w:rsidR="00FB40FE" w:rsidRPr="00FB40FE" w:rsidRDefault="00FB40FE" w:rsidP="00FB40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ตรวจสอบมาตรวัดแรงดันและสภาพถังดับเพลิงทุกเดือนให้พร้อมใช้งาน</w:t>
            </w:r>
          </w:p>
        </w:tc>
        <w:tc>
          <w:tcPr>
            <w:tcW w:w="0" w:type="auto"/>
            <w:hideMark/>
          </w:tcPr>
          <w:p w14:paraId="63180B8B" w14:textId="77777777" w:rsidR="00FB40FE" w:rsidRPr="00FB40FE" w:rsidRDefault="00FB40FE" w:rsidP="00FB40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นักการภารโรง / งานอาคารฯ</w:t>
            </w:r>
          </w:p>
        </w:tc>
      </w:tr>
      <w:tr w:rsidR="00FB40FE" w:rsidRPr="00FB40FE" w14:paraId="3640C623" w14:textId="77777777" w:rsidTr="00FB40FE">
        <w:tc>
          <w:tcPr>
            <w:tcW w:w="0" w:type="auto"/>
            <w:hideMark/>
          </w:tcPr>
          <w:p w14:paraId="3B8AF27F" w14:textId="77777777" w:rsidR="00FB40FE" w:rsidRPr="00FB40FE" w:rsidRDefault="00FB40FE" w:rsidP="00FB40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ซ้อมแผนหนีไฟ</w:t>
            </w:r>
          </w:p>
        </w:tc>
        <w:tc>
          <w:tcPr>
            <w:tcW w:w="0" w:type="auto"/>
            <w:hideMark/>
          </w:tcPr>
          <w:p w14:paraId="5C85D437" w14:textId="77777777" w:rsidR="00FB40FE" w:rsidRPr="00FB40FE" w:rsidRDefault="00FB40FE" w:rsidP="00FB40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จัดการฝึกซ้อมอพยพหนีไฟอย่างน้อยปีละ ๑ ครั้ง ตามระเบียบความปลอดภัย</w:t>
            </w:r>
          </w:p>
        </w:tc>
        <w:tc>
          <w:tcPr>
            <w:tcW w:w="0" w:type="auto"/>
            <w:hideMark/>
          </w:tcPr>
          <w:p w14:paraId="152B3945" w14:textId="77777777" w:rsidR="00FB40FE" w:rsidRPr="00FB40FE" w:rsidRDefault="00FB40FE" w:rsidP="00FB40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คณะกรรมการความปลอดภัย</w:t>
            </w:r>
          </w:p>
        </w:tc>
      </w:tr>
      <w:tr w:rsidR="00FB40FE" w:rsidRPr="00FB40FE" w14:paraId="7E6E8484" w14:textId="77777777" w:rsidTr="00FB40FE">
        <w:tc>
          <w:tcPr>
            <w:tcW w:w="0" w:type="auto"/>
            <w:hideMark/>
          </w:tcPr>
          <w:p w14:paraId="6DFDFDC9" w14:textId="77777777" w:rsidR="00FB40FE" w:rsidRPr="00FB40FE" w:rsidRDefault="00FB40FE" w:rsidP="00FB40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แผนผังเส้นทางหนีไฟ</w:t>
            </w:r>
          </w:p>
        </w:tc>
        <w:tc>
          <w:tcPr>
            <w:tcW w:w="0" w:type="auto"/>
            <w:hideMark/>
          </w:tcPr>
          <w:p w14:paraId="43FDF664" w14:textId="77777777" w:rsidR="00FB40FE" w:rsidRPr="00FB40FE" w:rsidRDefault="00FB40FE" w:rsidP="00FB40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ติดตั้งป้ายบอกทางหนีไฟและแผนผังอาคารในจุดที่มองเห็นได้ชัดเจนทุกชั้น</w:t>
            </w:r>
          </w:p>
        </w:tc>
        <w:tc>
          <w:tcPr>
            <w:tcW w:w="0" w:type="auto"/>
            <w:hideMark/>
          </w:tcPr>
          <w:p w14:paraId="00E2233D" w14:textId="77777777" w:rsidR="00FB40FE" w:rsidRPr="00FB40FE" w:rsidRDefault="00FB40FE" w:rsidP="00FB40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งานอาคารสถานที่</w:t>
            </w:r>
          </w:p>
        </w:tc>
      </w:tr>
      <w:tr w:rsidR="00FB40FE" w:rsidRPr="00FB40FE" w14:paraId="07ADC0E3" w14:textId="77777777" w:rsidTr="00FB40FE">
        <w:tc>
          <w:tcPr>
            <w:tcW w:w="0" w:type="auto"/>
            <w:hideMark/>
          </w:tcPr>
          <w:p w14:paraId="70DEC658" w14:textId="77777777" w:rsidR="00FB40FE" w:rsidRPr="00FB40FE" w:rsidRDefault="00FB40FE" w:rsidP="00FB40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ระบบแจ้งเหตุ</w:t>
            </w:r>
          </w:p>
        </w:tc>
        <w:tc>
          <w:tcPr>
            <w:tcW w:w="0" w:type="auto"/>
            <w:hideMark/>
          </w:tcPr>
          <w:p w14:paraId="2D6C163B" w14:textId="77777777" w:rsidR="00FB40FE" w:rsidRPr="00FB40FE" w:rsidRDefault="00FB40FE" w:rsidP="00FB40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sz w:val="32"/>
                <w:szCs w:val="32"/>
                <w:cs/>
              </w:rPr>
              <w:t>ทดสอบสัญญาณกริ่งแจ้งเตือนภัยให้มีเสียงดังครอบคลุมพื้นที่โรงเรียน</w:t>
            </w:r>
          </w:p>
        </w:tc>
        <w:tc>
          <w:tcPr>
            <w:tcW w:w="0" w:type="auto"/>
            <w:hideMark/>
          </w:tcPr>
          <w:p w14:paraId="269D9D71" w14:textId="77777777" w:rsidR="00FB40FE" w:rsidRPr="00FB40FE" w:rsidRDefault="00FB40FE" w:rsidP="00FB40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นักการภารโรง</w:t>
            </w:r>
          </w:p>
        </w:tc>
      </w:tr>
    </w:tbl>
    <w:p w14:paraId="005C350D" w14:textId="77777777" w:rsidR="004F35C0" w:rsidRDefault="004F35C0" w:rsidP="008248DB">
      <w:pPr>
        <w:pStyle w:val="31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F35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</w:t>
      </w:r>
      <w:r w:rsidRPr="004F35C0">
        <w:rPr>
          <w:rFonts w:ascii="TH SarabunPSK" w:hAnsi="TH SarabunPSK" w:cs="TH SarabunPSK" w:hint="cs"/>
          <w:color w:val="000000" w:themeColor="text1"/>
          <w:sz w:val="32"/>
          <w:szCs w:val="32"/>
        </w:rPr>
        <w:t>.</w:t>
      </w:r>
      <w:r w:rsidRPr="004F35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66"/>
        <w:gridCol w:w="5355"/>
        <w:gridCol w:w="2244"/>
      </w:tblGrid>
      <w:tr w:rsidR="00FB40FE" w:rsidRPr="000C58F2" w14:paraId="4836D1E0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206D8D5E" w14:textId="77777777" w:rsidR="00FB40FE" w:rsidRPr="000C58F2" w:rsidRDefault="00FB40FE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25D50600" w14:textId="77777777" w:rsidR="00FB40FE" w:rsidRPr="000C58F2" w:rsidRDefault="00FB40FE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7853F6FA" w14:textId="77777777" w:rsidR="00FB40FE" w:rsidRPr="000C58F2" w:rsidRDefault="00FB40FE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FB40FE" w14:paraId="629D5102" w14:textId="77777777" w:rsidTr="00FB40FE">
        <w:tc>
          <w:tcPr>
            <w:tcW w:w="0" w:type="auto"/>
            <w:hideMark/>
          </w:tcPr>
          <w:p w14:paraId="46573BA7" w14:textId="77777777" w:rsidR="00FB40FE" w:rsidRPr="00FB40FE" w:rsidRDefault="00FB40FE" w:rsidP="00FB40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แจ้งเหตุทันที</w:t>
            </w:r>
          </w:p>
        </w:tc>
        <w:tc>
          <w:tcPr>
            <w:tcW w:w="0" w:type="auto"/>
            <w:hideMark/>
          </w:tcPr>
          <w:p w14:paraId="1B985701" w14:textId="77777777" w:rsidR="00FB40FE" w:rsidRPr="00FB40FE" w:rsidRDefault="00FB40FE" w:rsidP="00FB40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เมื่อพบเหตุ ให้กดสัญญาณเตือนภัยและแจ้งผู้อำนวยการทราบทันที</w:t>
            </w:r>
          </w:p>
        </w:tc>
        <w:tc>
          <w:tcPr>
            <w:tcW w:w="0" w:type="auto"/>
            <w:hideMark/>
          </w:tcPr>
          <w:p w14:paraId="3E4E72F7" w14:textId="77777777" w:rsidR="00FB40FE" w:rsidRPr="00FB40FE" w:rsidRDefault="00FB40FE" w:rsidP="00FB40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ผู้พบเห็นเหตุการณ์</w:t>
            </w:r>
          </w:p>
        </w:tc>
      </w:tr>
      <w:tr w:rsidR="00FB40FE" w14:paraId="18F17B64" w14:textId="77777777" w:rsidTr="00FB40FE">
        <w:tc>
          <w:tcPr>
            <w:tcW w:w="0" w:type="auto"/>
            <w:hideMark/>
          </w:tcPr>
          <w:p w14:paraId="4839AD6A" w14:textId="77777777" w:rsidR="00FB40FE" w:rsidRPr="00FB40FE" w:rsidRDefault="00FB40FE" w:rsidP="00FB40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การระงับเหตุเบื้องต้น</w:t>
            </w:r>
          </w:p>
        </w:tc>
        <w:tc>
          <w:tcPr>
            <w:tcW w:w="0" w:type="auto"/>
            <w:hideMark/>
          </w:tcPr>
          <w:p w14:paraId="67BEA6BA" w14:textId="77777777" w:rsidR="00FB40FE" w:rsidRPr="00FB40FE" w:rsidRDefault="00FB40FE" w:rsidP="00FB40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หากเพิ่งเริ่มไหม้ ให้ใช้ถังดับเพลิงเข้าสกัดกั้น (หากมีความชำนาญและปลอดภัย)</w:t>
            </w:r>
          </w:p>
        </w:tc>
        <w:tc>
          <w:tcPr>
            <w:tcW w:w="0" w:type="auto"/>
            <w:hideMark/>
          </w:tcPr>
          <w:p w14:paraId="180F2B01" w14:textId="77777777" w:rsidR="00FB40FE" w:rsidRPr="00FB40FE" w:rsidRDefault="00FB40FE" w:rsidP="00FB40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sz w:val="32"/>
                <w:szCs w:val="32"/>
                <w:cs/>
              </w:rPr>
              <w:t>ทีมดับเพลิงของโรงเรียน</w:t>
            </w:r>
          </w:p>
        </w:tc>
      </w:tr>
      <w:tr w:rsidR="00FB40FE" w14:paraId="34D328C6" w14:textId="77777777" w:rsidTr="00FB40FE">
        <w:tc>
          <w:tcPr>
            <w:tcW w:w="0" w:type="auto"/>
            <w:hideMark/>
          </w:tcPr>
          <w:p w14:paraId="03175D62" w14:textId="77777777" w:rsidR="00FB40FE" w:rsidRPr="00FB40FE" w:rsidRDefault="00FB40FE" w:rsidP="00FB40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การอพยพ</w:t>
            </w:r>
          </w:p>
        </w:tc>
        <w:tc>
          <w:tcPr>
            <w:tcW w:w="0" w:type="auto"/>
            <w:hideMark/>
          </w:tcPr>
          <w:p w14:paraId="326638F7" w14:textId="77777777" w:rsidR="00FB40FE" w:rsidRPr="00FB40FE" w:rsidRDefault="00FB40FE" w:rsidP="00FB40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sz w:val="32"/>
                <w:szCs w:val="32"/>
                <w:cs/>
              </w:rPr>
              <w:t>นำนักเรียนอพยพตามเส้นทางที่กำหนดไปยัง "จุดรวมพล" โดยห้ามใช้ลิฟต์</w:t>
            </w:r>
          </w:p>
        </w:tc>
        <w:tc>
          <w:tcPr>
            <w:tcW w:w="0" w:type="auto"/>
            <w:hideMark/>
          </w:tcPr>
          <w:p w14:paraId="16A436B3" w14:textId="77777777" w:rsidR="00FB40FE" w:rsidRPr="00FB40FE" w:rsidRDefault="00FB40FE" w:rsidP="00FB40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ครูประจำชั้นทุกคน</w:t>
            </w:r>
          </w:p>
        </w:tc>
      </w:tr>
      <w:tr w:rsidR="00FB40FE" w14:paraId="16D4F70D" w14:textId="77777777" w:rsidTr="00FB40FE">
        <w:tc>
          <w:tcPr>
            <w:tcW w:w="0" w:type="auto"/>
            <w:hideMark/>
          </w:tcPr>
          <w:p w14:paraId="23D0132A" w14:textId="77777777" w:rsidR="00FB40FE" w:rsidRPr="00FB40FE" w:rsidRDefault="00FB40FE" w:rsidP="00FB40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ประสานงานภายนอก</w:t>
            </w:r>
          </w:p>
        </w:tc>
        <w:tc>
          <w:tcPr>
            <w:tcW w:w="0" w:type="auto"/>
            <w:hideMark/>
          </w:tcPr>
          <w:p w14:paraId="007C06EE" w14:textId="77777777" w:rsidR="00FB40FE" w:rsidRPr="00FB40FE" w:rsidRDefault="00FB40FE" w:rsidP="00FB40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sz w:val="32"/>
                <w:szCs w:val="32"/>
                <w:cs/>
              </w:rPr>
              <w:t>โทรแจ้งสายด่วนดับเพลิง ๑๙๙ และกู้ชีพ ๑๖๖๙ พร้อมระบุพิกัดชัดเจน</w:t>
            </w:r>
          </w:p>
        </w:tc>
        <w:tc>
          <w:tcPr>
            <w:tcW w:w="0" w:type="auto"/>
            <w:hideMark/>
          </w:tcPr>
          <w:p w14:paraId="312295AE" w14:textId="77777777" w:rsidR="00FB40FE" w:rsidRPr="00FB40FE" w:rsidRDefault="00FB40FE" w:rsidP="00FB40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งานธุรการ</w:t>
            </w:r>
          </w:p>
        </w:tc>
      </w:tr>
    </w:tbl>
    <w:p w14:paraId="1421CE57" w14:textId="77777777" w:rsidR="004F35C0" w:rsidRDefault="004F35C0" w:rsidP="004F35C0">
      <w:pPr>
        <w:pStyle w:val="31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F35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</w:t>
      </w:r>
      <w:r w:rsidRPr="004F35C0">
        <w:rPr>
          <w:rFonts w:ascii="TH SarabunPSK" w:hAnsi="TH SarabunPSK" w:cs="TH SarabunPSK" w:hint="cs"/>
          <w:color w:val="000000" w:themeColor="text1"/>
          <w:sz w:val="32"/>
          <w:szCs w:val="32"/>
        </w:rPr>
        <w:t>.</w:t>
      </w:r>
      <w:r w:rsidRPr="004F35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56"/>
        <w:gridCol w:w="5735"/>
        <w:gridCol w:w="1974"/>
      </w:tblGrid>
      <w:tr w:rsidR="00FB40FE" w:rsidRPr="000C58F2" w14:paraId="6427B321" w14:textId="77777777" w:rsidTr="008248DB">
        <w:trPr>
          <w:trHeight w:val="245"/>
        </w:trPr>
        <w:tc>
          <w:tcPr>
            <w:tcW w:w="1732" w:type="dxa"/>
            <w:shd w:val="clear" w:color="auto" w:fill="C5E0B3" w:themeFill="accent6" w:themeFillTint="66"/>
          </w:tcPr>
          <w:p w14:paraId="77BD4B52" w14:textId="77777777" w:rsidR="00FB40FE" w:rsidRPr="000C58F2" w:rsidRDefault="00FB40FE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529" w:type="dxa"/>
            <w:shd w:val="clear" w:color="auto" w:fill="C5E0B3" w:themeFill="accent6" w:themeFillTint="66"/>
          </w:tcPr>
          <w:p w14:paraId="33FF6FAB" w14:textId="77777777" w:rsidR="00FB40FE" w:rsidRPr="000C58F2" w:rsidRDefault="00FB40FE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204" w:type="dxa"/>
            <w:shd w:val="clear" w:color="auto" w:fill="C5E0B3" w:themeFill="accent6" w:themeFillTint="66"/>
          </w:tcPr>
          <w:p w14:paraId="696BB5BB" w14:textId="77777777" w:rsidR="00FB40FE" w:rsidRPr="000C58F2" w:rsidRDefault="00FB40FE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FB40FE" w14:paraId="44B984AE" w14:textId="77777777" w:rsidTr="00FB40FE">
        <w:tc>
          <w:tcPr>
            <w:tcW w:w="0" w:type="auto"/>
            <w:hideMark/>
          </w:tcPr>
          <w:p w14:paraId="11C989AF" w14:textId="77777777" w:rsidR="00FB40FE" w:rsidRPr="00FB40FE" w:rsidRDefault="00FB40FE" w:rsidP="00FB40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เช็คยอดนักเรียน</w:t>
            </w:r>
          </w:p>
        </w:tc>
        <w:tc>
          <w:tcPr>
            <w:tcW w:w="0" w:type="auto"/>
            <w:hideMark/>
          </w:tcPr>
          <w:p w14:paraId="7BB3B87E" w14:textId="77777777" w:rsidR="00FB40FE" w:rsidRPr="00FB40FE" w:rsidRDefault="00FB40FE" w:rsidP="00FB40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ตรวจสอบรายชื่อนักเรียนและบุคลากรที่จุดรวมพลเพื่อยืนยันความปลอดภัย</w:t>
            </w:r>
          </w:p>
        </w:tc>
        <w:tc>
          <w:tcPr>
            <w:tcW w:w="0" w:type="auto"/>
            <w:hideMark/>
          </w:tcPr>
          <w:p w14:paraId="38B9A346" w14:textId="77777777" w:rsidR="00FB40FE" w:rsidRPr="00FB40FE" w:rsidRDefault="00FB40FE" w:rsidP="00FB40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ครูประจำชั้นทุกคน</w:t>
            </w:r>
          </w:p>
        </w:tc>
      </w:tr>
      <w:tr w:rsidR="00FB40FE" w14:paraId="76C388CC" w14:textId="77777777" w:rsidTr="00FB40FE">
        <w:tc>
          <w:tcPr>
            <w:tcW w:w="0" w:type="auto"/>
            <w:hideMark/>
          </w:tcPr>
          <w:p w14:paraId="1C23CF4B" w14:textId="77777777" w:rsidR="00FB40FE" w:rsidRPr="00FB40FE" w:rsidRDefault="00FB40FE" w:rsidP="00FB40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ปฐมพยาบาล</w:t>
            </w:r>
          </w:p>
        </w:tc>
        <w:tc>
          <w:tcPr>
            <w:tcW w:w="0" w:type="auto"/>
            <w:hideMark/>
          </w:tcPr>
          <w:p w14:paraId="24D4400C" w14:textId="77777777" w:rsidR="00FB40FE" w:rsidRPr="00FB40FE" w:rsidRDefault="00FB40FE" w:rsidP="00FB40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sz w:val="32"/>
                <w:szCs w:val="32"/>
                <w:cs/>
              </w:rPr>
              <w:t>ดูแลผู้บาดเจ็บเบื้องต้นจากการสำลักควันหรือรอยไหม้ก่อนส่งโรงพยาบาล</w:t>
            </w:r>
          </w:p>
        </w:tc>
        <w:tc>
          <w:tcPr>
            <w:tcW w:w="0" w:type="auto"/>
            <w:hideMark/>
          </w:tcPr>
          <w:p w14:paraId="7DA9D0FE" w14:textId="77777777" w:rsidR="00FB40FE" w:rsidRPr="00FB40FE" w:rsidRDefault="00FB40FE" w:rsidP="00FB40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ครูอนามัย</w:t>
            </w:r>
          </w:p>
        </w:tc>
      </w:tr>
      <w:tr w:rsidR="00FB40FE" w14:paraId="4AE449CA" w14:textId="77777777" w:rsidTr="00FB40FE">
        <w:tc>
          <w:tcPr>
            <w:tcW w:w="0" w:type="auto"/>
            <w:hideMark/>
          </w:tcPr>
          <w:p w14:paraId="4663E2EF" w14:textId="77777777" w:rsidR="00FB40FE" w:rsidRPr="00FB40FE" w:rsidRDefault="00FB40FE" w:rsidP="00FB40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ควบคุมพื้นที่</w:t>
            </w:r>
          </w:p>
        </w:tc>
        <w:tc>
          <w:tcPr>
            <w:tcW w:w="0" w:type="auto"/>
            <w:hideMark/>
          </w:tcPr>
          <w:p w14:paraId="0105C92A" w14:textId="77777777" w:rsidR="00FB40FE" w:rsidRPr="00FB40FE" w:rsidRDefault="00FB40FE" w:rsidP="00FB40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ห้ามบุคคลที่ไม่เกี่ยวข้องกลับเข้าอาคารจนกว่าเจ้าหน้าที่ดับเพลิงจะยืนยันว่าปลอดภัย</w:t>
            </w:r>
          </w:p>
        </w:tc>
        <w:tc>
          <w:tcPr>
            <w:tcW w:w="0" w:type="auto"/>
            <w:hideMark/>
          </w:tcPr>
          <w:p w14:paraId="5602F7AB" w14:textId="381A2353" w:rsidR="00FB40FE" w:rsidRPr="00FB40FE" w:rsidRDefault="00FB40FE" w:rsidP="00FB40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ครูเวร</w:t>
            </w:r>
          </w:p>
        </w:tc>
      </w:tr>
      <w:tr w:rsidR="00FB40FE" w14:paraId="6AF85523" w14:textId="77777777" w:rsidTr="00FB40FE">
        <w:tc>
          <w:tcPr>
            <w:tcW w:w="0" w:type="auto"/>
            <w:hideMark/>
          </w:tcPr>
          <w:p w14:paraId="32EFBA8D" w14:textId="77777777" w:rsidR="00FB40FE" w:rsidRPr="00FB40FE" w:rsidRDefault="00FB40FE" w:rsidP="00FB40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รายงานสถานการณ์</w:t>
            </w:r>
          </w:p>
        </w:tc>
        <w:tc>
          <w:tcPr>
            <w:tcW w:w="0" w:type="auto"/>
            <w:hideMark/>
          </w:tcPr>
          <w:p w14:paraId="31D489D7" w14:textId="77777777" w:rsidR="00FB40FE" w:rsidRPr="00FB40FE" w:rsidRDefault="00FB40FE" w:rsidP="00FB40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สรุปความเสียหายและรายงานเหตุการณ์ต่อต้นสังกัดตามขั้นตอน</w:t>
            </w:r>
          </w:p>
        </w:tc>
        <w:tc>
          <w:tcPr>
            <w:tcW w:w="0" w:type="auto"/>
            <w:hideMark/>
          </w:tcPr>
          <w:p w14:paraId="41B8D60C" w14:textId="77777777" w:rsidR="00FB40FE" w:rsidRPr="00FB40FE" w:rsidRDefault="00FB40FE" w:rsidP="00FB40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40FE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ผู้บริหารสถานศึกษา</w:t>
            </w:r>
          </w:p>
        </w:tc>
      </w:tr>
    </w:tbl>
    <w:p w14:paraId="6449CD9B" w14:textId="77777777" w:rsidR="00FB40FE" w:rsidRPr="00AC7BFD" w:rsidRDefault="00FB40FE" w:rsidP="00FB40FE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๓. ระยะเวลาในการป้องกัน</w:t>
      </w:r>
    </w:p>
    <w:p w14:paraId="7E619815" w14:textId="77777777" w:rsidR="00FB40FE" w:rsidRPr="00AC7BFD" w:rsidRDefault="00FB40FE" w:rsidP="00FB40FE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01146999" w14:textId="77777777" w:rsidR="00FB40FE" w:rsidRPr="00AC7BFD" w:rsidRDefault="00FB40FE" w:rsidP="00FB40FE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6C869CF3" w14:textId="77777777" w:rsidR="00413068" w:rsidRPr="00AC7BFD" w:rsidRDefault="00413068" w:rsidP="0041306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4326AF4" w14:textId="77777777" w:rsidR="00FB40FE" w:rsidRPr="00AC7BFD" w:rsidRDefault="00FB40FE" w:rsidP="00FB40FE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14666175" w14:textId="77777777" w:rsidR="00CB592D" w:rsidRDefault="00CB592D" w:rsidP="00CB592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7BFE9D54" w14:textId="77777777" w:rsidR="004F35C0" w:rsidRPr="009C66CA" w:rsidRDefault="004F35C0" w:rsidP="004F35C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1E69394" w14:textId="77777777" w:rsidR="004F35C0" w:rsidRPr="009C66CA" w:rsidRDefault="004F35C0" w:rsidP="004F35C0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368711A" w14:textId="77777777" w:rsidR="00AC7BFD" w:rsidRDefault="00AC7BFD" w:rsidP="007A6367">
      <w:pPr>
        <w:pStyle w:val="21"/>
        <w:rPr>
          <w:rFonts w:ascii="Apple Color Emoji" w:hAnsi="Apple Color Emoji" w:cs="Apple Color Emoji"/>
          <w:sz w:val="32"/>
          <w:szCs w:val="32"/>
        </w:rPr>
      </w:pPr>
    </w:p>
    <w:p w14:paraId="2E116422" w14:textId="5B3E91FD" w:rsidR="00FB40FE" w:rsidRDefault="00FB40FE" w:rsidP="007A6367">
      <w:pPr>
        <w:pStyle w:val="21"/>
        <w:rPr>
          <w:rFonts w:ascii="Apple Color Emoji" w:hAnsi="Apple Color Emoji" w:cstheme="minorBidi"/>
          <w:sz w:val="32"/>
          <w:szCs w:val="32"/>
        </w:rPr>
      </w:pPr>
    </w:p>
    <w:p w14:paraId="0A7380A3" w14:textId="6356D3C4" w:rsidR="00CB592D" w:rsidRDefault="00CB592D" w:rsidP="007A6367">
      <w:pPr>
        <w:pStyle w:val="21"/>
        <w:rPr>
          <w:rFonts w:ascii="Apple Color Emoji" w:hAnsi="Apple Color Emoji" w:cstheme="minorBidi"/>
          <w:sz w:val="32"/>
          <w:szCs w:val="32"/>
        </w:rPr>
      </w:pPr>
    </w:p>
    <w:p w14:paraId="1506E1FE" w14:textId="48C6C931" w:rsidR="00CB592D" w:rsidRDefault="00CB592D" w:rsidP="007A6367">
      <w:pPr>
        <w:pStyle w:val="21"/>
        <w:rPr>
          <w:rFonts w:ascii="Apple Color Emoji" w:hAnsi="Apple Color Emoji" w:cstheme="minorBidi"/>
          <w:sz w:val="32"/>
          <w:szCs w:val="32"/>
        </w:rPr>
      </w:pPr>
    </w:p>
    <w:p w14:paraId="0D212B1B" w14:textId="1218FCD0" w:rsidR="00CB592D" w:rsidRDefault="00CB592D" w:rsidP="007A6367">
      <w:pPr>
        <w:pStyle w:val="21"/>
        <w:rPr>
          <w:rFonts w:ascii="Apple Color Emoji" w:hAnsi="Apple Color Emoji" w:cstheme="minorBidi"/>
          <w:sz w:val="32"/>
          <w:szCs w:val="32"/>
        </w:rPr>
      </w:pPr>
    </w:p>
    <w:p w14:paraId="63A785A3" w14:textId="77777777" w:rsidR="00CB592D" w:rsidRPr="00CB592D" w:rsidRDefault="00CB592D" w:rsidP="007A6367">
      <w:pPr>
        <w:pStyle w:val="21"/>
        <w:rPr>
          <w:rFonts w:ascii="Apple Color Emoji" w:hAnsi="Apple Color Emoji" w:cstheme="minorBidi"/>
          <w:sz w:val="32"/>
          <w:szCs w:val="32"/>
        </w:rPr>
      </w:pPr>
    </w:p>
    <w:p w14:paraId="14D88EB3" w14:textId="2AADD7CE" w:rsidR="00FB40FE" w:rsidRPr="008248DB" w:rsidRDefault="00F90FA2" w:rsidP="008248DB">
      <w:pPr>
        <w:pStyle w:val="21"/>
        <w:rPr>
          <w:rFonts w:ascii="Apple Color Emoji" w:hAnsi="Apple Color Emoji" w:cs="Apple Color Emoji"/>
          <w:b w:val="0"/>
          <w:bCs w:val="0"/>
          <w:color w:val="70AD47" w:themeColor="accent6"/>
          <w:sz w:val="48"/>
          <w:szCs w:val="48"/>
          <w:cs/>
        </w:rPr>
      </w:pPr>
      <w:r w:rsidRPr="008248DB">
        <w:rPr>
          <w:rStyle w:val="ad"/>
          <w:rFonts w:ascii="TH SarabunPSK" w:hAnsi="TH SarabunPSK" w:cs="TH SarabunPSK" w:hint="cs"/>
          <w:b/>
          <w:bCs/>
          <w:color w:val="70AD47" w:themeColor="accent6"/>
          <w:sz w:val="48"/>
          <w:szCs w:val="48"/>
          <w:cs/>
        </w:rPr>
        <w:lastRenderedPageBreak/>
        <w:t>ภัยที่เกิดจากการถูกละเมิดสิทธิ</w:t>
      </w:r>
    </w:p>
    <w:p w14:paraId="41F42F00" w14:textId="5497F253" w:rsidR="00C30172" w:rsidRPr="00FB40FE" w:rsidRDefault="008C512B" w:rsidP="008C512B">
      <w:pPr>
        <w:pStyle w:val="21"/>
        <w:ind w:firstLine="72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512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ในปัจจุบัน ภัยจากการถูกละเมิดสิทธิ์ในสถานศึกษาไทยครอบคลุมตั้งแต่การละเมิดสิทธิในร่างกายผ่านการลงโทษเกินกว่าเหตุ ไปจนถึงการละเมิดสิทธิเสรีภาพในการแสดงออกและ</w:t>
      </w:r>
      <w:proofErr w:type="spellStart"/>
      <w:r w:rsidRPr="008C512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อัต</w:t>
      </w:r>
      <w:proofErr w:type="spellEnd"/>
      <w:r w:rsidRPr="008C512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ลักษณ์ส่วนบุคคลตามกฎระเบียบที่ล้าสมัย แม้จะมีกฎหมายคุ้มครองเด็กที่เข้มงวดขึ้น แต่ปัญหาการใช้อำนาจนิยมและการล่วงละเมิดทางเพศยังคงเป็นความเสี่ยงสำคัญที่ทำลายพื้นที่ปลอดภัยของเยาวชน ภาครัฐจึงเร่งผลักดันกลไกการร้องเรียนที่เป็นอิสระและคุ้มครองความลับของผู้แจ้งเหตุ เพื่อเปลี่ยนวัฒนธรรมการศึกษาไทยให้เคารพศักดิ์ศรีความเป็นมนุษย์อย่างเท่าเทียมและยุติการเพิกเฉยต่อการละเมิดทุกรูปแบ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บ</w:t>
      </w:r>
    </w:p>
    <w:p w14:paraId="17B937B9" w14:textId="2E0666E1" w:rsidR="007A6367" w:rsidRPr="00AC7BFD" w:rsidRDefault="00C30172" w:rsidP="00AC7BFD">
      <w:pPr>
        <w:pStyle w:val="21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54E866F4" wp14:editId="74860CC6">
                <wp:simplePos x="0" y="0"/>
                <wp:positionH relativeFrom="column">
                  <wp:posOffset>1612265</wp:posOffset>
                </wp:positionH>
                <wp:positionV relativeFrom="paragraph">
                  <wp:posOffset>-31620</wp:posOffset>
                </wp:positionV>
                <wp:extent cx="2750400" cy="271780"/>
                <wp:effectExtent l="0" t="0" r="18415" b="7620"/>
                <wp:wrapNone/>
                <wp:docPr id="1049298079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400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D01A95A" id="สี่เหลี่ยมผืนผ้ามุมมน 2" o:spid="_x0000_s1026" style="position:absolute;margin-left:126.95pt;margin-top:-2.5pt;width:216.55pt;height:21.4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7A6367" w:rsidRPr="00AC7BFD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แผนเผชิญเหตุ การถูกปล่อยปละ ละเลย ทอดทิ้ง</w:t>
      </w:r>
    </w:p>
    <w:p w14:paraId="379B7758" w14:textId="00059582" w:rsidR="007A6367" w:rsidRPr="00FB40FE" w:rsidRDefault="007A6367" w:rsidP="00FB40FE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FB40FE">
        <w:rPr>
          <w:rFonts w:ascii="TH SarabunPSK" w:hAnsi="TH SarabunPSK" w:cs="TH SarabunPSK" w:hint="cs"/>
          <w:sz w:val="32"/>
          <w:szCs w:val="32"/>
          <w:cs/>
        </w:rPr>
        <w:t>๑. วัตถุประสงค์</w:t>
      </w:r>
    </w:p>
    <w:p w14:paraId="51C4B8DA" w14:textId="77777777" w:rsidR="00FB40FE" w:rsidRPr="00FB40FE" w:rsidRDefault="00FB40FE" w:rsidP="00FB40FE">
      <w:pPr>
        <w:pStyle w:val="31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FB40FE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๑. เพื่อคุ้มครองและช่วยเหลือทางสังคมแก่นักเรียนที่ตกอยู่ในสภาวะยากลำบากหรือถูกทอดทิ้ง</w:t>
      </w:r>
      <w:r w:rsidRPr="00FB40FE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</w:p>
    <w:p w14:paraId="72F29BD4" w14:textId="77777777" w:rsidR="00FB40FE" w:rsidRPr="00FB40FE" w:rsidRDefault="00FB40FE" w:rsidP="00FB40FE">
      <w:pPr>
        <w:pStyle w:val="31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FB40FE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๒. เพื่อให้มีกระบวนการคัดกรองและส่งต่อข้อมูลไปยังหน่วยงานที่เกี่ยวข้องอย่างรวดเร็ว</w:t>
      </w:r>
      <w:r w:rsidRPr="00FB40FE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</w:p>
    <w:p w14:paraId="1EDE0F7D" w14:textId="77777777" w:rsidR="00FB40FE" w:rsidRPr="00FB40FE" w:rsidRDefault="00FB40FE" w:rsidP="00FB40FE">
      <w:pPr>
        <w:pStyle w:val="31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FB40FE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๓. เพื่อสร้างเครือข่ายความปลอดภัยระหว่างบ้าน โรงเรียน และชุมชน</w:t>
      </w:r>
    </w:p>
    <w:p w14:paraId="08729B6E" w14:textId="6051029C" w:rsidR="007A6367" w:rsidRPr="00FB40FE" w:rsidRDefault="007A6367" w:rsidP="00FB40FE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FB40FE">
        <w:rPr>
          <w:rFonts w:ascii="TH SarabunPSK" w:hAnsi="TH SarabunPSK" w:cs="TH SarabunPSK" w:hint="cs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2FC17466" w14:textId="77777777" w:rsidR="007A6367" w:rsidRDefault="007A6367" w:rsidP="00FB40FE">
      <w:pPr>
        <w:pStyle w:val="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FB40FE">
        <w:rPr>
          <w:rFonts w:ascii="TH SarabunPSK" w:hAnsi="TH SarabunPSK" w:cs="TH SarabunPSK" w:hint="cs"/>
          <w:sz w:val="32"/>
          <w:szCs w:val="32"/>
          <w:cs/>
        </w:rPr>
        <w:t>๒.๑ การเตรียมการก่อนเกิดเหตุ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39"/>
        <w:gridCol w:w="5813"/>
        <w:gridCol w:w="2113"/>
      </w:tblGrid>
      <w:tr w:rsidR="00FB40FE" w:rsidRPr="000C58F2" w14:paraId="28DA1C77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7F803A44" w14:textId="77777777" w:rsidR="00FB40FE" w:rsidRPr="000C58F2" w:rsidRDefault="00FB40FE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75482D53" w14:textId="77777777" w:rsidR="00FB40FE" w:rsidRPr="000C58F2" w:rsidRDefault="00FB40FE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6CFFB545" w14:textId="77777777" w:rsidR="00FB40FE" w:rsidRPr="000C58F2" w:rsidRDefault="00FB40FE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4D87" w14:paraId="3954A021" w14:textId="77777777" w:rsidTr="00854D87">
        <w:tc>
          <w:tcPr>
            <w:tcW w:w="0" w:type="auto"/>
            <w:hideMark/>
          </w:tcPr>
          <w:p w14:paraId="1C83CD8F" w14:textId="77777777" w:rsidR="00854D87" w:rsidRPr="00854D87" w:rsidRDefault="00854D87" w:rsidP="00854D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การเยี่ยมบ้าน</w:t>
            </w:r>
          </w:p>
        </w:tc>
        <w:tc>
          <w:tcPr>
            <w:tcW w:w="0" w:type="auto"/>
            <w:hideMark/>
          </w:tcPr>
          <w:p w14:paraId="0771B6C0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ดำเนินการเยี่ยมบ้านนักเรียน ๑๐๐% เพื่อประเมินสภาพความเป็นอยู่และความเสี่ยง</w:t>
            </w:r>
          </w:p>
        </w:tc>
        <w:tc>
          <w:tcPr>
            <w:tcW w:w="0" w:type="auto"/>
            <w:hideMark/>
          </w:tcPr>
          <w:p w14:paraId="307CA863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ครูประจำชั้นทุกคน</w:t>
            </w:r>
          </w:p>
        </w:tc>
      </w:tr>
      <w:tr w:rsidR="00854D87" w14:paraId="06AB4739" w14:textId="77777777" w:rsidTr="00854D87">
        <w:tc>
          <w:tcPr>
            <w:tcW w:w="0" w:type="auto"/>
            <w:hideMark/>
          </w:tcPr>
          <w:p w14:paraId="7E8FD45F" w14:textId="77777777" w:rsidR="00854D87" w:rsidRPr="00854D87" w:rsidRDefault="00854D87" w:rsidP="00854D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ฐานข้อมูลนักเรียน</w:t>
            </w:r>
          </w:p>
        </w:tc>
        <w:tc>
          <w:tcPr>
            <w:tcW w:w="0" w:type="auto"/>
            <w:hideMark/>
          </w:tcPr>
          <w:p w14:paraId="6ED33E2A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จัดทำระบบคัดกรองนักเรียนรายบุคคล (</w:t>
            </w:r>
            <w:r w:rsidRPr="00854D87">
              <w:rPr>
                <w:rFonts w:ascii="TH SarabunPSK" w:hAnsi="TH SarabunPSK" w:cs="TH SarabunPSK" w:hint="cs"/>
                <w:sz w:val="32"/>
                <w:szCs w:val="32"/>
              </w:rPr>
              <w:t xml:space="preserve">SDQ) </w:t>
            </w: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โดยจำแนกกลุ่มปกติ กลุ่มเสี่ยง และกลุ่มมีปัญหา</w:t>
            </w:r>
          </w:p>
        </w:tc>
        <w:tc>
          <w:tcPr>
            <w:tcW w:w="0" w:type="auto"/>
            <w:hideMark/>
          </w:tcPr>
          <w:p w14:paraId="3904C2A0" w14:textId="0DB79257" w:rsidR="00854D87" w:rsidRPr="00854D87" w:rsidRDefault="00854D87" w:rsidP="00CB59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</w:t>
            </w:r>
            <w:r w:rsidR="00CB592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ประจำชั้น</w:t>
            </w: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/ งานระบบดูแลฯ</w:t>
            </w:r>
          </w:p>
        </w:tc>
      </w:tr>
      <w:tr w:rsidR="00854D87" w14:paraId="0C647F04" w14:textId="77777777" w:rsidTr="00854D87">
        <w:tc>
          <w:tcPr>
            <w:tcW w:w="0" w:type="auto"/>
            <w:hideMark/>
          </w:tcPr>
          <w:p w14:paraId="73D81A0A" w14:textId="77777777" w:rsidR="00854D87" w:rsidRPr="00854D87" w:rsidRDefault="00854D87" w:rsidP="00854D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สร้างความตระหนัก</w:t>
            </w:r>
          </w:p>
        </w:tc>
        <w:tc>
          <w:tcPr>
            <w:tcW w:w="0" w:type="auto"/>
            <w:hideMark/>
          </w:tcPr>
          <w:p w14:paraId="446BE4A6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อบรมให้ความรู้แก่บุคลากรในการสังเกตสัญญาณพฤติกรรมเด็กที่ถูกละเลย (เช่น ร่างกายมอมแมม</w:t>
            </w:r>
            <w:r w:rsidRPr="00854D87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ขาดเรียนบ่อย)</w:t>
            </w:r>
          </w:p>
        </w:tc>
        <w:tc>
          <w:tcPr>
            <w:tcW w:w="0" w:type="auto"/>
            <w:hideMark/>
          </w:tcPr>
          <w:p w14:paraId="7A2F873F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ผู้บริหารสถานศึกษา</w:t>
            </w:r>
          </w:p>
        </w:tc>
      </w:tr>
      <w:tr w:rsidR="00854D87" w14:paraId="6BC44E45" w14:textId="77777777" w:rsidTr="00854D87">
        <w:tc>
          <w:tcPr>
            <w:tcW w:w="0" w:type="auto"/>
            <w:hideMark/>
          </w:tcPr>
          <w:p w14:paraId="06696B23" w14:textId="77777777" w:rsidR="00854D87" w:rsidRPr="00854D87" w:rsidRDefault="00854D87" w:rsidP="00854D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ประสานเครือข่าย</w:t>
            </w:r>
          </w:p>
        </w:tc>
        <w:tc>
          <w:tcPr>
            <w:tcW w:w="0" w:type="auto"/>
            <w:hideMark/>
          </w:tcPr>
          <w:p w14:paraId="153FD76A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ทำความตกลงร่วมกับผู้นำชุมชนและโรงพยาบาลส่งเสริมสุขภาพตำบล (รพ.สต.) ในการเฝ้าระวัง</w:t>
            </w:r>
          </w:p>
        </w:tc>
        <w:tc>
          <w:tcPr>
            <w:tcW w:w="0" w:type="auto"/>
            <w:hideMark/>
          </w:tcPr>
          <w:p w14:paraId="4D37ABBD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งานฝ่ายบริหารทั่วไป</w:t>
            </w:r>
          </w:p>
        </w:tc>
      </w:tr>
    </w:tbl>
    <w:p w14:paraId="051A2D10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20"/>
        <w:gridCol w:w="5755"/>
        <w:gridCol w:w="2090"/>
      </w:tblGrid>
      <w:tr w:rsidR="00FB40FE" w:rsidRPr="000C58F2" w14:paraId="45B29FCC" w14:textId="77777777" w:rsidTr="008248DB">
        <w:trPr>
          <w:trHeight w:val="245"/>
          <w:tblHeader/>
        </w:trPr>
        <w:tc>
          <w:tcPr>
            <w:tcW w:w="1642" w:type="dxa"/>
            <w:shd w:val="clear" w:color="auto" w:fill="C5E0B3" w:themeFill="accent6" w:themeFillTint="66"/>
          </w:tcPr>
          <w:p w14:paraId="5BCAF38A" w14:textId="77777777" w:rsidR="00FB40FE" w:rsidRPr="000C58F2" w:rsidRDefault="00FB40FE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13EDEA19" w14:textId="77777777" w:rsidR="00FB40FE" w:rsidRPr="000C58F2" w:rsidRDefault="00FB40FE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293A8951" w14:textId="77777777" w:rsidR="00FB40FE" w:rsidRPr="000C58F2" w:rsidRDefault="00FB40FE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4D87" w14:paraId="4D600ABF" w14:textId="77777777" w:rsidTr="00854D87">
        <w:tc>
          <w:tcPr>
            <w:tcW w:w="0" w:type="auto"/>
            <w:hideMark/>
          </w:tcPr>
          <w:p w14:paraId="03A5AAE2" w14:textId="77777777" w:rsidR="00854D87" w:rsidRPr="00854D87" w:rsidRDefault="00854D87" w:rsidP="00854D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การให้ที่พักพิง</w:t>
            </w:r>
          </w:p>
        </w:tc>
        <w:tc>
          <w:tcPr>
            <w:tcW w:w="0" w:type="auto"/>
            <w:hideMark/>
          </w:tcPr>
          <w:p w14:paraId="0599419A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จัดหาที่พักชั่วคราวภายในโรงเรียนที่ปลอดภัยและมีผู้ดูแลใกล้ชิด</w:t>
            </w:r>
          </w:p>
        </w:tc>
        <w:tc>
          <w:tcPr>
            <w:tcW w:w="0" w:type="auto"/>
            <w:hideMark/>
          </w:tcPr>
          <w:p w14:paraId="63765321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ครูอนามัย / ครูเวร</w:t>
            </w:r>
          </w:p>
        </w:tc>
      </w:tr>
      <w:tr w:rsidR="00854D87" w14:paraId="6E213A25" w14:textId="77777777" w:rsidTr="00854D87">
        <w:tc>
          <w:tcPr>
            <w:tcW w:w="0" w:type="auto"/>
            <w:hideMark/>
          </w:tcPr>
          <w:p w14:paraId="78892F61" w14:textId="77777777" w:rsidR="00854D87" w:rsidRPr="00854D87" w:rsidRDefault="00854D87" w:rsidP="00854D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การเยียวยาเบื้องต้น</w:t>
            </w:r>
          </w:p>
        </w:tc>
        <w:tc>
          <w:tcPr>
            <w:tcW w:w="0" w:type="auto"/>
            <w:hideMark/>
          </w:tcPr>
          <w:p w14:paraId="41EB8EF4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ดูแลเรื่องอาหาร เครื่องนุ่งห่ม และสภาพจิตใจของเด็กในขั้นต้น</w:t>
            </w:r>
          </w:p>
        </w:tc>
        <w:tc>
          <w:tcPr>
            <w:tcW w:w="0" w:type="auto"/>
            <w:hideMark/>
          </w:tcPr>
          <w:p w14:paraId="04D80415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</w:tc>
      </w:tr>
      <w:tr w:rsidR="00854D87" w14:paraId="09BBB047" w14:textId="77777777" w:rsidTr="00854D87">
        <w:tc>
          <w:tcPr>
            <w:tcW w:w="0" w:type="auto"/>
            <w:hideMark/>
          </w:tcPr>
          <w:p w14:paraId="0BC09734" w14:textId="77777777" w:rsidR="00854D87" w:rsidRPr="00854D87" w:rsidRDefault="00854D87" w:rsidP="00854D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แจ้งหน่วยงานหลัก</w:t>
            </w:r>
          </w:p>
        </w:tc>
        <w:tc>
          <w:tcPr>
            <w:tcW w:w="0" w:type="auto"/>
            <w:hideMark/>
          </w:tcPr>
          <w:p w14:paraId="76755FCF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รายงานเหตุการณ์ผ่านระบบ </w:t>
            </w:r>
            <w:r w:rsidRPr="00854D87">
              <w:rPr>
                <w:rFonts w:ascii="TH SarabunPSK" w:hAnsi="TH SarabunPSK" w:cs="TH SarabunPSK" w:hint="cs"/>
                <w:sz w:val="32"/>
                <w:szCs w:val="32"/>
              </w:rPr>
              <w:t xml:space="preserve">MOE Safety Center </w:t>
            </w: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และแจ้งพนักงานเจ้าหน้าที่คุ้มครองเด็ก (พมจ.)</w:t>
            </w:r>
          </w:p>
        </w:tc>
        <w:tc>
          <w:tcPr>
            <w:tcW w:w="0" w:type="auto"/>
            <w:hideMark/>
          </w:tcPr>
          <w:p w14:paraId="0FE971B4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ผู้บริหารสถานศึกษา</w:t>
            </w:r>
          </w:p>
        </w:tc>
      </w:tr>
      <w:tr w:rsidR="00854D87" w14:paraId="44B3BE18" w14:textId="77777777" w:rsidTr="00854D87">
        <w:tc>
          <w:tcPr>
            <w:tcW w:w="0" w:type="auto"/>
            <w:hideMark/>
          </w:tcPr>
          <w:p w14:paraId="00665BE1" w14:textId="77777777" w:rsidR="00854D87" w:rsidRPr="00854D87" w:rsidRDefault="00854D87" w:rsidP="00854D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บันทึกหลักฐาน</w:t>
            </w:r>
          </w:p>
        </w:tc>
        <w:tc>
          <w:tcPr>
            <w:tcW w:w="0" w:type="auto"/>
            <w:hideMark/>
          </w:tcPr>
          <w:p w14:paraId="71DF702C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รวบรวมข้อมูลพฤติกรรมและบันทึกภาพ (ถ้าจำเป็น) เพื่อใช้ในการให้ความช่วยเหลือทางกฎหมาย</w:t>
            </w:r>
          </w:p>
        </w:tc>
        <w:tc>
          <w:tcPr>
            <w:tcW w:w="0" w:type="auto"/>
            <w:hideMark/>
          </w:tcPr>
          <w:p w14:paraId="23DF32FC" w14:textId="544E9B90" w:rsidR="00854D87" w:rsidRPr="00854D87" w:rsidRDefault="00854D87" w:rsidP="00CB59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</w:t>
            </w:r>
            <w:r w:rsidR="00CB592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ประจำชั้น</w:t>
            </w:r>
          </w:p>
        </w:tc>
      </w:tr>
    </w:tbl>
    <w:p w14:paraId="4E577DB8" w14:textId="77777777" w:rsidR="007A6367" w:rsidRDefault="007A6367" w:rsidP="008248DB">
      <w:pPr>
        <w:pStyle w:val="4"/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76"/>
        <w:gridCol w:w="5316"/>
        <w:gridCol w:w="2373"/>
      </w:tblGrid>
      <w:tr w:rsidR="00FB40FE" w:rsidRPr="000C58F2" w14:paraId="7A21F158" w14:textId="77777777" w:rsidTr="008248DB">
        <w:trPr>
          <w:trHeight w:val="245"/>
        </w:trPr>
        <w:tc>
          <w:tcPr>
            <w:tcW w:w="1776" w:type="dxa"/>
            <w:shd w:val="clear" w:color="auto" w:fill="C5E0B3" w:themeFill="accent6" w:themeFillTint="66"/>
          </w:tcPr>
          <w:p w14:paraId="51A9AD7A" w14:textId="77777777" w:rsidR="00FB40FE" w:rsidRPr="000C58F2" w:rsidRDefault="00FB40FE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316" w:type="dxa"/>
            <w:shd w:val="clear" w:color="auto" w:fill="C5E0B3" w:themeFill="accent6" w:themeFillTint="66"/>
          </w:tcPr>
          <w:p w14:paraId="7570FF21" w14:textId="77777777" w:rsidR="00FB40FE" w:rsidRPr="000C58F2" w:rsidRDefault="00FB40FE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373" w:type="dxa"/>
            <w:shd w:val="clear" w:color="auto" w:fill="C5E0B3" w:themeFill="accent6" w:themeFillTint="66"/>
          </w:tcPr>
          <w:p w14:paraId="0AF87EB7" w14:textId="77777777" w:rsidR="00FB40FE" w:rsidRPr="000C58F2" w:rsidRDefault="00FB40FE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4D87" w14:paraId="247E7BC0" w14:textId="77777777" w:rsidTr="00854D87">
        <w:tc>
          <w:tcPr>
            <w:tcW w:w="0" w:type="auto"/>
            <w:hideMark/>
          </w:tcPr>
          <w:p w14:paraId="7A8560F1" w14:textId="77777777" w:rsidR="00854D87" w:rsidRPr="00854D87" w:rsidRDefault="00854D87" w:rsidP="00854D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ติดตามผลการดูแล</w:t>
            </w:r>
          </w:p>
        </w:tc>
        <w:tc>
          <w:tcPr>
            <w:tcW w:w="0" w:type="auto"/>
            <w:hideMark/>
          </w:tcPr>
          <w:p w14:paraId="69E4E819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ประสานกับสถานสงเคราะห์หรือญาติที่ได้รับมอบหมายเพื่อติดตามความเป็นอยู่ของเด็ก</w:t>
            </w:r>
          </w:p>
        </w:tc>
        <w:tc>
          <w:tcPr>
            <w:tcW w:w="0" w:type="auto"/>
            <w:hideMark/>
          </w:tcPr>
          <w:p w14:paraId="0DA8EC50" w14:textId="38FBD478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ครูประจำชั้น</w:t>
            </w:r>
          </w:p>
        </w:tc>
      </w:tr>
      <w:tr w:rsidR="00854D87" w14:paraId="51013958" w14:textId="77777777" w:rsidTr="00854D87">
        <w:tc>
          <w:tcPr>
            <w:tcW w:w="0" w:type="auto"/>
            <w:hideMark/>
          </w:tcPr>
          <w:p w14:paraId="235E418E" w14:textId="77777777" w:rsidR="00854D87" w:rsidRPr="00854D87" w:rsidRDefault="00854D87" w:rsidP="00854D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ฟื้นฟูการเรียนรู้</w:t>
            </w:r>
          </w:p>
        </w:tc>
        <w:tc>
          <w:tcPr>
            <w:tcW w:w="0" w:type="auto"/>
            <w:hideMark/>
          </w:tcPr>
          <w:p w14:paraId="72059F07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จัดซ่อมเสริมหรือดูแลด้านการเรียนเป็นพิเศษเพื่อไม่ให้เด็กเสียสิทธิทางการศึกษา</w:t>
            </w:r>
          </w:p>
        </w:tc>
        <w:tc>
          <w:tcPr>
            <w:tcW w:w="0" w:type="auto"/>
            <w:hideMark/>
          </w:tcPr>
          <w:p w14:paraId="5CB2C375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ครูประจำวิชา</w:t>
            </w:r>
          </w:p>
        </w:tc>
      </w:tr>
      <w:tr w:rsidR="00854D87" w14:paraId="5766878A" w14:textId="77777777" w:rsidTr="00854D87">
        <w:tc>
          <w:tcPr>
            <w:tcW w:w="0" w:type="auto"/>
            <w:hideMark/>
          </w:tcPr>
          <w:p w14:paraId="3701B6A4" w14:textId="77777777" w:rsidR="00854D87" w:rsidRPr="00854D87" w:rsidRDefault="00854D87" w:rsidP="00854D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สรุปรายงาน</w:t>
            </w:r>
          </w:p>
        </w:tc>
        <w:tc>
          <w:tcPr>
            <w:tcW w:w="0" w:type="auto"/>
            <w:hideMark/>
          </w:tcPr>
          <w:p w14:paraId="57C88AF7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จัดทำสรุปผลการดำเนินงานคุ้มครองเด็กและนำเสนอต่อคณะกรรมการสถานศึกษา</w:t>
            </w:r>
          </w:p>
        </w:tc>
        <w:tc>
          <w:tcPr>
            <w:tcW w:w="0" w:type="auto"/>
            <w:hideMark/>
          </w:tcPr>
          <w:p w14:paraId="43881A52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งานระบบดูแลช่วยเหลือนักเรียน</w:t>
            </w:r>
          </w:p>
        </w:tc>
      </w:tr>
      <w:tr w:rsidR="00854D87" w14:paraId="7FCA14C4" w14:textId="77777777" w:rsidTr="00854D87">
        <w:tc>
          <w:tcPr>
            <w:tcW w:w="0" w:type="auto"/>
            <w:hideMark/>
          </w:tcPr>
          <w:p w14:paraId="136AAB7A" w14:textId="77777777" w:rsidR="00854D87" w:rsidRPr="00854D87" w:rsidRDefault="00854D87" w:rsidP="00854D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ประเมินความปลอดภัย</w:t>
            </w:r>
          </w:p>
        </w:tc>
        <w:tc>
          <w:tcPr>
            <w:tcW w:w="0" w:type="auto"/>
            <w:hideMark/>
          </w:tcPr>
          <w:p w14:paraId="7E4121D6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ตรวจสอบสภาพแวดล้อมโดยรอบบ้านนักเรียนร่วมกับชุมชนเพื่อป้องกันการเกิดเหตุซ้ำ</w:t>
            </w:r>
          </w:p>
        </w:tc>
        <w:tc>
          <w:tcPr>
            <w:tcW w:w="0" w:type="auto"/>
            <w:hideMark/>
          </w:tcPr>
          <w:p w14:paraId="23BC09A0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คณะกรรมการความปลอดภัย</w:t>
            </w:r>
          </w:p>
        </w:tc>
      </w:tr>
    </w:tbl>
    <w:p w14:paraId="0E389D40" w14:textId="77777777" w:rsidR="00854D87" w:rsidRPr="00AC7BFD" w:rsidRDefault="00854D87" w:rsidP="00854D87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๓. ระยะเวลาในการป้องกัน</w:t>
      </w:r>
    </w:p>
    <w:p w14:paraId="2CF54DBC" w14:textId="77777777" w:rsidR="00854D87" w:rsidRPr="00AC7BFD" w:rsidRDefault="00854D87" w:rsidP="00854D87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59B3E296" w14:textId="77777777" w:rsidR="00854D87" w:rsidRPr="00AC7BFD" w:rsidRDefault="00854D87" w:rsidP="00854D87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50F50469" w14:textId="77777777" w:rsidR="00413068" w:rsidRPr="00AC7BFD" w:rsidRDefault="00413068" w:rsidP="0041306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2D61E04" w14:textId="77777777" w:rsidR="00854D87" w:rsidRPr="00AC7BFD" w:rsidRDefault="00854D87" w:rsidP="00854D87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5D80EC08" w14:textId="77777777" w:rsidR="00CB592D" w:rsidRDefault="00CB592D" w:rsidP="00CB592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46685D74" w14:textId="77777777" w:rsidR="008248DB" w:rsidRDefault="008248DB" w:rsidP="00AC7BFD">
      <w:pPr>
        <w:rPr>
          <w:rFonts w:ascii="TH SarabunPSK" w:hAnsi="TH SarabunPSK" w:cs="TH SarabunPSK"/>
          <w:sz w:val="32"/>
          <w:szCs w:val="32"/>
        </w:rPr>
      </w:pPr>
    </w:p>
    <w:p w14:paraId="42DF32B0" w14:textId="318B192E" w:rsidR="007A6367" w:rsidRPr="00AC7BFD" w:rsidRDefault="00D12027" w:rsidP="00AC7BFD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0A0EB3B2" wp14:editId="6FAD5CDF">
                <wp:simplePos x="0" y="0"/>
                <wp:positionH relativeFrom="column">
                  <wp:posOffset>1493752</wp:posOffset>
                </wp:positionH>
                <wp:positionV relativeFrom="paragraph">
                  <wp:posOffset>-13960</wp:posOffset>
                </wp:positionV>
                <wp:extent cx="2987505" cy="271780"/>
                <wp:effectExtent l="0" t="0" r="10160" b="7620"/>
                <wp:wrapNone/>
                <wp:docPr id="50021849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7505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577C467" id="สี่เหลี่ยมผืนผ้ามุมมน 2" o:spid="_x0000_s1026" style="position:absolute;margin-left:117.6pt;margin-top:-1.1pt;width:235.25pt;height:21.4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7A6367" w:rsidRPr="00AC7BFD">
        <w:rPr>
          <w:rStyle w:val="ad"/>
          <w:rFonts w:ascii="TH SarabunPSK" w:hAnsi="TH SarabunPSK" w:cs="TH SarabunPSK" w:hint="cs"/>
          <w:sz w:val="32"/>
          <w:szCs w:val="32"/>
          <w:cs/>
        </w:rPr>
        <w:t>แผนเผชิญเหตุ การคุกคามทางเพศ (การละเมิดสิทธิ์)</w:t>
      </w:r>
    </w:p>
    <w:p w14:paraId="07A85ACA" w14:textId="77777777" w:rsidR="007A6367" w:rsidRPr="00AC7BFD" w:rsidRDefault="007A6367" w:rsidP="007A6367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  <w:r w:rsidRPr="00AC7BFD">
        <w:rPr>
          <w:rStyle w:val="ad"/>
          <w:rFonts w:ascii="TH SarabunPSK" w:hAnsi="TH SarabunPSK" w:cs="TH SarabunPSK" w:hint="cs"/>
          <w:sz w:val="32"/>
          <w:szCs w:val="32"/>
          <w:cs/>
        </w:rPr>
        <w:t>หมายเหตุ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: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ไม่ซ้ำกับหัวข้อ </w:t>
      </w:r>
      <w:r w:rsidRPr="00AC7BFD">
        <w:rPr>
          <w:rFonts w:ascii="TH SarabunPSK" w:hAnsi="TH SarabunPSK" w:cs="TH SarabunPSK" w:hint="cs"/>
          <w:sz w:val="32"/>
          <w:szCs w:val="32"/>
        </w:rPr>
        <w:t>“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การล่วงละเมิดทางเพศ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”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ด้านต้น แต่เน้นการคุกคามทางคำพูด การแตะต้องโดยไม่เหมาะสม และการละเมิดสิทธิ์ในเชิงคุกคาม</w:t>
      </w:r>
    </w:p>
    <w:p w14:paraId="60AFAA7B" w14:textId="77777777" w:rsidR="007A6367" w:rsidRPr="00AC7BFD" w:rsidRDefault="007A6367" w:rsidP="00854D87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๑. วัตถุประสงค์</w:t>
      </w:r>
    </w:p>
    <w:p w14:paraId="7D79798B" w14:textId="7D79C34A" w:rsidR="00854D87" w:rsidRPr="00854D87" w:rsidRDefault="00854D87" w:rsidP="003E4827">
      <w:pPr>
        <w:pStyle w:val="af1"/>
        <w:numPr>
          <w:ilvl w:val="0"/>
          <w:numId w:val="12"/>
        </w:numPr>
        <w:rPr>
          <w:rFonts w:cs="TH SarabunPSK"/>
          <w:szCs w:val="32"/>
        </w:rPr>
      </w:pPr>
      <w:r w:rsidRPr="00854D87">
        <w:rPr>
          <w:rFonts w:cs="TH SarabunPSK" w:hint="cs"/>
          <w:szCs w:val="32"/>
          <w:cs/>
          <w:lang w:bidi="th-TH"/>
        </w:rPr>
        <w:t>เพื่อเป็นแนวทางปฏิบัติที่ชัดเจนเมื่อเกิดเหตุการณ์คุกคามทางเพศ</w:t>
      </w:r>
    </w:p>
    <w:p w14:paraId="3838BA90" w14:textId="4B0AE7E9" w:rsidR="00854D87" w:rsidRPr="00854D87" w:rsidRDefault="00854D87" w:rsidP="003E4827">
      <w:pPr>
        <w:pStyle w:val="af1"/>
        <w:numPr>
          <w:ilvl w:val="0"/>
          <w:numId w:val="12"/>
        </w:numPr>
        <w:rPr>
          <w:rFonts w:cs="TH SarabunPSK"/>
          <w:szCs w:val="32"/>
        </w:rPr>
      </w:pPr>
      <w:r w:rsidRPr="00854D87">
        <w:rPr>
          <w:rFonts w:cs="TH SarabunPSK" w:hint="cs"/>
          <w:szCs w:val="32"/>
          <w:cs/>
          <w:lang w:bidi="th-TH"/>
        </w:rPr>
        <w:t>เพื่อคุ้มครองความปลอดภัยและเยียวยาสภาพจิตใจของผู้ถูกกระทำอย่างรวดเร็ว</w:t>
      </w:r>
    </w:p>
    <w:p w14:paraId="735A03E5" w14:textId="2FD9599E" w:rsidR="00854D87" w:rsidRPr="00854D87" w:rsidRDefault="00854D87" w:rsidP="003E4827">
      <w:pPr>
        <w:pStyle w:val="af1"/>
        <w:numPr>
          <w:ilvl w:val="0"/>
          <w:numId w:val="12"/>
        </w:numPr>
        <w:rPr>
          <w:rFonts w:cs="TH SarabunPSK"/>
          <w:szCs w:val="32"/>
        </w:rPr>
      </w:pPr>
      <w:r w:rsidRPr="00854D87">
        <w:rPr>
          <w:rFonts w:cs="TH SarabunPSK" w:hint="cs"/>
          <w:szCs w:val="32"/>
          <w:cs/>
          <w:lang w:bidi="th-TH"/>
        </w:rPr>
        <w:t>เพื่อสร้างระบบการป้องปรามและสร้างสภาพแวดล้อมที่ปลอดภัยจากภัยคุกคาม</w:t>
      </w:r>
    </w:p>
    <w:p w14:paraId="0FAA0E28" w14:textId="369FC799" w:rsidR="007A6367" w:rsidRDefault="007A6367" w:rsidP="00854D87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2AB917E4" w14:textId="0BD9B49D" w:rsidR="007A6A47" w:rsidRDefault="007A6A47" w:rsidP="00854D87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39F2A1E2" w14:textId="596DB562" w:rsidR="007A6A47" w:rsidRDefault="007A6A47" w:rsidP="00854D87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60D4451E" w14:textId="77777777" w:rsidR="007A6A47" w:rsidRPr="00AC7BFD" w:rsidRDefault="007A6A47" w:rsidP="00854D87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09EDE0E3" w14:textId="77777777" w:rsidR="007A6367" w:rsidRDefault="007A6367" w:rsidP="00854D87">
      <w:pPr>
        <w:pStyle w:val="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lastRenderedPageBreak/>
        <w:t>๒.๑ การเตรียมการก่อนเกิดเหตุ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65"/>
        <w:gridCol w:w="5795"/>
        <w:gridCol w:w="2205"/>
      </w:tblGrid>
      <w:tr w:rsidR="00854D87" w:rsidRPr="000C58F2" w14:paraId="4A8006C9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620990F1" w14:textId="77777777" w:rsidR="00854D87" w:rsidRPr="000C58F2" w:rsidRDefault="00854D87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240A5375" w14:textId="77777777" w:rsidR="00854D87" w:rsidRPr="000C58F2" w:rsidRDefault="00854D87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3B30642E" w14:textId="77777777" w:rsidR="00854D87" w:rsidRPr="000C58F2" w:rsidRDefault="00854D87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4D87" w14:paraId="07A08ACB" w14:textId="77777777" w:rsidTr="00854D87">
        <w:tc>
          <w:tcPr>
            <w:tcW w:w="0" w:type="auto"/>
            <w:hideMark/>
          </w:tcPr>
          <w:p w14:paraId="1A6A4066" w14:textId="77777777" w:rsidR="00854D87" w:rsidRPr="00854D87" w:rsidRDefault="00854D87" w:rsidP="00854D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สร้างความเข้าใจ</w:t>
            </w:r>
          </w:p>
        </w:tc>
        <w:tc>
          <w:tcPr>
            <w:tcW w:w="0" w:type="auto"/>
            <w:hideMark/>
          </w:tcPr>
          <w:p w14:paraId="793551BB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อบรมให้ความรู้เรื่องขอบเขตของการคุกคามทางเพศ (ทางวาจา</w:t>
            </w:r>
            <w:r w:rsidRPr="00854D87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ท่าทาง</w:t>
            </w:r>
            <w:r w:rsidRPr="00854D87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และการสัมผัส)</w:t>
            </w:r>
          </w:p>
        </w:tc>
        <w:tc>
          <w:tcPr>
            <w:tcW w:w="0" w:type="auto"/>
            <w:hideMark/>
          </w:tcPr>
          <w:p w14:paraId="0D8D7A7B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ฝ่ายบริหาร / ฝ่ายวิชาการ</w:t>
            </w:r>
          </w:p>
        </w:tc>
      </w:tr>
      <w:tr w:rsidR="00854D87" w14:paraId="2C6DB49C" w14:textId="77777777" w:rsidTr="00854D87">
        <w:tc>
          <w:tcPr>
            <w:tcW w:w="0" w:type="auto"/>
            <w:hideMark/>
          </w:tcPr>
          <w:p w14:paraId="34F93383" w14:textId="77777777" w:rsidR="00854D87" w:rsidRPr="00854D87" w:rsidRDefault="00854D87" w:rsidP="00854D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กำหนดช่องทาง</w:t>
            </w:r>
          </w:p>
        </w:tc>
        <w:tc>
          <w:tcPr>
            <w:tcW w:w="0" w:type="auto"/>
            <w:hideMark/>
          </w:tcPr>
          <w:p w14:paraId="5739F10B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จัดตั้งตู้รับเรื่องราวร้องทุกข์ หรือช่องทางออนไลน์ที่เป็นความลับ (</w:t>
            </w:r>
            <w:r w:rsidRPr="00854D87">
              <w:rPr>
                <w:rFonts w:ascii="TH SarabunPSK" w:hAnsi="TH SarabunPSK" w:cs="TH SarabunPSK" w:hint="cs"/>
                <w:sz w:val="32"/>
                <w:szCs w:val="32"/>
              </w:rPr>
              <w:t>Anonymous)</w:t>
            </w:r>
          </w:p>
        </w:tc>
        <w:tc>
          <w:tcPr>
            <w:tcW w:w="0" w:type="auto"/>
            <w:hideMark/>
          </w:tcPr>
          <w:p w14:paraId="64E125A2" w14:textId="30E435A9" w:rsidR="00854D87" w:rsidRPr="00854D87" w:rsidRDefault="00854D87" w:rsidP="007A6A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ครูฝ่ายปกครอง / </w:t>
            </w:r>
            <w:r w:rsidR="007A6A47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ประจำชั้น</w:t>
            </w:r>
          </w:p>
        </w:tc>
      </w:tr>
      <w:tr w:rsidR="00854D87" w14:paraId="32CE8128" w14:textId="77777777" w:rsidTr="00854D87">
        <w:tc>
          <w:tcPr>
            <w:tcW w:w="0" w:type="auto"/>
            <w:hideMark/>
          </w:tcPr>
          <w:p w14:paraId="07B688B6" w14:textId="77777777" w:rsidR="00854D87" w:rsidRPr="00854D87" w:rsidRDefault="00854D87" w:rsidP="00854D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ประเมินจุดเสี่ยง</w:t>
            </w:r>
          </w:p>
        </w:tc>
        <w:tc>
          <w:tcPr>
            <w:tcW w:w="0" w:type="auto"/>
            <w:hideMark/>
          </w:tcPr>
          <w:p w14:paraId="00A75EE6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สำรวจจุดอับสายตา ติดตั้งกล้องวงจรปิด และเพิ่มแสงสว่างในพื้นที่เสี่ยง</w:t>
            </w:r>
          </w:p>
        </w:tc>
        <w:tc>
          <w:tcPr>
            <w:tcW w:w="0" w:type="auto"/>
            <w:hideMark/>
          </w:tcPr>
          <w:p w14:paraId="2FF05A8C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ฝ่ายอาคารสถานที่</w:t>
            </w:r>
          </w:p>
        </w:tc>
      </w:tr>
    </w:tbl>
    <w:p w14:paraId="7C25791E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27"/>
        <w:gridCol w:w="5664"/>
        <w:gridCol w:w="2174"/>
      </w:tblGrid>
      <w:tr w:rsidR="00854D87" w:rsidRPr="000C58F2" w14:paraId="4A5CC074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51951E06" w14:textId="77777777" w:rsidR="00854D87" w:rsidRPr="000C58F2" w:rsidRDefault="00854D87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60ADBCDF" w14:textId="77777777" w:rsidR="00854D87" w:rsidRPr="000C58F2" w:rsidRDefault="00854D87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0433980C" w14:textId="77777777" w:rsidR="00854D87" w:rsidRPr="000C58F2" w:rsidRDefault="00854D87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4D87" w14:paraId="52CA1230" w14:textId="77777777" w:rsidTr="00854D87">
        <w:tc>
          <w:tcPr>
            <w:tcW w:w="0" w:type="auto"/>
            <w:hideMark/>
          </w:tcPr>
          <w:p w14:paraId="2681EF62" w14:textId="77777777" w:rsidR="00854D87" w:rsidRPr="00854D87" w:rsidRDefault="00854D87" w:rsidP="00854D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การระงับเหตุ</w:t>
            </w:r>
          </w:p>
        </w:tc>
        <w:tc>
          <w:tcPr>
            <w:tcW w:w="0" w:type="auto"/>
            <w:hideMark/>
          </w:tcPr>
          <w:p w14:paraId="61C93D32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เข้าแทรกแซงเพื่อหยุดการคุกคามทันทีหากพบเห็นเหตุการณ์ซึ่งหน้า โดยคำนึงถึงความปลอดภัย</w:t>
            </w:r>
          </w:p>
        </w:tc>
        <w:tc>
          <w:tcPr>
            <w:tcW w:w="0" w:type="auto"/>
            <w:hideMark/>
          </w:tcPr>
          <w:p w14:paraId="003D82A8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ครูเวร / บุคลากรที่ใกล้ที่สุด</w:t>
            </w:r>
          </w:p>
        </w:tc>
      </w:tr>
      <w:tr w:rsidR="00854D87" w14:paraId="1E5049E2" w14:textId="77777777" w:rsidTr="00854D87">
        <w:tc>
          <w:tcPr>
            <w:tcW w:w="0" w:type="auto"/>
            <w:hideMark/>
          </w:tcPr>
          <w:p w14:paraId="2D28AD42" w14:textId="77777777" w:rsidR="00854D87" w:rsidRPr="00854D87" w:rsidRDefault="00854D87" w:rsidP="00854D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การแยกคู่กรณี</w:t>
            </w:r>
          </w:p>
        </w:tc>
        <w:tc>
          <w:tcPr>
            <w:tcW w:w="0" w:type="auto"/>
            <w:hideMark/>
          </w:tcPr>
          <w:p w14:paraId="0C8B7B78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แยกผู้เสียหายออกจากผู้ถูกกล่าวหาทันที เพื่อป้องกันการปะทะหรือการข่มขู่</w:t>
            </w:r>
          </w:p>
        </w:tc>
        <w:tc>
          <w:tcPr>
            <w:tcW w:w="0" w:type="auto"/>
            <w:hideMark/>
          </w:tcPr>
          <w:p w14:paraId="5E0C70CD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คณะกรรมการเวรประจำวัน</w:t>
            </w:r>
          </w:p>
        </w:tc>
      </w:tr>
      <w:tr w:rsidR="00854D87" w14:paraId="39FD9A5B" w14:textId="77777777" w:rsidTr="00854D87">
        <w:tc>
          <w:tcPr>
            <w:tcW w:w="0" w:type="auto"/>
            <w:hideMark/>
          </w:tcPr>
          <w:p w14:paraId="092F1BAD" w14:textId="77777777" w:rsidR="00854D87" w:rsidRPr="00854D87" w:rsidRDefault="00854D87" w:rsidP="00854D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การคุ้มครองเบื้องต้น</w:t>
            </w:r>
          </w:p>
        </w:tc>
        <w:tc>
          <w:tcPr>
            <w:tcW w:w="0" w:type="auto"/>
            <w:hideMark/>
          </w:tcPr>
          <w:p w14:paraId="6F4574A4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นำผู้เสียหายไปยังพื้นที่ปลอดภัย (</w:t>
            </w:r>
            <w:r w:rsidRPr="00854D87">
              <w:rPr>
                <w:rFonts w:ascii="TH SarabunPSK" w:hAnsi="TH SarabunPSK" w:cs="TH SarabunPSK" w:hint="cs"/>
                <w:sz w:val="32"/>
                <w:szCs w:val="32"/>
              </w:rPr>
              <w:t xml:space="preserve">Safe Zone) </w:t>
            </w: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เพื่อประเมินสภาพร่างกายและจิตใจ</w:t>
            </w:r>
          </w:p>
        </w:tc>
        <w:tc>
          <w:tcPr>
            <w:tcW w:w="0" w:type="auto"/>
            <w:hideMark/>
          </w:tcPr>
          <w:p w14:paraId="5698ABA4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ครูแนะแนว / พยาบาล</w:t>
            </w:r>
          </w:p>
        </w:tc>
      </w:tr>
    </w:tbl>
    <w:p w14:paraId="2E491F0B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79"/>
        <w:gridCol w:w="5207"/>
        <w:gridCol w:w="2079"/>
      </w:tblGrid>
      <w:tr w:rsidR="00854D87" w:rsidRPr="000C58F2" w14:paraId="5F1FBA37" w14:textId="77777777" w:rsidTr="008248DB">
        <w:trPr>
          <w:trHeight w:val="245"/>
        </w:trPr>
        <w:tc>
          <w:tcPr>
            <w:tcW w:w="2179" w:type="dxa"/>
            <w:shd w:val="clear" w:color="auto" w:fill="C5E0B3" w:themeFill="accent6" w:themeFillTint="66"/>
          </w:tcPr>
          <w:p w14:paraId="662C036F" w14:textId="77777777" w:rsidR="00854D87" w:rsidRPr="000C58F2" w:rsidRDefault="00854D87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207" w:type="dxa"/>
            <w:shd w:val="clear" w:color="auto" w:fill="C5E0B3" w:themeFill="accent6" w:themeFillTint="66"/>
          </w:tcPr>
          <w:p w14:paraId="418CA2AC" w14:textId="77777777" w:rsidR="00854D87" w:rsidRPr="000C58F2" w:rsidRDefault="00854D87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079" w:type="dxa"/>
            <w:shd w:val="clear" w:color="auto" w:fill="C5E0B3" w:themeFill="accent6" w:themeFillTint="66"/>
          </w:tcPr>
          <w:p w14:paraId="4B498929" w14:textId="77777777" w:rsidR="00854D87" w:rsidRPr="000C58F2" w:rsidRDefault="00854D87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854D87" w14:paraId="79530310" w14:textId="77777777" w:rsidTr="00854D87">
        <w:tc>
          <w:tcPr>
            <w:tcW w:w="0" w:type="auto"/>
            <w:hideMark/>
          </w:tcPr>
          <w:p w14:paraId="332B0685" w14:textId="77777777" w:rsidR="00854D87" w:rsidRPr="00854D87" w:rsidRDefault="00854D87" w:rsidP="00854D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การสอบข้อเท็จจริง</w:t>
            </w:r>
          </w:p>
        </w:tc>
        <w:tc>
          <w:tcPr>
            <w:tcW w:w="0" w:type="auto"/>
            <w:hideMark/>
          </w:tcPr>
          <w:p w14:paraId="14A5E3CD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แต่งตั้งคณะกรรมการตรวจสอบที่เป็นกลาง รวบรวมหลักฐาน (</w:t>
            </w:r>
            <w:r w:rsidRPr="00854D87">
              <w:rPr>
                <w:rFonts w:ascii="TH SarabunPSK" w:hAnsi="TH SarabunPSK" w:cs="TH SarabunPSK" w:hint="cs"/>
                <w:sz w:val="32"/>
                <w:szCs w:val="32"/>
              </w:rPr>
              <w:t xml:space="preserve">CCTV, </w:t>
            </w: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พยานบุคคล)</w:t>
            </w:r>
          </w:p>
        </w:tc>
        <w:tc>
          <w:tcPr>
            <w:tcW w:w="0" w:type="auto"/>
            <w:hideMark/>
          </w:tcPr>
          <w:p w14:paraId="3B20EDE3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ผู้อำนวยการสถานศึกษา</w:t>
            </w:r>
          </w:p>
        </w:tc>
      </w:tr>
      <w:tr w:rsidR="00854D87" w14:paraId="6E3B21B2" w14:textId="77777777" w:rsidTr="00854D87">
        <w:tc>
          <w:tcPr>
            <w:tcW w:w="0" w:type="auto"/>
            <w:hideMark/>
          </w:tcPr>
          <w:p w14:paraId="00A988B5" w14:textId="77777777" w:rsidR="00854D87" w:rsidRPr="00854D87" w:rsidRDefault="00854D87" w:rsidP="00854D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การเยียวยาจิตใจ</w:t>
            </w:r>
          </w:p>
        </w:tc>
        <w:tc>
          <w:tcPr>
            <w:tcW w:w="0" w:type="auto"/>
            <w:hideMark/>
          </w:tcPr>
          <w:p w14:paraId="02EE4007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ประสานงานนักจิตวิทยาเพื่อดูแลสภาพจิตใจ และติดตามผลอย่างต่อเนื่อง</w:t>
            </w:r>
          </w:p>
        </w:tc>
        <w:tc>
          <w:tcPr>
            <w:tcW w:w="0" w:type="auto"/>
            <w:hideMark/>
          </w:tcPr>
          <w:p w14:paraId="091B0FD5" w14:textId="28A0D556" w:rsidR="00854D87" w:rsidRPr="00854D87" w:rsidRDefault="00854D87" w:rsidP="007A6A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</w:t>
            </w:r>
            <w:r w:rsidR="007A6A47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ประจำชั้น</w:t>
            </w: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/ ผู้เชี่ยวชาญ</w:t>
            </w:r>
          </w:p>
        </w:tc>
      </w:tr>
      <w:tr w:rsidR="00854D87" w14:paraId="382B303A" w14:textId="77777777" w:rsidTr="00854D87">
        <w:tc>
          <w:tcPr>
            <w:tcW w:w="0" w:type="auto"/>
            <w:hideMark/>
          </w:tcPr>
          <w:p w14:paraId="6D88ADE2" w14:textId="77777777" w:rsidR="00854D87" w:rsidRPr="00854D87" w:rsidRDefault="00854D87" w:rsidP="00854D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การดำเนินการทางวินัย/กฎหมาย</w:t>
            </w:r>
          </w:p>
        </w:tc>
        <w:tc>
          <w:tcPr>
            <w:tcW w:w="0" w:type="auto"/>
            <w:hideMark/>
          </w:tcPr>
          <w:p w14:paraId="2F83A087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ดำเนินการตามระเบียบวินัยขั้นเด็ดขาด และประสานงานเจ้าหน้าที่ตำรวจหากเข้าข่ายความผิดอาญา</w:t>
            </w:r>
          </w:p>
        </w:tc>
        <w:tc>
          <w:tcPr>
            <w:tcW w:w="0" w:type="auto"/>
            <w:hideMark/>
          </w:tcPr>
          <w:p w14:paraId="67B22465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ฝ่ายบริหารจัดการบุคลากร</w:t>
            </w:r>
          </w:p>
        </w:tc>
      </w:tr>
      <w:tr w:rsidR="00854D87" w14:paraId="57E762E3" w14:textId="77777777" w:rsidTr="00854D87">
        <w:tc>
          <w:tcPr>
            <w:tcW w:w="0" w:type="auto"/>
            <w:hideMark/>
          </w:tcPr>
          <w:p w14:paraId="6BE5EC5F" w14:textId="77777777" w:rsidR="00854D87" w:rsidRPr="00854D87" w:rsidRDefault="00854D87" w:rsidP="00854D8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สรุปและปรับปรุง</w:t>
            </w:r>
          </w:p>
        </w:tc>
        <w:tc>
          <w:tcPr>
            <w:tcW w:w="0" w:type="auto"/>
            <w:hideMark/>
          </w:tcPr>
          <w:p w14:paraId="6EA9E767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บันทึกสถิติเพื่อวิเคราะห์สาเหตุและปรับปรุงแผนป้องกันไม่ให้เกิดเหตุซ้ำ</w:t>
            </w:r>
          </w:p>
        </w:tc>
        <w:tc>
          <w:tcPr>
            <w:tcW w:w="0" w:type="auto"/>
            <w:hideMark/>
          </w:tcPr>
          <w:p w14:paraId="071F5408" w14:textId="77777777" w:rsidR="00854D87" w:rsidRPr="00854D87" w:rsidRDefault="00854D87" w:rsidP="0085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4D87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คณะกรรมการความปลอดภัย</w:t>
            </w:r>
          </w:p>
        </w:tc>
      </w:tr>
    </w:tbl>
    <w:p w14:paraId="41EEB7AC" w14:textId="77777777" w:rsidR="00854D87" w:rsidRPr="00AC7BFD" w:rsidRDefault="00854D87" w:rsidP="00854D87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๓. ระยะเวลาในการป้องกัน</w:t>
      </w:r>
    </w:p>
    <w:p w14:paraId="7E091507" w14:textId="77777777" w:rsidR="00854D87" w:rsidRPr="00AC7BFD" w:rsidRDefault="00854D87" w:rsidP="00854D87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3D789BB0" w14:textId="77777777" w:rsidR="00854D87" w:rsidRPr="00AC7BFD" w:rsidRDefault="00854D87" w:rsidP="00854D87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31BFA685" w14:textId="77777777" w:rsidR="00413068" w:rsidRPr="00AC7BFD" w:rsidRDefault="00413068" w:rsidP="0041306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E180AEE" w14:textId="77777777" w:rsidR="00854D87" w:rsidRPr="00AC7BFD" w:rsidRDefault="00854D87" w:rsidP="00854D87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22188329" w14:textId="1E336857" w:rsidR="00E17A72" w:rsidRPr="007A6A47" w:rsidRDefault="007A6A47" w:rsidP="007A6A4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26BFDC4C" w14:textId="2761FBB0" w:rsidR="00A26A9B" w:rsidRPr="008248DB" w:rsidRDefault="00F90FA2" w:rsidP="008248DB">
      <w:pPr>
        <w:pStyle w:val="21"/>
        <w:rPr>
          <w:rFonts w:ascii="TH SarabunPSK" w:hAnsi="TH SarabunPSK" w:cs="TH SarabunPSK"/>
          <w:color w:val="70AD47" w:themeColor="accent6"/>
          <w:sz w:val="48"/>
          <w:szCs w:val="48"/>
        </w:rPr>
      </w:pPr>
      <w:r w:rsidRPr="008248DB">
        <w:rPr>
          <w:rStyle w:val="ad"/>
          <w:rFonts w:ascii="TH SarabunPSK" w:hAnsi="TH SarabunPSK" w:cs="TH SarabunPSK" w:hint="cs"/>
          <w:b/>
          <w:bCs/>
          <w:color w:val="70AD47" w:themeColor="accent6"/>
          <w:sz w:val="48"/>
          <w:szCs w:val="48"/>
          <w:cs/>
        </w:rPr>
        <w:lastRenderedPageBreak/>
        <w:t>ภัยที่เกิดจากผลกระทบต่อสุขภาวะทางกายและจิตใจ</w:t>
      </w:r>
    </w:p>
    <w:p w14:paraId="124F20D5" w14:textId="386CC87B" w:rsidR="00C30172" w:rsidRPr="008C512B" w:rsidRDefault="008C512B" w:rsidP="008C512B">
      <w:pPr>
        <w:pStyle w:val="21"/>
        <w:ind w:firstLine="720"/>
        <w:jc w:val="thaiDistribute"/>
        <w:rPr>
          <w:rStyle w:val="ad"/>
          <w:rFonts w:ascii="TH SarabunPSK" w:hAnsi="TH SarabunPSK" w:cs="TH SarabunPSK"/>
          <w:b/>
          <w:bCs/>
          <w:sz w:val="32"/>
          <w:szCs w:val="32"/>
        </w:rPr>
      </w:pPr>
      <w:r w:rsidRPr="008C512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ในปัจจุบัน สถานศึกษาไทยเผชิญกับวิกฤตสุขภาพจิตที่ทวีความรุนแรงขึ้น โดยเฉพาะภาวะซึมเศร้าและความเครียดสะสมที่นำไปสู่ความเสี่ยงในการทำร้ายตนเอง ซึ่งมีต้นเหตุมาจากทั้งความกดดันทางการเรียนและสภาพสังคม ขณะเดียวกัน "ภาวะติดเกม" และการเสพติดโลกเสมือน (</w:t>
      </w:r>
      <w:r w:rsidRPr="008C512B">
        <w:rPr>
          <w:rFonts w:ascii="TH SarabunPSK" w:hAnsi="TH SarabunPSK" w:cs="TH SarabunPSK" w:hint="cs"/>
          <w:b w:val="0"/>
          <w:bCs w:val="0"/>
          <w:sz w:val="32"/>
          <w:szCs w:val="32"/>
        </w:rPr>
        <w:t xml:space="preserve">Gaming Disorder) </w:t>
      </w:r>
      <w:r w:rsidRPr="008C512B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ได้กลายเป็นอุปสรรคสำคัญต่อพัฒนาการทางสมองและการเข้าสังคม ส่งผลให้เด็กจำนวนมากมีปัญหาการควบคุมอารมณ์และแยกตัวออกจากความเป็นจริง ภาครัฐและโรงเรียนจึงต้องเร่งบูรณาการระบบคัดกรองสุขภาพจิตเชิงรุกควบคู่ไปกับการเพิ่มจำนวนนักจิตวิทยาโรงเรียน เพื่อปรับสมดุลการใช้ชีวิตดิจิทัลและฟื้นฟูสภาพจิตใจเยาวชนให้แข็งแรงอย่างเป็นระบบ</w:t>
      </w:r>
    </w:p>
    <w:p w14:paraId="702D0C0A" w14:textId="2D3B12AA" w:rsidR="007A6367" w:rsidRPr="00AC7BFD" w:rsidRDefault="00C30172" w:rsidP="00E17A72">
      <w:pPr>
        <w:pStyle w:val="21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00CE1425" wp14:editId="2F2A1EF5">
                <wp:simplePos x="0" y="0"/>
                <wp:positionH relativeFrom="column">
                  <wp:posOffset>1702435</wp:posOffset>
                </wp:positionH>
                <wp:positionV relativeFrom="paragraph">
                  <wp:posOffset>-11547</wp:posOffset>
                </wp:positionV>
                <wp:extent cx="2505710" cy="271780"/>
                <wp:effectExtent l="0" t="0" r="8890" b="7620"/>
                <wp:wrapNone/>
                <wp:docPr id="557200272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B8F8058" id="สี่เหลี่ยมผืนผ้ามุมมน 2" o:spid="_x0000_s1026" style="position:absolute;margin-left:134.05pt;margin-top:-.9pt;width:197.3pt;height:21.4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7A6367" w:rsidRPr="00AC7BFD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แผนเผชิญเหตุ ภาวะทางจิตเวช</w:t>
      </w:r>
    </w:p>
    <w:p w14:paraId="0F00E066" w14:textId="675FB921" w:rsidR="00A26A9B" w:rsidRDefault="007A6367" w:rsidP="00A26A9B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๑. วัตถุประสงค์</w:t>
      </w:r>
    </w:p>
    <w:p w14:paraId="79903514" w14:textId="71303275" w:rsidR="00A26A9B" w:rsidRPr="00A26A9B" w:rsidRDefault="00A26A9B" w:rsidP="003E4827">
      <w:pPr>
        <w:pStyle w:val="af1"/>
        <w:numPr>
          <w:ilvl w:val="0"/>
          <w:numId w:val="13"/>
        </w:numPr>
        <w:rPr>
          <w:rFonts w:cs="TH SarabunPSK"/>
          <w:szCs w:val="32"/>
        </w:rPr>
      </w:pPr>
      <w:r w:rsidRPr="00A26A9B">
        <w:rPr>
          <w:rFonts w:cs="TH SarabunPSK" w:hint="cs"/>
          <w:szCs w:val="32"/>
          <w:cs/>
          <w:lang w:bidi="th-TH"/>
        </w:rPr>
        <w:t>เพื่อป้องกันและระงับเหตุการณ์ที่อาจเกิดความรุนแรงจากผู้มีสภาวะทางจิตเวชได้อย่างทันท่วงที</w:t>
      </w:r>
    </w:p>
    <w:p w14:paraId="2C512E30" w14:textId="09B6B991" w:rsidR="00A26A9B" w:rsidRPr="00A26A9B" w:rsidRDefault="00A26A9B" w:rsidP="003E4827">
      <w:pPr>
        <w:pStyle w:val="af1"/>
        <w:numPr>
          <w:ilvl w:val="0"/>
          <w:numId w:val="13"/>
        </w:numPr>
        <w:rPr>
          <w:rFonts w:cs="TH SarabunPSK"/>
          <w:szCs w:val="32"/>
        </w:rPr>
      </w:pPr>
      <w:r w:rsidRPr="00A26A9B">
        <w:rPr>
          <w:rFonts w:cs="TH SarabunPSK" w:hint="cs"/>
          <w:szCs w:val="32"/>
          <w:cs/>
          <w:lang w:bidi="th-TH"/>
        </w:rPr>
        <w:t>เพื่อคุ้มครองความปลอดภัยของนักเรียน บุคลากร และตัวผู้ป่วยเอง</w:t>
      </w:r>
    </w:p>
    <w:p w14:paraId="4165ACE5" w14:textId="723E0736" w:rsidR="00A26A9B" w:rsidRPr="00A26A9B" w:rsidRDefault="00A26A9B" w:rsidP="003E4827">
      <w:pPr>
        <w:pStyle w:val="af1"/>
        <w:numPr>
          <w:ilvl w:val="0"/>
          <w:numId w:val="13"/>
        </w:numPr>
        <w:rPr>
          <w:rFonts w:cs="TH SarabunPSK"/>
          <w:szCs w:val="32"/>
        </w:rPr>
      </w:pPr>
      <w:r w:rsidRPr="00A26A9B">
        <w:rPr>
          <w:rFonts w:cs="TH SarabunPSK" w:hint="cs"/>
          <w:szCs w:val="32"/>
          <w:cs/>
          <w:lang w:bidi="th-TH"/>
        </w:rPr>
        <w:t>เพื่อสร้างระบบการส่งต่อผู้ป่วยไปยังสถานพยาบาลอย่างปลอดภัยและถูกวิธี</w:t>
      </w:r>
    </w:p>
    <w:p w14:paraId="48D2FC75" w14:textId="77777777" w:rsidR="007A6367" w:rsidRPr="00AC7BFD" w:rsidRDefault="007A6367" w:rsidP="00A26A9B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612BE31A" w14:textId="77777777" w:rsidR="007A6367" w:rsidRDefault="007A6367" w:rsidP="00A26A9B">
      <w:pPr>
        <w:pStyle w:val="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๒.๑ การเตรียมการก่อนเกิดเหตุ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28"/>
        <w:gridCol w:w="5567"/>
        <w:gridCol w:w="2270"/>
      </w:tblGrid>
      <w:tr w:rsidR="00A26A9B" w:rsidRPr="000C58F2" w14:paraId="4BD19A6F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32F737AE" w14:textId="77777777" w:rsidR="00A26A9B" w:rsidRPr="000C58F2" w:rsidRDefault="00A26A9B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511FDF95" w14:textId="77777777" w:rsidR="00A26A9B" w:rsidRPr="000C58F2" w:rsidRDefault="00A26A9B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4ED13B02" w14:textId="77777777" w:rsidR="00A26A9B" w:rsidRPr="000C58F2" w:rsidRDefault="00A26A9B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A26A9B" w:rsidRPr="00A26A9B" w14:paraId="7A39CACC" w14:textId="77777777" w:rsidTr="00A26A9B">
        <w:tc>
          <w:tcPr>
            <w:tcW w:w="0" w:type="auto"/>
            <w:hideMark/>
          </w:tcPr>
          <w:p w14:paraId="4ED488CE" w14:textId="77777777" w:rsidR="00A26A9B" w:rsidRPr="00A26A9B" w:rsidRDefault="00A26A9B" w:rsidP="00A2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คัดกรองและจัดกลุ่ม</w:t>
            </w:r>
          </w:p>
        </w:tc>
        <w:tc>
          <w:tcPr>
            <w:tcW w:w="0" w:type="auto"/>
            <w:hideMark/>
          </w:tcPr>
          <w:p w14:paraId="4A911FED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ประเมินสภาพจิตใจนักเรียนเบื้องต้น (เช่น </w:t>
            </w:r>
            <w:r w:rsidRPr="00A26A9B">
              <w:rPr>
                <w:rFonts w:ascii="TH SarabunPSK" w:hAnsi="TH SarabunPSK" w:cs="TH SarabunPSK" w:hint="cs"/>
                <w:sz w:val="32"/>
                <w:szCs w:val="32"/>
              </w:rPr>
              <w:t xml:space="preserve">SDQ) </w:t>
            </w: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และระบุกลุ่มเสี่ยงที่ต้องเฝ้าระวังเป็นพิเศษ</w:t>
            </w:r>
          </w:p>
        </w:tc>
        <w:tc>
          <w:tcPr>
            <w:tcW w:w="0" w:type="auto"/>
            <w:hideMark/>
          </w:tcPr>
          <w:p w14:paraId="3C829FD0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 / ครูแนะแนว</w:t>
            </w:r>
          </w:p>
        </w:tc>
      </w:tr>
      <w:tr w:rsidR="00A26A9B" w:rsidRPr="00A26A9B" w14:paraId="422A1B61" w14:textId="77777777" w:rsidTr="00A26A9B">
        <w:tc>
          <w:tcPr>
            <w:tcW w:w="0" w:type="auto"/>
            <w:hideMark/>
          </w:tcPr>
          <w:p w14:paraId="1625E4F4" w14:textId="77777777" w:rsidR="00A26A9B" w:rsidRPr="00A26A9B" w:rsidRDefault="00A26A9B" w:rsidP="00A2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เครือข่ายส่งต่อ</w:t>
            </w:r>
          </w:p>
        </w:tc>
        <w:tc>
          <w:tcPr>
            <w:tcW w:w="0" w:type="auto"/>
            <w:hideMark/>
          </w:tcPr>
          <w:p w14:paraId="46CD2D65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ทำบันทึกข้อตกลง (</w:t>
            </w:r>
            <w:r w:rsidRPr="00A26A9B">
              <w:rPr>
                <w:rFonts w:ascii="TH SarabunPSK" w:hAnsi="TH SarabunPSK" w:cs="TH SarabunPSK" w:hint="cs"/>
                <w:sz w:val="32"/>
                <w:szCs w:val="32"/>
              </w:rPr>
              <w:t xml:space="preserve">MOU) </w:t>
            </w: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หรือประสานงานใกล้ชิดกับรพ.สต. หรือโรงพยาบาลในพื้นที่</w:t>
            </w:r>
          </w:p>
        </w:tc>
        <w:tc>
          <w:tcPr>
            <w:tcW w:w="0" w:type="auto"/>
            <w:hideMark/>
          </w:tcPr>
          <w:p w14:paraId="485363D7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ฝ่ายบริหาร / ครูอนามัย</w:t>
            </w:r>
          </w:p>
        </w:tc>
      </w:tr>
      <w:tr w:rsidR="00A26A9B" w:rsidRPr="00A26A9B" w14:paraId="340DEF0B" w14:textId="77777777" w:rsidTr="00A26A9B">
        <w:tc>
          <w:tcPr>
            <w:tcW w:w="0" w:type="auto"/>
            <w:hideMark/>
          </w:tcPr>
          <w:p w14:paraId="64691DC5" w14:textId="77777777" w:rsidR="00A26A9B" w:rsidRPr="00A26A9B" w:rsidRDefault="00A26A9B" w:rsidP="00A2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ฝึกซ้อมทีมระงับเหตุ</w:t>
            </w:r>
          </w:p>
        </w:tc>
        <w:tc>
          <w:tcPr>
            <w:tcW w:w="0" w:type="auto"/>
            <w:hideMark/>
          </w:tcPr>
          <w:p w14:paraId="2FA7FDFC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อบรมการเจรจาต่อรองและการควบคุมตัวเบื้องต้นโดยไม่ใช้ความรุนแรง (</w:t>
            </w:r>
            <w:r w:rsidRPr="00A26A9B">
              <w:rPr>
                <w:rFonts w:ascii="TH SarabunPSK" w:hAnsi="TH SarabunPSK" w:cs="TH SarabunPSK" w:hint="cs"/>
                <w:sz w:val="32"/>
                <w:szCs w:val="32"/>
              </w:rPr>
              <w:t>De-escalation)</w:t>
            </w:r>
          </w:p>
        </w:tc>
        <w:tc>
          <w:tcPr>
            <w:tcW w:w="0" w:type="auto"/>
            <w:hideMark/>
          </w:tcPr>
          <w:p w14:paraId="5AC78A35" w14:textId="569CABAC" w:rsidR="00A26A9B" w:rsidRPr="00A26A9B" w:rsidRDefault="00A26A9B" w:rsidP="007A6A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ครูฝ่ายปกครอง / </w:t>
            </w:r>
            <w:r w:rsidR="007A6A4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</w:tc>
      </w:tr>
    </w:tbl>
    <w:p w14:paraId="22C15A05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22"/>
        <w:gridCol w:w="5510"/>
        <w:gridCol w:w="2333"/>
      </w:tblGrid>
      <w:tr w:rsidR="00A26A9B" w:rsidRPr="000C58F2" w14:paraId="06726CB3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716EC52E" w14:textId="77777777" w:rsidR="00A26A9B" w:rsidRPr="000C58F2" w:rsidRDefault="00A26A9B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418F68A7" w14:textId="77777777" w:rsidR="00A26A9B" w:rsidRPr="000C58F2" w:rsidRDefault="00A26A9B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35AE9AB9" w14:textId="77777777" w:rsidR="00A26A9B" w:rsidRPr="000C58F2" w:rsidRDefault="00A26A9B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A26A9B" w14:paraId="70776092" w14:textId="77777777" w:rsidTr="00A26A9B">
        <w:tc>
          <w:tcPr>
            <w:tcW w:w="0" w:type="auto"/>
            <w:hideMark/>
          </w:tcPr>
          <w:p w14:paraId="22890458" w14:textId="77777777" w:rsidR="00A26A9B" w:rsidRPr="00A26A9B" w:rsidRDefault="00A26A9B" w:rsidP="00A2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การเจรจาเบื้องต้น</w:t>
            </w:r>
          </w:p>
        </w:tc>
        <w:tc>
          <w:tcPr>
            <w:tcW w:w="0" w:type="auto"/>
            <w:hideMark/>
          </w:tcPr>
          <w:p w14:paraId="7D7865C1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ใช้ทักษะการฟัง พูดด้วยน้ำเสียงนิ่ง ไม่ท้าทาย เพื่อดึงสติผู้ป่วยให้สงบลง</w:t>
            </w:r>
          </w:p>
        </w:tc>
        <w:tc>
          <w:tcPr>
            <w:tcW w:w="0" w:type="auto"/>
            <w:hideMark/>
          </w:tcPr>
          <w:p w14:paraId="0EE48963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ครูที่ใกล้ชิดที่สุด</w:t>
            </w:r>
          </w:p>
        </w:tc>
      </w:tr>
      <w:tr w:rsidR="00A26A9B" w14:paraId="54F6673F" w14:textId="77777777" w:rsidTr="00A26A9B">
        <w:tc>
          <w:tcPr>
            <w:tcW w:w="0" w:type="auto"/>
            <w:hideMark/>
          </w:tcPr>
          <w:p w14:paraId="2EC0B76D" w14:textId="77777777" w:rsidR="00A26A9B" w:rsidRPr="00A26A9B" w:rsidRDefault="00A26A9B" w:rsidP="00A2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การจำกัดพื้นที่</w:t>
            </w:r>
          </w:p>
        </w:tc>
        <w:tc>
          <w:tcPr>
            <w:tcW w:w="0" w:type="auto"/>
            <w:hideMark/>
          </w:tcPr>
          <w:p w14:paraId="3249AA23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กั้นพื้นที่ไม่ให้บุคคลอื่นเข้าใกล้ และเคลื่อนย้ายนักเรียนคนอื่นไปยังพื้นที่ปลอดภัย</w:t>
            </w:r>
          </w:p>
        </w:tc>
        <w:tc>
          <w:tcPr>
            <w:tcW w:w="0" w:type="auto"/>
            <w:hideMark/>
          </w:tcPr>
          <w:p w14:paraId="4F10DCE0" w14:textId="0BB6967E" w:rsidR="00A26A9B" w:rsidRPr="00A26A9B" w:rsidRDefault="00A26A9B" w:rsidP="007A6A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ครูเวรประจำวัน </w:t>
            </w:r>
            <w:r w:rsidR="007A6A4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</w:tc>
      </w:tr>
      <w:tr w:rsidR="00A26A9B" w14:paraId="4F5CAC91" w14:textId="77777777" w:rsidTr="00A26A9B">
        <w:tc>
          <w:tcPr>
            <w:tcW w:w="0" w:type="auto"/>
            <w:hideMark/>
          </w:tcPr>
          <w:p w14:paraId="0BE3CEFB" w14:textId="77777777" w:rsidR="00A26A9B" w:rsidRPr="00A26A9B" w:rsidRDefault="00A26A9B" w:rsidP="00A2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การแจ้งเหตุฉุกเฉิน</w:t>
            </w:r>
          </w:p>
        </w:tc>
        <w:tc>
          <w:tcPr>
            <w:tcW w:w="0" w:type="auto"/>
            <w:hideMark/>
          </w:tcPr>
          <w:p w14:paraId="3D8826A9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หากสถานการณ์คุกคามรุนแรง ให้รีบแจ้งสายด่วน</w:t>
            </w:r>
            <w:r w:rsidRPr="00A26A9B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A26A9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1669</w:t>
            </w:r>
            <w:r w:rsidRPr="00A26A9B">
              <w:rPr>
                <w:rFonts w:ascii="TH SarabunPSK" w:hAnsi="TH SarabunPSK" w:cs="TH SarabunPSK" w:hint="cs"/>
                <w:sz w:val="32"/>
                <w:szCs w:val="32"/>
              </w:rPr>
              <w:t xml:space="preserve"> (</w:t>
            </w: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กู้ชีพ) หรือ</w:t>
            </w:r>
            <w:r w:rsidRPr="00A26A9B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A26A9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191</w:t>
            </w:r>
            <w:r w:rsidRPr="00A26A9B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ทันที</w:t>
            </w:r>
          </w:p>
        </w:tc>
        <w:tc>
          <w:tcPr>
            <w:tcW w:w="0" w:type="auto"/>
            <w:hideMark/>
          </w:tcPr>
          <w:p w14:paraId="2B3FF311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ฝ่ายอำนวยการ</w:t>
            </w:r>
          </w:p>
        </w:tc>
      </w:tr>
    </w:tbl>
    <w:p w14:paraId="1B2CF755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lastRenderedPageBreak/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19"/>
        <w:gridCol w:w="5118"/>
        <w:gridCol w:w="2228"/>
      </w:tblGrid>
      <w:tr w:rsidR="00A26A9B" w:rsidRPr="000C58F2" w14:paraId="67FE22F6" w14:textId="77777777" w:rsidTr="00C30172">
        <w:trPr>
          <w:trHeight w:val="245"/>
          <w:tblHeader/>
        </w:trPr>
        <w:tc>
          <w:tcPr>
            <w:tcW w:w="1642" w:type="dxa"/>
            <w:shd w:val="clear" w:color="auto" w:fill="C5E0B3" w:themeFill="accent6" w:themeFillTint="66"/>
          </w:tcPr>
          <w:p w14:paraId="5C8DCD94" w14:textId="77777777" w:rsidR="00A26A9B" w:rsidRPr="000C58F2" w:rsidRDefault="00A26A9B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47147E48" w14:textId="77777777" w:rsidR="00A26A9B" w:rsidRPr="000C58F2" w:rsidRDefault="00A26A9B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783D6FFD" w14:textId="77777777" w:rsidR="00A26A9B" w:rsidRPr="000C58F2" w:rsidRDefault="00A26A9B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A26A9B" w:rsidRPr="00A26A9B" w14:paraId="19DE664D" w14:textId="77777777" w:rsidTr="00A26A9B">
        <w:tc>
          <w:tcPr>
            <w:tcW w:w="0" w:type="auto"/>
            <w:hideMark/>
          </w:tcPr>
          <w:p w14:paraId="4A4D1BA9" w14:textId="77777777" w:rsidR="00A26A9B" w:rsidRPr="00A26A9B" w:rsidRDefault="00A26A9B" w:rsidP="00A2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การส่งต่อรักษา</w:t>
            </w:r>
          </w:p>
        </w:tc>
        <w:tc>
          <w:tcPr>
            <w:tcW w:w="0" w:type="auto"/>
            <w:hideMark/>
          </w:tcPr>
          <w:p w14:paraId="0B2B0022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นำผู้ป่วยส่งโรงพยาบาลพร้อมข้อมูลประวัติการรักษา (ถ้ามี) และแจ้งผู้ปกครอง</w:t>
            </w:r>
          </w:p>
        </w:tc>
        <w:tc>
          <w:tcPr>
            <w:tcW w:w="0" w:type="auto"/>
            <w:hideMark/>
          </w:tcPr>
          <w:p w14:paraId="0BB0D4BF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ครูพยาบาล / ครูแนะแนว</w:t>
            </w:r>
          </w:p>
        </w:tc>
      </w:tr>
      <w:tr w:rsidR="00A26A9B" w:rsidRPr="00A26A9B" w14:paraId="0B597224" w14:textId="77777777" w:rsidTr="00A26A9B">
        <w:tc>
          <w:tcPr>
            <w:tcW w:w="0" w:type="auto"/>
            <w:hideMark/>
          </w:tcPr>
          <w:p w14:paraId="04075352" w14:textId="77777777" w:rsidR="00A26A9B" w:rsidRPr="00A26A9B" w:rsidRDefault="00A26A9B" w:rsidP="00A2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การดูแลพยานในเหตุการณ์</w:t>
            </w:r>
          </w:p>
        </w:tc>
        <w:tc>
          <w:tcPr>
            <w:tcW w:w="0" w:type="auto"/>
            <w:hideMark/>
          </w:tcPr>
          <w:p w14:paraId="28141EDF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เยียวยาจิตใจครูและนักเรียนที่เห็นเหตุการณ์ เพื่อป้องกันภาวะสะเทือนขวัญ (</w:t>
            </w:r>
            <w:r w:rsidRPr="00A26A9B">
              <w:rPr>
                <w:rFonts w:ascii="TH SarabunPSK" w:hAnsi="TH SarabunPSK" w:cs="TH SarabunPSK" w:hint="cs"/>
                <w:sz w:val="32"/>
                <w:szCs w:val="32"/>
              </w:rPr>
              <w:t>PTSD)</w:t>
            </w:r>
          </w:p>
        </w:tc>
        <w:tc>
          <w:tcPr>
            <w:tcW w:w="0" w:type="auto"/>
            <w:hideMark/>
          </w:tcPr>
          <w:p w14:paraId="26F11FB0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นักจิตวิทยา / ครูแนะแนว</w:t>
            </w:r>
          </w:p>
        </w:tc>
      </w:tr>
      <w:tr w:rsidR="00A26A9B" w:rsidRPr="00A26A9B" w14:paraId="5CBFD344" w14:textId="77777777" w:rsidTr="00A26A9B">
        <w:tc>
          <w:tcPr>
            <w:tcW w:w="0" w:type="auto"/>
            <w:hideMark/>
          </w:tcPr>
          <w:p w14:paraId="017C8255" w14:textId="77777777" w:rsidR="00A26A9B" w:rsidRPr="00A26A9B" w:rsidRDefault="00A26A9B" w:rsidP="00A2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การสรุปผลและถอดบทเรียน</w:t>
            </w:r>
          </w:p>
        </w:tc>
        <w:tc>
          <w:tcPr>
            <w:tcW w:w="0" w:type="auto"/>
            <w:hideMark/>
          </w:tcPr>
          <w:p w14:paraId="20A0B3A6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บันทึกรายละเอียดเหตุการณ์ เพื่อนำมาปรับปรุงมาตรการรักษาความปลอดภัย</w:t>
            </w:r>
          </w:p>
        </w:tc>
        <w:tc>
          <w:tcPr>
            <w:tcW w:w="0" w:type="auto"/>
            <w:hideMark/>
          </w:tcPr>
          <w:p w14:paraId="5018A6B2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คณะกรรมการความปลอดภัย</w:t>
            </w:r>
          </w:p>
        </w:tc>
      </w:tr>
    </w:tbl>
    <w:p w14:paraId="63DD9832" w14:textId="77777777" w:rsidR="00A26A9B" w:rsidRPr="00AC7BFD" w:rsidRDefault="00A26A9B" w:rsidP="00A26A9B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๓. ระยะเวลาในการป้องกัน</w:t>
      </w:r>
    </w:p>
    <w:p w14:paraId="47249732" w14:textId="77777777" w:rsidR="00A26A9B" w:rsidRPr="00AC7BFD" w:rsidRDefault="00A26A9B" w:rsidP="00A26A9B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61C93B9E" w14:textId="77777777" w:rsidR="00A26A9B" w:rsidRPr="00AC7BFD" w:rsidRDefault="00A26A9B" w:rsidP="00A26A9B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5D287F60" w14:textId="77777777" w:rsidR="00413068" w:rsidRPr="00AC7BFD" w:rsidRDefault="00413068" w:rsidP="0041306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3D5E716" w14:textId="77777777" w:rsidR="00A26A9B" w:rsidRPr="00AC7BFD" w:rsidRDefault="00A26A9B" w:rsidP="00A26A9B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60888F72" w14:textId="09A9DED8" w:rsidR="00F90FA2" w:rsidRDefault="007A6A47" w:rsidP="007A6A47">
      <w:pPr>
        <w:ind w:firstLine="720"/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1E0BCF76" w14:textId="7BA0093D" w:rsidR="007A6367" w:rsidRPr="00AC7BFD" w:rsidRDefault="00D12027" w:rsidP="00E17A72">
      <w:pPr>
        <w:pStyle w:val="21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5BD93129" wp14:editId="45813B1D">
                <wp:simplePos x="0" y="0"/>
                <wp:positionH relativeFrom="column">
                  <wp:posOffset>1703578</wp:posOffset>
                </wp:positionH>
                <wp:positionV relativeFrom="paragraph">
                  <wp:posOffset>175565</wp:posOffset>
                </wp:positionV>
                <wp:extent cx="2505710" cy="271780"/>
                <wp:effectExtent l="0" t="0" r="8890" b="7620"/>
                <wp:wrapNone/>
                <wp:docPr id="622698845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5AA84D" id="สี่เหลี่ยมผืนผ้ามุมมน 2" o:spid="_x0000_s1026" style="position:absolute;margin-left:134.15pt;margin-top:13.8pt;width:197.3pt;height:21.4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7A6367" w:rsidRPr="00AC7BFD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แผนเผชิญเหตุ ติดเกม</w:t>
      </w:r>
    </w:p>
    <w:p w14:paraId="4622B078" w14:textId="77777777" w:rsidR="007A6367" w:rsidRPr="00AC7BFD" w:rsidRDefault="007A6367" w:rsidP="00A26A9B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๑. วัตถุประสงค์</w:t>
      </w:r>
    </w:p>
    <w:p w14:paraId="1126D43C" w14:textId="6360DEE5" w:rsidR="00A26A9B" w:rsidRPr="00A26A9B" w:rsidRDefault="00A26A9B" w:rsidP="003E4827">
      <w:pPr>
        <w:pStyle w:val="af1"/>
        <w:numPr>
          <w:ilvl w:val="0"/>
          <w:numId w:val="14"/>
        </w:numPr>
        <w:jc w:val="thaiDistribute"/>
        <w:rPr>
          <w:rFonts w:cs="TH SarabunPSK"/>
          <w:szCs w:val="32"/>
        </w:rPr>
      </w:pPr>
      <w:r w:rsidRPr="00A26A9B">
        <w:rPr>
          <w:rFonts w:cs="TH SarabunPSK" w:hint="cs"/>
          <w:szCs w:val="32"/>
          <w:cs/>
          <w:lang w:bidi="th-TH"/>
        </w:rPr>
        <w:t>เพื่อคัดกรองและช่วยเหลือให้นักเรียนที่มีพฤติกรรมติดเกมกลับมาใช้ชีวิตได้ตามปกติ</w:t>
      </w:r>
    </w:p>
    <w:p w14:paraId="19A8AAA3" w14:textId="3B5EB248" w:rsidR="00A26A9B" w:rsidRPr="00A26A9B" w:rsidRDefault="00A26A9B" w:rsidP="003E4827">
      <w:pPr>
        <w:pStyle w:val="af1"/>
        <w:numPr>
          <w:ilvl w:val="0"/>
          <w:numId w:val="14"/>
        </w:numPr>
        <w:jc w:val="thaiDistribute"/>
        <w:rPr>
          <w:rFonts w:cs="TH SarabunPSK"/>
          <w:szCs w:val="32"/>
        </w:rPr>
      </w:pPr>
      <w:r w:rsidRPr="00A26A9B">
        <w:rPr>
          <w:rFonts w:cs="TH SarabunPSK" w:hint="cs"/>
          <w:szCs w:val="32"/>
          <w:cs/>
          <w:lang w:bidi="th-TH"/>
        </w:rPr>
        <w:t>เพื่อป้องกันปัญหาต่อเนื่อง เช่น การโดดเรียน ผลการเรียนตกลง หรือภาวะก้าวร้าว</w:t>
      </w:r>
    </w:p>
    <w:p w14:paraId="76A6E276" w14:textId="55872E01" w:rsidR="00A26A9B" w:rsidRPr="00A26A9B" w:rsidRDefault="00A26A9B" w:rsidP="003E4827">
      <w:pPr>
        <w:pStyle w:val="af1"/>
        <w:numPr>
          <w:ilvl w:val="0"/>
          <w:numId w:val="14"/>
        </w:numPr>
        <w:jc w:val="thaiDistribute"/>
        <w:rPr>
          <w:rFonts w:cs="TH SarabunPSK"/>
          <w:szCs w:val="32"/>
        </w:rPr>
      </w:pPr>
      <w:r w:rsidRPr="00A26A9B">
        <w:rPr>
          <w:rFonts w:cs="TH SarabunPSK" w:hint="cs"/>
          <w:szCs w:val="32"/>
          <w:cs/>
          <w:lang w:bidi="th-TH"/>
        </w:rPr>
        <w:t>เพื่อสร้างความร่วมมือระหว่างบ้านและโรงเรียนในการดูแลพฤติกรรมการใช้สื่อดิจิทัล</w:t>
      </w:r>
    </w:p>
    <w:p w14:paraId="03778364" w14:textId="77777777" w:rsidR="007A6367" w:rsidRPr="00A26A9B" w:rsidRDefault="007A6367" w:rsidP="00A26A9B">
      <w:pPr>
        <w:pStyle w:val="31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A26A9B">
        <w:rPr>
          <w:rFonts w:ascii="TH SarabunPSK" w:hAnsi="TH SarabunPSK" w:cs="TH SarabunPSK" w:hint="cs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1AF84FB9" w14:textId="77777777" w:rsidR="007A6367" w:rsidRDefault="007A6367" w:rsidP="00A26A9B">
      <w:pPr>
        <w:pStyle w:val="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A26A9B">
        <w:rPr>
          <w:rFonts w:ascii="TH SarabunPSK" w:hAnsi="TH SarabunPSK" w:cs="TH SarabunPSK" w:hint="cs"/>
          <w:sz w:val="32"/>
          <w:szCs w:val="32"/>
          <w:cs/>
        </w:rPr>
        <w:t>๒.๑ การเตรียมการก่อนเกิดเหตุ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23"/>
        <w:gridCol w:w="5835"/>
        <w:gridCol w:w="2107"/>
      </w:tblGrid>
      <w:tr w:rsidR="00A26A9B" w:rsidRPr="000C58F2" w14:paraId="6016931A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7B3A2BB4" w14:textId="77777777" w:rsidR="00A26A9B" w:rsidRPr="000C58F2" w:rsidRDefault="00A26A9B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01AB8A49" w14:textId="77777777" w:rsidR="00A26A9B" w:rsidRPr="000C58F2" w:rsidRDefault="00A26A9B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2CE4C998" w14:textId="77777777" w:rsidR="00A26A9B" w:rsidRPr="000C58F2" w:rsidRDefault="00A26A9B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A26A9B" w:rsidRPr="00A26A9B" w14:paraId="0CDAC8FD" w14:textId="77777777" w:rsidTr="00A26A9B">
        <w:tc>
          <w:tcPr>
            <w:tcW w:w="0" w:type="auto"/>
            <w:hideMark/>
          </w:tcPr>
          <w:p w14:paraId="1EF6F39E" w14:textId="77777777" w:rsidR="00A26A9B" w:rsidRPr="00A26A9B" w:rsidRDefault="00A26A9B" w:rsidP="00A2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คัดกรองพฤติกรรม</w:t>
            </w:r>
          </w:p>
        </w:tc>
        <w:tc>
          <w:tcPr>
            <w:tcW w:w="0" w:type="auto"/>
            <w:hideMark/>
          </w:tcPr>
          <w:p w14:paraId="02ECA9FB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สังเกตพฤติกรรมเสี่ยง (ง่วงนอนในห้องเรียน</w:t>
            </w:r>
            <w:r w:rsidRPr="00A26A9B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ขาดส่งงาน</w:t>
            </w:r>
            <w:r w:rsidRPr="00A26A9B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พูดคุยแต่เรื่องเกม) และใช้แบบประเมินสุขภาพจิต</w:t>
            </w:r>
          </w:p>
        </w:tc>
        <w:tc>
          <w:tcPr>
            <w:tcW w:w="0" w:type="auto"/>
            <w:hideMark/>
          </w:tcPr>
          <w:p w14:paraId="4C41A16E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</w:tc>
      </w:tr>
      <w:tr w:rsidR="00A26A9B" w:rsidRPr="00A26A9B" w14:paraId="3220DBF9" w14:textId="77777777" w:rsidTr="00A26A9B">
        <w:tc>
          <w:tcPr>
            <w:tcW w:w="0" w:type="auto"/>
            <w:hideMark/>
          </w:tcPr>
          <w:p w14:paraId="405D5C17" w14:textId="77777777" w:rsidR="00A26A9B" w:rsidRPr="00A26A9B" w:rsidRDefault="00A26A9B" w:rsidP="00A2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กิจกรรมทางเลือก</w:t>
            </w:r>
          </w:p>
        </w:tc>
        <w:tc>
          <w:tcPr>
            <w:tcW w:w="0" w:type="auto"/>
            <w:hideMark/>
          </w:tcPr>
          <w:p w14:paraId="58A2B173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ส่งเสริมกิจกรรม</w:t>
            </w:r>
            <w:r w:rsidRPr="00A26A9B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A26A9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Active Learning</w:t>
            </w:r>
            <w:r w:rsidRPr="00A26A9B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และชมรม</w:t>
            </w:r>
            <w:proofErr w:type="spellStart"/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ต่างๆ</w:t>
            </w:r>
            <w:proofErr w:type="spellEnd"/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(ดนตรี กีฬา ศิลปะ) เพื่อเบี่ยงเบนความสนใจจากเกม</w:t>
            </w:r>
          </w:p>
        </w:tc>
        <w:tc>
          <w:tcPr>
            <w:tcW w:w="0" w:type="auto"/>
            <w:hideMark/>
          </w:tcPr>
          <w:p w14:paraId="747E7379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ครูสายกิจกรรม / ครูพละ</w:t>
            </w:r>
          </w:p>
        </w:tc>
      </w:tr>
      <w:tr w:rsidR="00A26A9B" w:rsidRPr="00A26A9B" w14:paraId="515A6781" w14:textId="77777777" w:rsidTr="00A26A9B">
        <w:tc>
          <w:tcPr>
            <w:tcW w:w="0" w:type="auto"/>
            <w:hideMark/>
          </w:tcPr>
          <w:p w14:paraId="31A3B267" w14:textId="77777777" w:rsidR="00A26A9B" w:rsidRPr="00A26A9B" w:rsidRDefault="00A26A9B" w:rsidP="00A2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ให้ความรู้ดิจิทัล</w:t>
            </w:r>
          </w:p>
        </w:tc>
        <w:tc>
          <w:tcPr>
            <w:tcW w:w="0" w:type="auto"/>
            <w:hideMark/>
          </w:tcPr>
          <w:p w14:paraId="6FFFF62D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จัดอบรม</w:t>
            </w:r>
            <w:r w:rsidRPr="00A26A9B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A26A9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Digital Literacy</w:t>
            </w:r>
            <w:r w:rsidRPr="00A26A9B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ให้เด็กรู้วิธีจัดการเวลาและผลกระทบของสมองจากการติดเกม</w:t>
            </w:r>
          </w:p>
        </w:tc>
        <w:tc>
          <w:tcPr>
            <w:tcW w:w="0" w:type="auto"/>
            <w:hideMark/>
          </w:tcPr>
          <w:p w14:paraId="4994179B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ครูคอมพิวเตอร์ / ครูแนะแนว</w:t>
            </w:r>
          </w:p>
        </w:tc>
      </w:tr>
    </w:tbl>
    <w:p w14:paraId="54F8F8A0" w14:textId="78833F26" w:rsidR="00A26A9B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๒.๒ การปฏิบัติงานระหว่างเกิดเหตุ</w:t>
      </w:r>
    </w:p>
    <w:p w14:paraId="5E1A7C81" w14:textId="77777777" w:rsidR="007A6A47" w:rsidRDefault="007A6A47" w:rsidP="007A6367">
      <w:pPr>
        <w:pStyle w:val="4"/>
        <w:rPr>
          <w:rFonts w:ascii="TH SarabunPSK" w:hAnsi="TH SarabunPSK" w:cs="TH SarabunPSK"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00"/>
        <w:gridCol w:w="5339"/>
        <w:gridCol w:w="2126"/>
      </w:tblGrid>
      <w:tr w:rsidR="00A26A9B" w:rsidRPr="000C58F2" w14:paraId="11C37F44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7279D8D1" w14:textId="77777777" w:rsidR="00A26A9B" w:rsidRPr="000C58F2" w:rsidRDefault="00A26A9B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477FCD0D" w14:textId="77777777" w:rsidR="00A26A9B" w:rsidRPr="000C58F2" w:rsidRDefault="00A26A9B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0CEA40C5" w14:textId="77777777" w:rsidR="00A26A9B" w:rsidRPr="000C58F2" w:rsidRDefault="00A26A9B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A26A9B" w14:paraId="54A53098" w14:textId="77777777" w:rsidTr="00A26A9B">
        <w:tc>
          <w:tcPr>
            <w:tcW w:w="0" w:type="auto"/>
            <w:hideMark/>
          </w:tcPr>
          <w:p w14:paraId="7B2D3CC3" w14:textId="77777777" w:rsidR="00A26A9B" w:rsidRPr="00A26A9B" w:rsidRDefault="00A26A9B" w:rsidP="00A2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การให้คำปรึกษา</w:t>
            </w:r>
          </w:p>
        </w:tc>
        <w:tc>
          <w:tcPr>
            <w:tcW w:w="0" w:type="auto"/>
            <w:hideMark/>
          </w:tcPr>
          <w:p w14:paraId="11811202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พูดคุยแบบเปิดใจ (</w:t>
            </w:r>
            <w:r w:rsidRPr="00A26A9B">
              <w:rPr>
                <w:rFonts w:ascii="TH SarabunPSK" w:hAnsi="TH SarabunPSK" w:cs="TH SarabunPSK" w:hint="cs"/>
                <w:sz w:val="32"/>
                <w:szCs w:val="32"/>
              </w:rPr>
              <w:t xml:space="preserve">Positive Coaching) </w:t>
            </w: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ไม่ตำหนิ เพื่อหาสาเหตุที่แท้จริงของการติดเกม</w:t>
            </w:r>
          </w:p>
        </w:tc>
        <w:tc>
          <w:tcPr>
            <w:tcW w:w="0" w:type="auto"/>
            <w:hideMark/>
          </w:tcPr>
          <w:p w14:paraId="1F9C924C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ครูแนะแนว</w:t>
            </w:r>
          </w:p>
        </w:tc>
      </w:tr>
      <w:tr w:rsidR="00A26A9B" w14:paraId="4542511E" w14:textId="77777777" w:rsidTr="00A26A9B">
        <w:tc>
          <w:tcPr>
            <w:tcW w:w="0" w:type="auto"/>
            <w:hideMark/>
          </w:tcPr>
          <w:p w14:paraId="60461FE4" w14:textId="77777777" w:rsidR="00A26A9B" w:rsidRPr="00A26A9B" w:rsidRDefault="00A26A9B" w:rsidP="00A2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Home Visit (</w:t>
            </w:r>
            <w:r w:rsidRPr="00A26A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เยี่ยมบ้าน)</w:t>
            </w:r>
          </w:p>
        </w:tc>
        <w:tc>
          <w:tcPr>
            <w:tcW w:w="0" w:type="auto"/>
            <w:hideMark/>
          </w:tcPr>
          <w:p w14:paraId="7D426483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ประสานงานผู้ปกครองเพื่อสังเกตพฤติกรรมที่บ้านและร่วมกันตั้ง "กติกาการใช้หน้าจอ"</w:t>
            </w:r>
          </w:p>
        </w:tc>
        <w:tc>
          <w:tcPr>
            <w:tcW w:w="0" w:type="auto"/>
            <w:hideMark/>
          </w:tcPr>
          <w:p w14:paraId="7716EB00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 / ผู้ปกครอง</w:t>
            </w:r>
          </w:p>
        </w:tc>
      </w:tr>
      <w:tr w:rsidR="00A26A9B" w14:paraId="65801AFB" w14:textId="77777777" w:rsidTr="00A26A9B">
        <w:tc>
          <w:tcPr>
            <w:tcW w:w="0" w:type="auto"/>
            <w:hideMark/>
          </w:tcPr>
          <w:p w14:paraId="1C2EB7F4" w14:textId="77777777" w:rsidR="00A26A9B" w:rsidRPr="00A26A9B" w:rsidRDefault="00A26A9B" w:rsidP="00A2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สัญญาใจ (</w:t>
            </w:r>
            <w:r w:rsidRPr="00A26A9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Contract)</w:t>
            </w:r>
          </w:p>
        </w:tc>
        <w:tc>
          <w:tcPr>
            <w:tcW w:w="0" w:type="auto"/>
            <w:hideMark/>
          </w:tcPr>
          <w:p w14:paraId="4753CD21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ทำข้อตกลงร่วมกับนักเรียนในการลดเวลาเล่นเกมแลกกับสิทธิ</w:t>
            </w:r>
            <w:proofErr w:type="spellStart"/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ต่างๆ</w:t>
            </w:r>
            <w:proofErr w:type="spellEnd"/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หรือรางวัลเชิงบวก</w:t>
            </w:r>
          </w:p>
        </w:tc>
        <w:tc>
          <w:tcPr>
            <w:tcW w:w="0" w:type="auto"/>
            <w:hideMark/>
          </w:tcPr>
          <w:p w14:paraId="74F13B62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 / นักเรียน</w:t>
            </w:r>
          </w:p>
        </w:tc>
      </w:tr>
    </w:tbl>
    <w:p w14:paraId="375F7786" w14:textId="2C3A55C4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40"/>
        <w:gridCol w:w="5426"/>
        <w:gridCol w:w="2199"/>
      </w:tblGrid>
      <w:tr w:rsidR="00A26A9B" w:rsidRPr="000C58F2" w14:paraId="77186E9D" w14:textId="77777777" w:rsidTr="008248DB">
        <w:trPr>
          <w:trHeight w:val="245"/>
          <w:tblHeader/>
        </w:trPr>
        <w:tc>
          <w:tcPr>
            <w:tcW w:w="1838" w:type="dxa"/>
            <w:shd w:val="clear" w:color="auto" w:fill="C5E0B3" w:themeFill="accent6" w:themeFillTint="66"/>
          </w:tcPr>
          <w:p w14:paraId="6EAD27E7" w14:textId="77777777" w:rsidR="00A26A9B" w:rsidRPr="000C58F2" w:rsidRDefault="00A26A9B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409" w:type="dxa"/>
            <w:shd w:val="clear" w:color="auto" w:fill="C5E0B3" w:themeFill="accent6" w:themeFillTint="66"/>
          </w:tcPr>
          <w:p w14:paraId="03E0C813" w14:textId="77777777" w:rsidR="00A26A9B" w:rsidRPr="000C58F2" w:rsidRDefault="00A26A9B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218" w:type="dxa"/>
            <w:shd w:val="clear" w:color="auto" w:fill="C5E0B3" w:themeFill="accent6" w:themeFillTint="66"/>
          </w:tcPr>
          <w:p w14:paraId="61683DD1" w14:textId="77777777" w:rsidR="00A26A9B" w:rsidRPr="000C58F2" w:rsidRDefault="00A26A9B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A26A9B" w14:paraId="456C2643" w14:textId="77777777" w:rsidTr="00A26A9B">
        <w:tc>
          <w:tcPr>
            <w:tcW w:w="0" w:type="auto"/>
            <w:hideMark/>
          </w:tcPr>
          <w:p w14:paraId="33D3F9A0" w14:textId="77777777" w:rsidR="00A26A9B" w:rsidRPr="00A26A9B" w:rsidRDefault="00A26A9B" w:rsidP="00A2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ส่งต่อผู้เชี่ยวชาญ</w:t>
            </w:r>
          </w:p>
        </w:tc>
        <w:tc>
          <w:tcPr>
            <w:tcW w:w="0" w:type="auto"/>
            <w:hideMark/>
          </w:tcPr>
          <w:p w14:paraId="661C2D3D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หากมีอาการรุนแรง (ก้าวร้าว</w:t>
            </w:r>
            <w:r w:rsidRPr="00A26A9B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เก็บตัว</w:t>
            </w:r>
            <w:r w:rsidRPr="00A26A9B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ซึมเศร้า) ให้ส่งพบจิตแพทย์เด็กและวัยรุ่น</w:t>
            </w:r>
          </w:p>
        </w:tc>
        <w:tc>
          <w:tcPr>
            <w:tcW w:w="0" w:type="auto"/>
            <w:hideMark/>
          </w:tcPr>
          <w:p w14:paraId="62006D40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ครูแนะแนว / พยาบาล</w:t>
            </w:r>
          </w:p>
        </w:tc>
      </w:tr>
      <w:tr w:rsidR="00A26A9B" w14:paraId="78341F37" w14:textId="77777777" w:rsidTr="00A26A9B">
        <w:tc>
          <w:tcPr>
            <w:tcW w:w="0" w:type="auto"/>
            <w:hideMark/>
          </w:tcPr>
          <w:p w14:paraId="6104B566" w14:textId="77777777" w:rsidR="00A26A9B" w:rsidRPr="00A26A9B" w:rsidRDefault="00A26A9B" w:rsidP="00A2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ระบบเพื่อนช่วยเพื่อน</w:t>
            </w:r>
          </w:p>
        </w:tc>
        <w:tc>
          <w:tcPr>
            <w:tcW w:w="0" w:type="auto"/>
            <w:hideMark/>
          </w:tcPr>
          <w:p w14:paraId="0CAFFAD3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มอบหมายให้กลุ่มเพื่อนช่วยดึงเข้าสู่กิจกรรมทางสังคมหรืองานกลุ่มมากขึ้น</w:t>
            </w:r>
          </w:p>
        </w:tc>
        <w:tc>
          <w:tcPr>
            <w:tcW w:w="0" w:type="auto"/>
            <w:hideMark/>
          </w:tcPr>
          <w:p w14:paraId="5636324A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หัวหน้าห้อง / เพื่อนสนิท</w:t>
            </w:r>
          </w:p>
        </w:tc>
      </w:tr>
      <w:tr w:rsidR="00A26A9B" w14:paraId="2F7DF3A9" w14:textId="77777777" w:rsidTr="00A26A9B">
        <w:tc>
          <w:tcPr>
            <w:tcW w:w="0" w:type="auto"/>
            <w:hideMark/>
          </w:tcPr>
          <w:p w14:paraId="029E7520" w14:textId="77777777" w:rsidR="00A26A9B" w:rsidRPr="00A26A9B" w:rsidRDefault="00A26A9B" w:rsidP="00A2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ติดตามผลต่อเนื่อง</w:t>
            </w:r>
          </w:p>
        </w:tc>
        <w:tc>
          <w:tcPr>
            <w:tcW w:w="0" w:type="auto"/>
            <w:hideMark/>
          </w:tcPr>
          <w:p w14:paraId="13FFEEB8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ประเมินผลพฤติกรรมและผลการเรียนทุกเดือน พร้อมชื่นชมเมื่อมีการพัฒนาที่ดีขึ้น</w:t>
            </w:r>
          </w:p>
        </w:tc>
        <w:tc>
          <w:tcPr>
            <w:tcW w:w="0" w:type="auto"/>
            <w:hideMark/>
          </w:tcPr>
          <w:p w14:paraId="5C75D51F" w14:textId="77777777" w:rsidR="00A26A9B" w:rsidRPr="00A26A9B" w:rsidRDefault="00A26A9B" w:rsidP="00A2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6A9B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 / ผู้อำนวยการ</w:t>
            </w:r>
          </w:p>
        </w:tc>
      </w:tr>
    </w:tbl>
    <w:p w14:paraId="1FB4F628" w14:textId="77777777" w:rsidR="00A26A9B" w:rsidRPr="00AC7BFD" w:rsidRDefault="00A26A9B" w:rsidP="00A26A9B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๓. ระยะเวลาในการป้องกัน</w:t>
      </w:r>
    </w:p>
    <w:p w14:paraId="7C542CDA" w14:textId="77777777" w:rsidR="00A26A9B" w:rsidRPr="00AC7BFD" w:rsidRDefault="00A26A9B" w:rsidP="00A26A9B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44499C9C" w14:textId="77777777" w:rsidR="00A26A9B" w:rsidRPr="00AC7BFD" w:rsidRDefault="00A26A9B" w:rsidP="00A26A9B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47478263" w14:textId="77777777" w:rsidR="00413068" w:rsidRPr="00AC7BFD" w:rsidRDefault="00413068" w:rsidP="0041306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FC09994" w14:textId="77777777" w:rsidR="00A26A9B" w:rsidRPr="00AC7BFD" w:rsidRDefault="00A26A9B" w:rsidP="00A26A9B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1CA342B3" w14:textId="6107BAE4" w:rsidR="00E17A72" w:rsidRPr="007A6A47" w:rsidRDefault="007A6A47" w:rsidP="007A6A4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1CE30E27" w14:textId="6BF321A3" w:rsidR="007A6367" w:rsidRPr="00AC7BFD" w:rsidRDefault="00D12027" w:rsidP="00E17A72">
      <w:pPr>
        <w:pStyle w:val="21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0288A8F7" wp14:editId="3ED4BA9F">
                <wp:simplePos x="0" y="0"/>
                <wp:positionH relativeFrom="column">
                  <wp:posOffset>1764640</wp:posOffset>
                </wp:positionH>
                <wp:positionV relativeFrom="paragraph">
                  <wp:posOffset>182880</wp:posOffset>
                </wp:positionV>
                <wp:extent cx="2505710" cy="271780"/>
                <wp:effectExtent l="0" t="0" r="8890" b="7620"/>
                <wp:wrapNone/>
                <wp:docPr id="1297659607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286E0" id="สี่เหลี่ยมผืนผ้ามุมมน 2" o:spid="_x0000_s1026" style="position:absolute;margin-left:138.95pt;margin-top:14.4pt;width:197.3pt;height:21.4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7A6367" w:rsidRPr="00AC7BFD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แผนเผชิญเหตุ โรคระบาดในมนุษย์</w:t>
      </w:r>
    </w:p>
    <w:p w14:paraId="4DA29D26" w14:textId="77777777" w:rsidR="007A6367" w:rsidRPr="004D594C" w:rsidRDefault="007A6367" w:rsidP="004D594C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4D594C">
        <w:rPr>
          <w:rFonts w:ascii="TH SarabunPSK" w:hAnsi="TH SarabunPSK" w:cs="TH SarabunPSK" w:hint="cs"/>
          <w:sz w:val="32"/>
          <w:szCs w:val="32"/>
          <w:cs/>
        </w:rPr>
        <w:t>๑. วัตถุประสงค์</w:t>
      </w:r>
    </w:p>
    <w:p w14:paraId="5AF7E6E6" w14:textId="72C0C65E" w:rsidR="004D594C" w:rsidRPr="004D594C" w:rsidRDefault="004D594C" w:rsidP="003E4827">
      <w:pPr>
        <w:pStyle w:val="af1"/>
        <w:numPr>
          <w:ilvl w:val="0"/>
          <w:numId w:val="15"/>
        </w:numPr>
        <w:rPr>
          <w:rFonts w:cs="TH SarabunPSK"/>
          <w:szCs w:val="32"/>
        </w:rPr>
      </w:pPr>
      <w:r w:rsidRPr="004D594C">
        <w:rPr>
          <w:rFonts w:cs="TH SarabunPSK" w:hint="cs"/>
          <w:szCs w:val="32"/>
          <w:cs/>
          <w:lang w:bidi="th-TH"/>
        </w:rPr>
        <w:t>เพื่อควบคุมและป้องกันการแพร่ระบาดของโรคในสถานศึกษาอย่างมีประสิทธิภาพ</w:t>
      </w:r>
    </w:p>
    <w:p w14:paraId="7361FCEA" w14:textId="3499A850" w:rsidR="004D594C" w:rsidRPr="004D594C" w:rsidRDefault="004D594C" w:rsidP="003E4827">
      <w:pPr>
        <w:pStyle w:val="af1"/>
        <w:numPr>
          <w:ilvl w:val="0"/>
          <w:numId w:val="15"/>
        </w:numPr>
        <w:rPr>
          <w:rFonts w:cs="TH SarabunPSK"/>
          <w:szCs w:val="32"/>
        </w:rPr>
      </w:pPr>
      <w:r w:rsidRPr="004D594C">
        <w:rPr>
          <w:rFonts w:cs="TH SarabunPSK" w:hint="cs"/>
          <w:szCs w:val="32"/>
          <w:cs/>
          <w:lang w:bidi="th-TH"/>
        </w:rPr>
        <w:t>เพื่อสร้างมาตรฐานความปลอดภัยด้านสุขอนามัยให้กับนักเรียนและบุคลากร</w:t>
      </w:r>
    </w:p>
    <w:p w14:paraId="11308469" w14:textId="401885F9" w:rsidR="004D594C" w:rsidRPr="004D594C" w:rsidRDefault="004D594C" w:rsidP="003E4827">
      <w:pPr>
        <w:pStyle w:val="af1"/>
        <w:numPr>
          <w:ilvl w:val="0"/>
          <w:numId w:val="15"/>
        </w:numPr>
        <w:rPr>
          <w:rFonts w:cs="TH SarabunPSK"/>
          <w:szCs w:val="32"/>
        </w:rPr>
      </w:pPr>
      <w:r w:rsidRPr="004D594C">
        <w:rPr>
          <w:rFonts w:cs="TH SarabunPSK" w:hint="cs"/>
          <w:szCs w:val="32"/>
          <w:cs/>
          <w:lang w:bidi="th-TH"/>
        </w:rPr>
        <w:t>เพื่อให้สถานศึกษาสามารถจัดการเรียนการสอนได้อย่างต่อเนื่องในสภาวะวิกฤต</w:t>
      </w:r>
    </w:p>
    <w:p w14:paraId="567676FC" w14:textId="77777777" w:rsidR="007A6367" w:rsidRPr="004D594C" w:rsidRDefault="007A6367" w:rsidP="004D594C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4D594C">
        <w:rPr>
          <w:rFonts w:ascii="TH SarabunPSK" w:hAnsi="TH SarabunPSK" w:cs="TH SarabunPSK" w:hint="cs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19BF7FBC" w14:textId="77777777" w:rsidR="007A6367" w:rsidRDefault="007A6367" w:rsidP="004D594C">
      <w:pPr>
        <w:pStyle w:val="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4D594C">
        <w:rPr>
          <w:rFonts w:ascii="TH SarabunPSK" w:hAnsi="TH SarabunPSK" w:cs="TH SarabunPSK" w:hint="cs"/>
          <w:sz w:val="32"/>
          <w:szCs w:val="32"/>
          <w:cs/>
        </w:rPr>
        <w:t>๒.๑ การเตรียมการก่อนเกิดเหตุ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74"/>
        <w:gridCol w:w="5501"/>
        <w:gridCol w:w="2490"/>
      </w:tblGrid>
      <w:tr w:rsidR="004D594C" w:rsidRPr="000C58F2" w14:paraId="257F42FF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155AC553" w14:textId="77777777" w:rsidR="004D594C" w:rsidRPr="000C58F2" w:rsidRDefault="004D594C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5650B860" w14:textId="77777777" w:rsidR="004D594C" w:rsidRPr="000C58F2" w:rsidRDefault="004D594C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71BE1D84" w14:textId="77777777" w:rsidR="004D594C" w:rsidRPr="000C58F2" w:rsidRDefault="004D594C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4D594C" w14:paraId="2000DDA5" w14:textId="77777777" w:rsidTr="004D594C">
        <w:tc>
          <w:tcPr>
            <w:tcW w:w="0" w:type="auto"/>
            <w:hideMark/>
          </w:tcPr>
          <w:p w14:paraId="6DE536EB" w14:textId="77777777" w:rsidR="004D594C" w:rsidRPr="004D594C" w:rsidRDefault="004D594C" w:rsidP="004D59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D59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จุดคัดกรอง</w:t>
            </w:r>
          </w:p>
        </w:tc>
        <w:tc>
          <w:tcPr>
            <w:tcW w:w="0" w:type="auto"/>
            <w:hideMark/>
          </w:tcPr>
          <w:p w14:paraId="0D78D31B" w14:textId="77777777" w:rsidR="004D594C" w:rsidRPr="004D594C" w:rsidRDefault="004D594C" w:rsidP="004D59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D594C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ติดตั้งจุดวัดอุณหภูมิและบริการเจลแอลกอฮอล์ตามจุดเข้า-ออกสำคัญ</w:t>
            </w:r>
          </w:p>
        </w:tc>
        <w:tc>
          <w:tcPr>
            <w:tcW w:w="0" w:type="auto"/>
            <w:hideMark/>
          </w:tcPr>
          <w:p w14:paraId="6F475E7D" w14:textId="77777777" w:rsidR="004D594C" w:rsidRPr="004D594C" w:rsidRDefault="004D594C" w:rsidP="004D59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D594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ครูเวร / </w:t>
            </w:r>
            <w:proofErr w:type="spellStart"/>
            <w:r w:rsidRPr="004D594C">
              <w:rPr>
                <w:rFonts w:ascii="TH SarabunPSK" w:hAnsi="TH SarabunPSK" w:cs="TH SarabunPSK" w:hint="cs"/>
                <w:sz w:val="32"/>
                <w:szCs w:val="32"/>
                <w:cs/>
              </w:rPr>
              <w:t>รป</w:t>
            </w:r>
            <w:proofErr w:type="spellEnd"/>
            <w:r w:rsidRPr="004D594C">
              <w:rPr>
                <w:rFonts w:ascii="TH SarabunPSK" w:hAnsi="TH SarabunPSK" w:cs="TH SarabunPSK" w:hint="cs"/>
                <w:sz w:val="32"/>
                <w:szCs w:val="32"/>
                <w:cs/>
              </w:rPr>
              <w:t>ภ.</w:t>
            </w:r>
          </w:p>
        </w:tc>
      </w:tr>
      <w:tr w:rsidR="004D594C" w14:paraId="7D3EB4B8" w14:textId="77777777" w:rsidTr="004D594C">
        <w:tc>
          <w:tcPr>
            <w:tcW w:w="0" w:type="auto"/>
            <w:hideMark/>
          </w:tcPr>
          <w:p w14:paraId="5C43BCB6" w14:textId="77777777" w:rsidR="004D594C" w:rsidRPr="004D594C" w:rsidRDefault="004D594C" w:rsidP="004D59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D59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ความรู้สุขอนามัย</w:t>
            </w:r>
          </w:p>
        </w:tc>
        <w:tc>
          <w:tcPr>
            <w:tcW w:w="0" w:type="auto"/>
            <w:hideMark/>
          </w:tcPr>
          <w:p w14:paraId="2DAB6DAE" w14:textId="77777777" w:rsidR="004D594C" w:rsidRPr="004D594C" w:rsidRDefault="004D594C" w:rsidP="004D59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D594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รณรงค์การล้างมือ </w:t>
            </w:r>
            <w:r w:rsidRPr="004D594C">
              <w:rPr>
                <w:rFonts w:ascii="TH SarabunPSK" w:hAnsi="TH SarabunPSK" w:cs="TH SarabunPSK" w:hint="cs"/>
                <w:sz w:val="32"/>
                <w:szCs w:val="32"/>
              </w:rPr>
              <w:t xml:space="preserve">7 </w:t>
            </w:r>
            <w:r w:rsidRPr="004D594C">
              <w:rPr>
                <w:rFonts w:ascii="TH SarabunPSK" w:hAnsi="TH SarabunPSK" w:cs="TH SarabunPSK" w:hint="cs"/>
                <w:sz w:val="32"/>
                <w:szCs w:val="32"/>
                <w:cs/>
              </w:rPr>
              <w:t>ขั้นตอน และการสวมหน้ากากอนามัยผ่านสื่อประชาสัมพันธ์ในโรงเรียน</w:t>
            </w:r>
          </w:p>
        </w:tc>
        <w:tc>
          <w:tcPr>
            <w:tcW w:w="0" w:type="auto"/>
            <w:hideMark/>
          </w:tcPr>
          <w:p w14:paraId="249B84B4" w14:textId="77777777" w:rsidR="004D594C" w:rsidRPr="004D594C" w:rsidRDefault="004D594C" w:rsidP="004D59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D594C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ครูอนามัย / ฝ่ายประชาสัมพันธ์</w:t>
            </w:r>
          </w:p>
        </w:tc>
      </w:tr>
      <w:tr w:rsidR="004D594C" w14:paraId="38B450C4" w14:textId="77777777" w:rsidTr="004D594C">
        <w:tc>
          <w:tcPr>
            <w:tcW w:w="0" w:type="auto"/>
            <w:hideMark/>
          </w:tcPr>
          <w:p w14:paraId="69A7F40C" w14:textId="77777777" w:rsidR="004D594C" w:rsidRPr="004D594C" w:rsidRDefault="004D594C" w:rsidP="004D59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D594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Big Cleaning</w:t>
            </w:r>
          </w:p>
        </w:tc>
        <w:tc>
          <w:tcPr>
            <w:tcW w:w="0" w:type="auto"/>
            <w:hideMark/>
          </w:tcPr>
          <w:p w14:paraId="6B4A5E47" w14:textId="77777777" w:rsidR="004D594C" w:rsidRPr="004D594C" w:rsidRDefault="004D594C" w:rsidP="004D59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D594C">
              <w:rPr>
                <w:rFonts w:ascii="TH SarabunPSK" w:hAnsi="TH SarabunPSK" w:cs="TH SarabunPSK" w:hint="cs"/>
                <w:sz w:val="32"/>
                <w:szCs w:val="32"/>
                <w:cs/>
              </w:rPr>
              <w:t>ทำความสะอาดพ่นน้ำยาฆ่าเชื้อในห้องเรียน โรงอาหาร และพื้นผิวสัมผัสร่วม (ราวบันได</w:t>
            </w:r>
            <w:r w:rsidRPr="004D594C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4D594C">
              <w:rPr>
                <w:rFonts w:ascii="TH SarabunPSK" w:hAnsi="TH SarabunPSK" w:cs="TH SarabunPSK" w:hint="cs"/>
                <w:sz w:val="32"/>
                <w:szCs w:val="32"/>
                <w:cs/>
              </w:rPr>
              <w:t>ลูกบิด)</w:t>
            </w:r>
          </w:p>
        </w:tc>
        <w:tc>
          <w:tcPr>
            <w:tcW w:w="0" w:type="auto"/>
            <w:hideMark/>
          </w:tcPr>
          <w:p w14:paraId="1F0FB58B" w14:textId="77777777" w:rsidR="004D594C" w:rsidRPr="004D594C" w:rsidRDefault="004D594C" w:rsidP="004D59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D594C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ฝ่ายอาคารสถานที่ / นักการภารโรง</w:t>
            </w:r>
          </w:p>
        </w:tc>
      </w:tr>
    </w:tbl>
    <w:p w14:paraId="10FEDB2A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21"/>
        <w:gridCol w:w="5422"/>
        <w:gridCol w:w="2122"/>
      </w:tblGrid>
      <w:tr w:rsidR="004D594C" w:rsidRPr="000C58F2" w14:paraId="20A07A30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0223AF00" w14:textId="77777777" w:rsidR="004D594C" w:rsidRPr="000C58F2" w:rsidRDefault="004D594C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2DFD4E58" w14:textId="77777777" w:rsidR="004D594C" w:rsidRPr="000C58F2" w:rsidRDefault="004D594C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69B35A6A" w14:textId="77777777" w:rsidR="004D594C" w:rsidRPr="000C58F2" w:rsidRDefault="004D594C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4D594C" w14:paraId="56A31C3A" w14:textId="77777777" w:rsidTr="004D594C">
        <w:tc>
          <w:tcPr>
            <w:tcW w:w="0" w:type="auto"/>
            <w:hideMark/>
          </w:tcPr>
          <w:p w14:paraId="4B44F4B3" w14:textId="77777777" w:rsidR="004D594C" w:rsidRPr="004D594C" w:rsidRDefault="004D594C" w:rsidP="004D59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D59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การแยกกัก (</w:t>
            </w:r>
            <w:r w:rsidRPr="004D594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Isolation)</w:t>
            </w:r>
          </w:p>
        </w:tc>
        <w:tc>
          <w:tcPr>
            <w:tcW w:w="0" w:type="auto"/>
            <w:hideMark/>
          </w:tcPr>
          <w:p w14:paraId="2F6C52E4" w14:textId="77777777" w:rsidR="004D594C" w:rsidRPr="004D594C" w:rsidRDefault="004D594C" w:rsidP="004D59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D594C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หากพบผู้มีอาการป่วย ให้แยกตัวไปยังห้องแยกโรคที่จัดเตรียมไว้ทันที (</w:t>
            </w:r>
            <w:r w:rsidRPr="004D594C">
              <w:rPr>
                <w:rFonts w:ascii="TH SarabunPSK" w:hAnsi="TH SarabunPSK" w:cs="TH SarabunPSK" w:hint="cs"/>
                <w:sz w:val="32"/>
                <w:szCs w:val="32"/>
              </w:rPr>
              <w:t>School Isolation)</w:t>
            </w:r>
          </w:p>
        </w:tc>
        <w:tc>
          <w:tcPr>
            <w:tcW w:w="0" w:type="auto"/>
            <w:hideMark/>
          </w:tcPr>
          <w:p w14:paraId="69B4C2D4" w14:textId="77777777" w:rsidR="004D594C" w:rsidRPr="004D594C" w:rsidRDefault="004D594C" w:rsidP="004D59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D594C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ครูอนามัย / พยาบาล</w:t>
            </w:r>
          </w:p>
        </w:tc>
      </w:tr>
      <w:tr w:rsidR="004D594C" w14:paraId="35A1922C" w14:textId="77777777" w:rsidTr="004D594C">
        <w:tc>
          <w:tcPr>
            <w:tcW w:w="0" w:type="auto"/>
            <w:hideMark/>
          </w:tcPr>
          <w:p w14:paraId="4A7EB569" w14:textId="77777777" w:rsidR="004D594C" w:rsidRPr="004D594C" w:rsidRDefault="004D594C" w:rsidP="004D59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D59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สอบสวนโรค</w:t>
            </w:r>
          </w:p>
        </w:tc>
        <w:tc>
          <w:tcPr>
            <w:tcW w:w="0" w:type="auto"/>
            <w:hideMark/>
          </w:tcPr>
          <w:p w14:paraId="7A025CE6" w14:textId="77777777" w:rsidR="004D594C" w:rsidRPr="004D594C" w:rsidRDefault="004D594C" w:rsidP="004D59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D594C"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บันทึกประวัติการสัมผัสใกล้ชิด (</w:t>
            </w:r>
            <w:r w:rsidRPr="004D594C">
              <w:rPr>
                <w:rFonts w:ascii="TH SarabunPSK" w:hAnsi="TH SarabunPSK" w:cs="TH SarabunPSK" w:hint="cs"/>
                <w:sz w:val="32"/>
                <w:szCs w:val="32"/>
              </w:rPr>
              <w:t xml:space="preserve">Timeline) </w:t>
            </w:r>
            <w:r w:rsidRPr="004D594C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เพื่อค้นหากลุ่มเสี่ยงในห้องเรียน</w:t>
            </w:r>
          </w:p>
        </w:tc>
        <w:tc>
          <w:tcPr>
            <w:tcW w:w="0" w:type="auto"/>
            <w:hideMark/>
          </w:tcPr>
          <w:p w14:paraId="47B2E900" w14:textId="77777777" w:rsidR="004D594C" w:rsidRPr="004D594C" w:rsidRDefault="004D594C" w:rsidP="004D59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D594C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</w:tc>
      </w:tr>
      <w:tr w:rsidR="004D594C" w14:paraId="7FAE6A6C" w14:textId="77777777" w:rsidTr="004D594C">
        <w:tc>
          <w:tcPr>
            <w:tcW w:w="0" w:type="auto"/>
            <w:hideMark/>
          </w:tcPr>
          <w:p w14:paraId="12716E6A" w14:textId="77777777" w:rsidR="004D594C" w:rsidRPr="004D594C" w:rsidRDefault="004D594C" w:rsidP="004D59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D59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รายงานเหตุ</w:t>
            </w:r>
          </w:p>
        </w:tc>
        <w:tc>
          <w:tcPr>
            <w:tcW w:w="0" w:type="auto"/>
            <w:hideMark/>
          </w:tcPr>
          <w:p w14:paraId="24A5967A" w14:textId="77777777" w:rsidR="004D594C" w:rsidRPr="004D594C" w:rsidRDefault="004D594C" w:rsidP="004D59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D594C">
              <w:rPr>
                <w:rFonts w:ascii="TH SarabunPSK" w:hAnsi="TH SarabunPSK" w:cs="TH SarabunPSK" w:hint="cs"/>
                <w:sz w:val="32"/>
                <w:szCs w:val="32"/>
                <w:cs/>
              </w:rPr>
              <w:t>แจ้งผู้ปกครองและรายงานสถานการณ์ต่อหน่วยงานสาธารณสุขในพื้นที่ (รพ.สต.) ทันที</w:t>
            </w:r>
          </w:p>
        </w:tc>
        <w:tc>
          <w:tcPr>
            <w:tcW w:w="0" w:type="auto"/>
            <w:hideMark/>
          </w:tcPr>
          <w:p w14:paraId="7F8A821C" w14:textId="77777777" w:rsidR="004D594C" w:rsidRPr="004D594C" w:rsidRDefault="004D594C" w:rsidP="004D59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D594C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ผู้อำนวยการสถานศึกษา</w:t>
            </w:r>
          </w:p>
        </w:tc>
      </w:tr>
    </w:tbl>
    <w:p w14:paraId="51F1A85A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37"/>
        <w:gridCol w:w="5470"/>
        <w:gridCol w:w="2258"/>
      </w:tblGrid>
      <w:tr w:rsidR="004D594C" w:rsidRPr="000C58F2" w14:paraId="4B19BF15" w14:textId="77777777" w:rsidTr="008248DB">
        <w:trPr>
          <w:trHeight w:val="245"/>
          <w:tblHeader/>
        </w:trPr>
        <w:tc>
          <w:tcPr>
            <w:tcW w:w="1737" w:type="dxa"/>
            <w:shd w:val="clear" w:color="auto" w:fill="C5E0B3" w:themeFill="accent6" w:themeFillTint="66"/>
          </w:tcPr>
          <w:p w14:paraId="637CBD0A" w14:textId="77777777" w:rsidR="004D594C" w:rsidRPr="000C58F2" w:rsidRDefault="004D594C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470" w:type="dxa"/>
            <w:shd w:val="clear" w:color="auto" w:fill="C5E0B3" w:themeFill="accent6" w:themeFillTint="66"/>
          </w:tcPr>
          <w:p w14:paraId="436D0671" w14:textId="77777777" w:rsidR="004D594C" w:rsidRPr="000C58F2" w:rsidRDefault="004D594C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258" w:type="dxa"/>
            <w:shd w:val="clear" w:color="auto" w:fill="C5E0B3" w:themeFill="accent6" w:themeFillTint="66"/>
          </w:tcPr>
          <w:p w14:paraId="489D06C6" w14:textId="77777777" w:rsidR="004D594C" w:rsidRPr="000C58F2" w:rsidRDefault="004D594C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4D594C" w14:paraId="747167F4" w14:textId="77777777" w:rsidTr="004D594C">
        <w:tc>
          <w:tcPr>
            <w:tcW w:w="0" w:type="auto"/>
            <w:hideMark/>
          </w:tcPr>
          <w:p w14:paraId="54C52EC7" w14:textId="77777777" w:rsidR="004D594C" w:rsidRPr="004D594C" w:rsidRDefault="004D594C" w:rsidP="004D59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D59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การจัดรูปแบบเรียน</w:t>
            </w:r>
          </w:p>
        </w:tc>
        <w:tc>
          <w:tcPr>
            <w:tcW w:w="0" w:type="auto"/>
            <w:hideMark/>
          </w:tcPr>
          <w:p w14:paraId="2BA05B04" w14:textId="77777777" w:rsidR="004D594C" w:rsidRPr="004D594C" w:rsidRDefault="004D594C" w:rsidP="004D59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D594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ปรับรูปแบบการเรียนเป็นแบบ </w:t>
            </w:r>
            <w:r w:rsidRPr="004D594C">
              <w:rPr>
                <w:rFonts w:ascii="TH SarabunPSK" w:hAnsi="TH SarabunPSK" w:cs="TH SarabunPSK" w:hint="cs"/>
                <w:sz w:val="32"/>
                <w:szCs w:val="32"/>
              </w:rPr>
              <w:t xml:space="preserve">Hybrid </w:t>
            </w:r>
            <w:r w:rsidRPr="004D594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 </w:t>
            </w:r>
            <w:r w:rsidRPr="004D594C">
              <w:rPr>
                <w:rFonts w:ascii="TH SarabunPSK" w:hAnsi="TH SarabunPSK" w:cs="TH SarabunPSK" w:hint="cs"/>
                <w:sz w:val="32"/>
                <w:szCs w:val="32"/>
              </w:rPr>
              <w:t xml:space="preserve">Online </w:t>
            </w:r>
            <w:r w:rsidRPr="004D594C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สำหรับนักเรียนที่ต้องกักตัว</w:t>
            </w:r>
          </w:p>
        </w:tc>
        <w:tc>
          <w:tcPr>
            <w:tcW w:w="0" w:type="auto"/>
            <w:hideMark/>
          </w:tcPr>
          <w:p w14:paraId="41D0704F" w14:textId="77777777" w:rsidR="004D594C" w:rsidRPr="004D594C" w:rsidRDefault="004D594C" w:rsidP="004D59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D594C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ฝ่ายวิชาการ / ครูประจำวิชา</w:t>
            </w:r>
          </w:p>
        </w:tc>
      </w:tr>
      <w:tr w:rsidR="004D594C" w14:paraId="137558C9" w14:textId="77777777" w:rsidTr="004D594C">
        <w:tc>
          <w:tcPr>
            <w:tcW w:w="0" w:type="auto"/>
            <w:hideMark/>
          </w:tcPr>
          <w:p w14:paraId="3DADF300" w14:textId="77777777" w:rsidR="004D594C" w:rsidRPr="004D594C" w:rsidRDefault="004D594C" w:rsidP="004D59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D59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การทำลายเชื้อ</w:t>
            </w:r>
          </w:p>
        </w:tc>
        <w:tc>
          <w:tcPr>
            <w:tcW w:w="0" w:type="auto"/>
            <w:hideMark/>
          </w:tcPr>
          <w:p w14:paraId="55502E7A" w14:textId="77777777" w:rsidR="004D594C" w:rsidRPr="004D594C" w:rsidRDefault="004D594C" w:rsidP="004D59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D594C">
              <w:rPr>
                <w:rFonts w:ascii="TH SarabunPSK" w:hAnsi="TH SarabunPSK" w:cs="TH SarabunPSK" w:hint="cs"/>
                <w:sz w:val="32"/>
                <w:szCs w:val="32"/>
                <w:cs/>
              </w:rPr>
              <w:t>ทำความสะอาดห้องเรียนที่พบผู้ป่วยตามมาตรฐานสาธารณสุขก่อนกลับมาใช้งาน</w:t>
            </w:r>
          </w:p>
        </w:tc>
        <w:tc>
          <w:tcPr>
            <w:tcW w:w="0" w:type="auto"/>
            <w:hideMark/>
          </w:tcPr>
          <w:p w14:paraId="0013D23F" w14:textId="77777777" w:rsidR="004D594C" w:rsidRPr="004D594C" w:rsidRDefault="004D594C" w:rsidP="004D59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D594C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นักการภารโรง</w:t>
            </w:r>
          </w:p>
        </w:tc>
      </w:tr>
      <w:tr w:rsidR="004D594C" w14:paraId="01696BE9" w14:textId="77777777" w:rsidTr="004D594C">
        <w:tc>
          <w:tcPr>
            <w:tcW w:w="0" w:type="auto"/>
            <w:hideMark/>
          </w:tcPr>
          <w:p w14:paraId="17DBDCB5" w14:textId="77777777" w:rsidR="004D594C" w:rsidRPr="004D594C" w:rsidRDefault="004D594C" w:rsidP="004D59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D59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ประเมินและปรับปรุง</w:t>
            </w:r>
          </w:p>
        </w:tc>
        <w:tc>
          <w:tcPr>
            <w:tcW w:w="0" w:type="auto"/>
            <w:hideMark/>
          </w:tcPr>
          <w:p w14:paraId="68AECA09" w14:textId="77777777" w:rsidR="004D594C" w:rsidRPr="004D594C" w:rsidRDefault="004D594C" w:rsidP="004D59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D594C"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สรุปจำนวนผู้ติดเชื้อและประสิทธิภาพของมาตรการ เพื่อปรับปรุงแผนป้องกันในอนาคต</w:t>
            </w:r>
          </w:p>
        </w:tc>
        <w:tc>
          <w:tcPr>
            <w:tcW w:w="0" w:type="auto"/>
            <w:hideMark/>
          </w:tcPr>
          <w:p w14:paraId="1489B174" w14:textId="77777777" w:rsidR="004D594C" w:rsidRPr="004D594C" w:rsidRDefault="004D594C" w:rsidP="004D59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D594C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คณะกรรมการความปลอดภัย</w:t>
            </w:r>
          </w:p>
        </w:tc>
      </w:tr>
    </w:tbl>
    <w:p w14:paraId="6FD196A5" w14:textId="77777777" w:rsidR="004D594C" w:rsidRPr="00AC7BFD" w:rsidRDefault="004D594C" w:rsidP="004D594C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๓. ระยะเวลาในการป้องกัน</w:t>
      </w:r>
    </w:p>
    <w:p w14:paraId="568D2004" w14:textId="77777777" w:rsidR="004D594C" w:rsidRPr="00AC7BFD" w:rsidRDefault="004D594C" w:rsidP="004D594C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7F121ED4" w14:textId="77777777" w:rsidR="004D594C" w:rsidRPr="00AC7BFD" w:rsidRDefault="004D594C" w:rsidP="004D594C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21495317" w14:textId="77777777" w:rsidR="00413068" w:rsidRPr="00AC7BFD" w:rsidRDefault="00413068" w:rsidP="0041306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594C4ED" w14:textId="77777777" w:rsidR="004D594C" w:rsidRPr="00AC7BFD" w:rsidRDefault="004D594C" w:rsidP="004D594C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7017D58B" w14:textId="77777777" w:rsidR="007A6A47" w:rsidRDefault="007A6A47" w:rsidP="007A6A4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5B4ED764" w14:textId="0C706696" w:rsidR="007A6367" w:rsidRDefault="007A6367" w:rsidP="007A6367">
      <w:pPr>
        <w:rPr>
          <w:rFonts w:ascii="TH SarabunPSK" w:hAnsi="TH SarabunPSK" w:cs="TH SarabunPSK"/>
          <w:sz w:val="32"/>
          <w:szCs w:val="32"/>
        </w:rPr>
      </w:pPr>
    </w:p>
    <w:p w14:paraId="15B2679B" w14:textId="77777777" w:rsidR="00E17A72" w:rsidRDefault="00E17A72" w:rsidP="007A6367">
      <w:pPr>
        <w:rPr>
          <w:rFonts w:ascii="TH SarabunPSK" w:hAnsi="TH SarabunPSK" w:cs="TH SarabunPSK"/>
          <w:sz w:val="32"/>
          <w:szCs w:val="32"/>
        </w:rPr>
      </w:pPr>
    </w:p>
    <w:p w14:paraId="7F575D52" w14:textId="77777777" w:rsidR="00E17A72" w:rsidRDefault="00E17A72" w:rsidP="007A6367">
      <w:pPr>
        <w:rPr>
          <w:rFonts w:ascii="TH SarabunPSK" w:hAnsi="TH SarabunPSK" w:cs="TH SarabunPSK"/>
          <w:sz w:val="32"/>
          <w:szCs w:val="32"/>
        </w:rPr>
      </w:pPr>
    </w:p>
    <w:p w14:paraId="105FE422" w14:textId="77777777" w:rsidR="00E17A72" w:rsidRDefault="00E17A72" w:rsidP="007A6367">
      <w:pPr>
        <w:rPr>
          <w:rFonts w:ascii="TH SarabunPSK" w:hAnsi="TH SarabunPSK" w:cs="TH SarabunPSK"/>
          <w:sz w:val="32"/>
          <w:szCs w:val="32"/>
        </w:rPr>
      </w:pPr>
    </w:p>
    <w:p w14:paraId="57D374A5" w14:textId="77777777" w:rsidR="00E17A72" w:rsidRDefault="00E17A72" w:rsidP="007A6367">
      <w:pPr>
        <w:rPr>
          <w:rFonts w:ascii="TH SarabunPSK" w:hAnsi="TH SarabunPSK" w:cs="TH SarabunPSK"/>
          <w:sz w:val="32"/>
          <w:szCs w:val="32"/>
        </w:rPr>
      </w:pPr>
    </w:p>
    <w:p w14:paraId="4C279092" w14:textId="77777777" w:rsidR="00E17A72" w:rsidRPr="00AC7BFD" w:rsidRDefault="00E17A72" w:rsidP="007A6367">
      <w:pPr>
        <w:rPr>
          <w:rFonts w:ascii="TH SarabunPSK" w:hAnsi="TH SarabunPSK" w:cs="TH SarabunPSK"/>
          <w:sz w:val="32"/>
          <w:szCs w:val="32"/>
        </w:rPr>
      </w:pPr>
    </w:p>
    <w:p w14:paraId="7AA9FC1A" w14:textId="7D374CE2" w:rsidR="007A6367" w:rsidRPr="00AC7BFD" w:rsidRDefault="00D12027" w:rsidP="00E17A72">
      <w:pPr>
        <w:pStyle w:val="21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6E495D6F" wp14:editId="5689D105">
                <wp:simplePos x="0" y="0"/>
                <wp:positionH relativeFrom="column">
                  <wp:posOffset>1705233</wp:posOffset>
                </wp:positionH>
                <wp:positionV relativeFrom="paragraph">
                  <wp:posOffset>-12717</wp:posOffset>
                </wp:positionV>
                <wp:extent cx="2505710" cy="271780"/>
                <wp:effectExtent l="0" t="0" r="8890" b="7620"/>
                <wp:wrapNone/>
                <wp:docPr id="862912649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0EFD62D" id="สี่เหลี่ยมผืนผ้ามุมมน 2" o:spid="_x0000_s1026" style="position:absolute;margin-left:134.25pt;margin-top:-1pt;width:197.3pt;height:21.4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7A6367" w:rsidRPr="00AC7BFD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แผนเผชิญเหตุ ภัยไซเบอร์</w:t>
      </w:r>
    </w:p>
    <w:p w14:paraId="66397D69" w14:textId="77777777" w:rsidR="007A6367" w:rsidRPr="00190BC4" w:rsidRDefault="007A6367" w:rsidP="00190BC4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190BC4">
        <w:rPr>
          <w:rFonts w:ascii="TH SarabunPSK" w:hAnsi="TH SarabunPSK" w:cs="TH SarabunPSK" w:hint="cs"/>
          <w:sz w:val="32"/>
          <w:szCs w:val="32"/>
          <w:cs/>
        </w:rPr>
        <w:t>๑. วัตถุประสงค์</w:t>
      </w:r>
    </w:p>
    <w:p w14:paraId="77572175" w14:textId="5F668ECD" w:rsidR="004D594C" w:rsidRPr="00190BC4" w:rsidRDefault="004D594C" w:rsidP="003E4827">
      <w:pPr>
        <w:pStyle w:val="af1"/>
        <w:numPr>
          <w:ilvl w:val="0"/>
          <w:numId w:val="16"/>
        </w:numPr>
        <w:rPr>
          <w:rFonts w:cs="TH SarabunPSK"/>
          <w:szCs w:val="32"/>
        </w:rPr>
      </w:pPr>
      <w:r w:rsidRPr="00190BC4">
        <w:rPr>
          <w:rFonts w:cs="TH SarabunPSK" w:hint="cs"/>
          <w:szCs w:val="32"/>
          <w:cs/>
          <w:lang w:bidi="th-TH"/>
        </w:rPr>
        <w:t>เพื่อรักษาความปลอดภัยของระบบข้อมูลและฐานข้อมูลส่วนบุคคลของนักเรียนและบุคลากร</w:t>
      </w:r>
    </w:p>
    <w:p w14:paraId="64AB8A80" w14:textId="067D3794" w:rsidR="004D594C" w:rsidRPr="00190BC4" w:rsidRDefault="004D594C" w:rsidP="003E4827">
      <w:pPr>
        <w:pStyle w:val="af1"/>
        <w:numPr>
          <w:ilvl w:val="0"/>
          <w:numId w:val="16"/>
        </w:numPr>
        <w:rPr>
          <w:rFonts w:cs="TH SarabunPSK"/>
          <w:szCs w:val="32"/>
        </w:rPr>
      </w:pPr>
      <w:r w:rsidRPr="00190BC4">
        <w:rPr>
          <w:rFonts w:cs="TH SarabunPSK" w:hint="cs"/>
          <w:szCs w:val="32"/>
          <w:cs/>
          <w:lang w:bidi="th-TH"/>
        </w:rPr>
        <w:t>เพื่อจำกัดความเสียหายที่เกิดจากการถูกโจมตีทางไซเบอร์หรือการถูกหลอกลวงออนไลน์</w:t>
      </w:r>
    </w:p>
    <w:p w14:paraId="23ED3A3A" w14:textId="77F3A9A9" w:rsidR="004D594C" w:rsidRPr="00190BC4" w:rsidRDefault="004D594C" w:rsidP="003E4827">
      <w:pPr>
        <w:pStyle w:val="af1"/>
        <w:numPr>
          <w:ilvl w:val="0"/>
          <w:numId w:val="16"/>
        </w:numPr>
        <w:rPr>
          <w:rFonts w:cs="TH SarabunPSK"/>
          <w:szCs w:val="32"/>
        </w:rPr>
      </w:pPr>
      <w:r w:rsidRPr="00190BC4">
        <w:rPr>
          <w:rFonts w:cs="TH SarabunPSK" w:hint="cs"/>
          <w:szCs w:val="32"/>
          <w:cs/>
          <w:lang w:bidi="th-TH"/>
        </w:rPr>
        <w:t>เพื่อสร้างความตระหนักรู้และทักษะการรับมือกับมิจฉาชีพในโลกดิจิทัล</w:t>
      </w:r>
    </w:p>
    <w:p w14:paraId="2BDF470C" w14:textId="77777777" w:rsidR="007A6367" w:rsidRPr="00190BC4" w:rsidRDefault="007A6367" w:rsidP="00190BC4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190BC4">
        <w:rPr>
          <w:rFonts w:ascii="TH SarabunPSK" w:hAnsi="TH SarabunPSK" w:cs="TH SarabunPSK" w:hint="cs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2FB553AE" w14:textId="77777777" w:rsidR="007A6367" w:rsidRDefault="007A6367" w:rsidP="00190BC4">
      <w:pPr>
        <w:pStyle w:val="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190BC4">
        <w:rPr>
          <w:rFonts w:ascii="TH SarabunPSK" w:hAnsi="TH SarabunPSK" w:cs="TH SarabunPSK" w:hint="cs"/>
          <w:sz w:val="32"/>
          <w:szCs w:val="32"/>
          <w:cs/>
        </w:rPr>
        <w:t>๒.๑ การเตรียมการก่อนเกิดเหตุ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95"/>
        <w:gridCol w:w="5333"/>
        <w:gridCol w:w="2237"/>
      </w:tblGrid>
      <w:tr w:rsidR="00190BC4" w:rsidRPr="000C58F2" w14:paraId="39F6F039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44397E1D" w14:textId="77777777" w:rsidR="00190BC4" w:rsidRPr="000C58F2" w:rsidRDefault="00190BC4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6CA8009D" w14:textId="77777777" w:rsidR="00190BC4" w:rsidRPr="000C58F2" w:rsidRDefault="00190BC4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042C7E53" w14:textId="77777777" w:rsidR="00190BC4" w:rsidRPr="000C58F2" w:rsidRDefault="00190BC4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190BC4" w:rsidRPr="00190BC4" w14:paraId="4C6FA253" w14:textId="77777777" w:rsidTr="00190BC4">
        <w:tc>
          <w:tcPr>
            <w:tcW w:w="0" w:type="auto"/>
            <w:hideMark/>
          </w:tcPr>
          <w:p w14:paraId="1EEEA461" w14:textId="77777777" w:rsidR="00190BC4" w:rsidRPr="00190BC4" w:rsidRDefault="00190BC4" w:rsidP="00190BC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90B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ความปลอดภัยระบบ</w:t>
            </w:r>
          </w:p>
        </w:tc>
        <w:tc>
          <w:tcPr>
            <w:tcW w:w="0" w:type="auto"/>
            <w:hideMark/>
          </w:tcPr>
          <w:p w14:paraId="4424D031" w14:textId="77777777" w:rsidR="00190BC4" w:rsidRPr="00190BC4" w:rsidRDefault="00190BC4" w:rsidP="00190BC4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190BC4">
              <w:rPr>
                <w:rFonts w:ascii="TH SarabunPSK" w:hAnsi="TH SarabunPSK" w:cs="TH SarabunPSK" w:hint="cs"/>
                <w:sz w:val="32"/>
                <w:szCs w:val="32"/>
                <w:cs/>
              </w:rPr>
              <w:t>อัป</w:t>
            </w:r>
            <w:proofErr w:type="spellEnd"/>
            <w:r w:rsidRPr="00190BC4">
              <w:rPr>
                <w:rFonts w:ascii="TH SarabunPSK" w:hAnsi="TH SarabunPSK" w:cs="TH SarabunPSK" w:hint="cs"/>
                <w:sz w:val="32"/>
                <w:szCs w:val="32"/>
                <w:cs/>
              </w:rPr>
              <w:t>เดตซอฟต์แวร์ป้องกันไวรัส และตั้งค่าการยืนยันตัวตนสองชั้น (</w:t>
            </w:r>
            <w:r w:rsidRPr="00190BC4">
              <w:rPr>
                <w:rFonts w:ascii="TH SarabunPSK" w:hAnsi="TH SarabunPSK" w:cs="TH SarabunPSK" w:hint="cs"/>
                <w:sz w:val="32"/>
                <w:szCs w:val="32"/>
              </w:rPr>
              <w:t xml:space="preserve">2FA) </w:t>
            </w:r>
            <w:r w:rsidRPr="00190BC4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ในบัญชีสำคัญ</w:t>
            </w:r>
          </w:p>
        </w:tc>
        <w:tc>
          <w:tcPr>
            <w:tcW w:w="0" w:type="auto"/>
            <w:hideMark/>
          </w:tcPr>
          <w:p w14:paraId="5353AF0F" w14:textId="77777777" w:rsidR="00190BC4" w:rsidRPr="00190BC4" w:rsidRDefault="00190BC4" w:rsidP="00190B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90B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ครูคอมพิวเตอร์ / ฝ่าย </w:t>
            </w:r>
            <w:r w:rsidRPr="00190BC4">
              <w:rPr>
                <w:rFonts w:ascii="TH SarabunPSK" w:hAnsi="TH SarabunPSK" w:cs="TH SarabunPSK" w:hint="cs"/>
                <w:sz w:val="32"/>
                <w:szCs w:val="32"/>
              </w:rPr>
              <w:t>ICT</w:t>
            </w:r>
          </w:p>
        </w:tc>
      </w:tr>
      <w:tr w:rsidR="00190BC4" w:rsidRPr="00190BC4" w14:paraId="2281D91D" w14:textId="77777777" w:rsidTr="00190BC4">
        <w:tc>
          <w:tcPr>
            <w:tcW w:w="0" w:type="auto"/>
            <w:hideMark/>
          </w:tcPr>
          <w:p w14:paraId="71B315C1" w14:textId="77777777" w:rsidR="00190BC4" w:rsidRPr="00190BC4" w:rsidRDefault="00190BC4" w:rsidP="00190BC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90B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อบรม </w:t>
            </w:r>
            <w:r w:rsidRPr="00190BC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Digital Literacy</w:t>
            </w:r>
          </w:p>
        </w:tc>
        <w:tc>
          <w:tcPr>
            <w:tcW w:w="0" w:type="auto"/>
            <w:hideMark/>
          </w:tcPr>
          <w:p w14:paraId="7E567184" w14:textId="77777777" w:rsidR="00190BC4" w:rsidRPr="00190BC4" w:rsidRDefault="00190BC4" w:rsidP="00190B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90BC4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สอนทักษะการแยกแยะลิงก์ปลอม (</w:t>
            </w:r>
            <w:r w:rsidRPr="00190BC4">
              <w:rPr>
                <w:rFonts w:ascii="TH SarabunPSK" w:hAnsi="TH SarabunPSK" w:cs="TH SarabunPSK" w:hint="cs"/>
                <w:sz w:val="32"/>
                <w:szCs w:val="32"/>
              </w:rPr>
              <w:t xml:space="preserve">Phishing) </w:t>
            </w:r>
            <w:r w:rsidRPr="00190BC4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และการตั้งรหัสผ่านที่คาดเดายาก</w:t>
            </w:r>
          </w:p>
        </w:tc>
        <w:tc>
          <w:tcPr>
            <w:tcW w:w="0" w:type="auto"/>
            <w:hideMark/>
          </w:tcPr>
          <w:p w14:paraId="554DBE14" w14:textId="77777777" w:rsidR="00190BC4" w:rsidRPr="00190BC4" w:rsidRDefault="00190BC4" w:rsidP="00190B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90BC4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ครูคอมพิวเตอร์ / ครูแนะแนว</w:t>
            </w:r>
          </w:p>
        </w:tc>
      </w:tr>
      <w:tr w:rsidR="00190BC4" w:rsidRPr="00190BC4" w14:paraId="73BC0338" w14:textId="77777777" w:rsidTr="00190BC4">
        <w:tc>
          <w:tcPr>
            <w:tcW w:w="0" w:type="auto"/>
            <w:hideMark/>
          </w:tcPr>
          <w:p w14:paraId="6A72EAD3" w14:textId="77777777" w:rsidR="00190BC4" w:rsidRPr="00190BC4" w:rsidRDefault="00190BC4" w:rsidP="00190BC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90B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สำรองข้อมูล</w:t>
            </w:r>
          </w:p>
        </w:tc>
        <w:tc>
          <w:tcPr>
            <w:tcW w:w="0" w:type="auto"/>
            <w:hideMark/>
          </w:tcPr>
          <w:p w14:paraId="55A790D2" w14:textId="77777777" w:rsidR="00190BC4" w:rsidRPr="00190BC4" w:rsidRDefault="00190BC4" w:rsidP="00190B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90BC4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จัดทำระบบสำรองข้อมูล (</w:t>
            </w:r>
            <w:r w:rsidRPr="00190BC4">
              <w:rPr>
                <w:rFonts w:ascii="TH SarabunPSK" w:hAnsi="TH SarabunPSK" w:cs="TH SarabunPSK" w:hint="cs"/>
                <w:sz w:val="32"/>
                <w:szCs w:val="32"/>
              </w:rPr>
              <w:t xml:space="preserve">Backup) </w:t>
            </w:r>
            <w:r w:rsidRPr="00190BC4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ข้อมูลสำคัญของโรงเรียนอย่างสม่ำเสมอ</w:t>
            </w:r>
          </w:p>
        </w:tc>
        <w:tc>
          <w:tcPr>
            <w:tcW w:w="0" w:type="auto"/>
            <w:hideMark/>
          </w:tcPr>
          <w:p w14:paraId="186B9EE9" w14:textId="77777777" w:rsidR="00190BC4" w:rsidRPr="00190BC4" w:rsidRDefault="00190BC4" w:rsidP="00190B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90BC4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ฝ่ายทะเบียน / ฝ่ายบริหาร</w:t>
            </w:r>
          </w:p>
        </w:tc>
      </w:tr>
    </w:tbl>
    <w:p w14:paraId="7CD52CC6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42"/>
        <w:gridCol w:w="5866"/>
        <w:gridCol w:w="2057"/>
      </w:tblGrid>
      <w:tr w:rsidR="00190BC4" w:rsidRPr="000C58F2" w14:paraId="01CA7655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7FF922D4" w14:textId="77777777" w:rsidR="00190BC4" w:rsidRPr="000C58F2" w:rsidRDefault="00190BC4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13BA0A3E" w14:textId="77777777" w:rsidR="00190BC4" w:rsidRPr="000C58F2" w:rsidRDefault="00190BC4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63279D4D" w14:textId="77777777" w:rsidR="00190BC4" w:rsidRPr="000C58F2" w:rsidRDefault="00190BC4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190BC4" w14:paraId="2BF1593C" w14:textId="77777777" w:rsidTr="00190BC4">
        <w:tc>
          <w:tcPr>
            <w:tcW w:w="0" w:type="auto"/>
            <w:hideMark/>
          </w:tcPr>
          <w:p w14:paraId="15EBBD5A" w14:textId="77777777" w:rsidR="00190BC4" w:rsidRPr="00190BC4" w:rsidRDefault="00190BC4" w:rsidP="00190B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90B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การตัดการเชื่อมต่อ</w:t>
            </w:r>
          </w:p>
        </w:tc>
        <w:tc>
          <w:tcPr>
            <w:tcW w:w="0" w:type="auto"/>
            <w:hideMark/>
          </w:tcPr>
          <w:p w14:paraId="0FCBD5E1" w14:textId="77777777" w:rsidR="00190BC4" w:rsidRPr="00190BC4" w:rsidRDefault="00190BC4" w:rsidP="00190B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90BC4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หากพบการแฮ</w:t>
            </w:r>
            <w:proofErr w:type="spellStart"/>
            <w:r w:rsidRPr="00190BC4">
              <w:rPr>
                <w:rFonts w:ascii="TH SarabunPSK" w:hAnsi="TH SarabunPSK" w:cs="TH SarabunPSK" w:hint="cs"/>
                <w:sz w:val="32"/>
                <w:szCs w:val="32"/>
                <w:cs/>
              </w:rPr>
              <w:t>็ก</w:t>
            </w:r>
            <w:proofErr w:type="spellEnd"/>
            <w:r w:rsidRPr="00190BC4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หรือไวรัสระบาด ให้ตัดการเชื่อมต่อเครือข่ายอินเทอร์เน็ตทันทีเพื่อหยุดการแพร่กระจาย</w:t>
            </w:r>
          </w:p>
        </w:tc>
        <w:tc>
          <w:tcPr>
            <w:tcW w:w="0" w:type="auto"/>
            <w:hideMark/>
          </w:tcPr>
          <w:p w14:paraId="19D8C459" w14:textId="77777777" w:rsidR="00190BC4" w:rsidRPr="00190BC4" w:rsidRDefault="00190BC4" w:rsidP="00190B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90B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ฝ่าย </w:t>
            </w:r>
            <w:r w:rsidRPr="00190BC4">
              <w:rPr>
                <w:rFonts w:ascii="TH SarabunPSK" w:hAnsi="TH SarabunPSK" w:cs="TH SarabunPSK" w:hint="cs"/>
                <w:sz w:val="32"/>
                <w:szCs w:val="32"/>
              </w:rPr>
              <w:t xml:space="preserve">ICT / </w:t>
            </w:r>
            <w:r w:rsidRPr="00190BC4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ครูคอมพิวเตอร์</w:t>
            </w:r>
          </w:p>
        </w:tc>
      </w:tr>
      <w:tr w:rsidR="00190BC4" w14:paraId="1379F6C0" w14:textId="77777777" w:rsidTr="00190BC4">
        <w:tc>
          <w:tcPr>
            <w:tcW w:w="0" w:type="auto"/>
            <w:hideMark/>
          </w:tcPr>
          <w:p w14:paraId="64F91089" w14:textId="77777777" w:rsidR="00190BC4" w:rsidRPr="00190BC4" w:rsidRDefault="00190BC4" w:rsidP="00190B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90B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การเปลี่ยนรหัสผ่าน</w:t>
            </w:r>
          </w:p>
        </w:tc>
        <w:tc>
          <w:tcPr>
            <w:tcW w:w="0" w:type="auto"/>
            <w:hideMark/>
          </w:tcPr>
          <w:p w14:paraId="41FC4B62" w14:textId="77777777" w:rsidR="00190BC4" w:rsidRPr="00190BC4" w:rsidRDefault="00190BC4" w:rsidP="00190B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90BC4">
              <w:rPr>
                <w:rFonts w:ascii="TH SarabunPSK" w:hAnsi="TH SarabunPSK" w:cs="TH SarabunPSK" w:hint="cs"/>
                <w:sz w:val="32"/>
                <w:szCs w:val="32"/>
                <w:cs/>
              </w:rPr>
              <w:t>แจ้งเตือนผู้ที่เกี่ยวข้องให้เปลี่ยนรหัสผ่านทันที และระงับการใช้งานบัญชีที่ถูกละเมิด</w:t>
            </w:r>
          </w:p>
        </w:tc>
        <w:tc>
          <w:tcPr>
            <w:tcW w:w="0" w:type="auto"/>
            <w:hideMark/>
          </w:tcPr>
          <w:p w14:paraId="06E4D2DC" w14:textId="77777777" w:rsidR="00190BC4" w:rsidRPr="00190BC4" w:rsidRDefault="00190BC4" w:rsidP="00190B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90BC4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 / ฝ่ายทะเบียน</w:t>
            </w:r>
          </w:p>
        </w:tc>
      </w:tr>
      <w:tr w:rsidR="00190BC4" w14:paraId="7FB0D59C" w14:textId="77777777" w:rsidTr="00190BC4">
        <w:tc>
          <w:tcPr>
            <w:tcW w:w="0" w:type="auto"/>
            <w:hideMark/>
          </w:tcPr>
          <w:p w14:paraId="48FBD966" w14:textId="77777777" w:rsidR="00190BC4" w:rsidRPr="00190BC4" w:rsidRDefault="00190BC4" w:rsidP="00190B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90B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การเก็บหลักฐาน</w:t>
            </w:r>
          </w:p>
        </w:tc>
        <w:tc>
          <w:tcPr>
            <w:tcW w:w="0" w:type="auto"/>
            <w:hideMark/>
          </w:tcPr>
          <w:p w14:paraId="00CFF9FF" w14:textId="77777777" w:rsidR="00190BC4" w:rsidRPr="00190BC4" w:rsidRDefault="00190BC4" w:rsidP="00190B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90BC4"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บันทึกภาพหน้าจอ (</w:t>
            </w:r>
            <w:r w:rsidRPr="00190BC4">
              <w:rPr>
                <w:rFonts w:ascii="TH SarabunPSK" w:hAnsi="TH SarabunPSK" w:cs="TH SarabunPSK" w:hint="cs"/>
                <w:sz w:val="32"/>
                <w:szCs w:val="32"/>
              </w:rPr>
              <w:t xml:space="preserve">Screenshot) </w:t>
            </w:r>
            <w:r w:rsidRPr="00190B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ประวัติการสนทนา หรือ </w:t>
            </w:r>
            <w:r w:rsidRPr="00190BC4">
              <w:rPr>
                <w:rFonts w:ascii="TH SarabunPSK" w:hAnsi="TH SarabunPSK" w:cs="TH SarabunPSK" w:hint="cs"/>
                <w:sz w:val="32"/>
                <w:szCs w:val="32"/>
              </w:rPr>
              <w:t xml:space="preserve">URL </w:t>
            </w:r>
            <w:r w:rsidRPr="00190BC4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ที่เป็นปัญหาไว้เป็นหลักฐาน</w:t>
            </w:r>
          </w:p>
        </w:tc>
        <w:tc>
          <w:tcPr>
            <w:tcW w:w="0" w:type="auto"/>
            <w:hideMark/>
          </w:tcPr>
          <w:p w14:paraId="45B65A3E" w14:textId="77777777" w:rsidR="00190BC4" w:rsidRPr="00190BC4" w:rsidRDefault="00190BC4" w:rsidP="00190B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90B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ผู้ประสบเหตุ / ครู </w:t>
            </w:r>
            <w:r w:rsidRPr="00190BC4">
              <w:rPr>
                <w:rFonts w:ascii="TH SarabunPSK" w:hAnsi="TH SarabunPSK" w:cs="TH SarabunPSK" w:hint="cs"/>
                <w:sz w:val="32"/>
                <w:szCs w:val="32"/>
              </w:rPr>
              <w:t>ICT</w:t>
            </w:r>
          </w:p>
        </w:tc>
      </w:tr>
    </w:tbl>
    <w:p w14:paraId="49722FB9" w14:textId="77777777" w:rsidR="007A6367" w:rsidRDefault="007A6367" w:rsidP="007A6367">
      <w:pPr>
        <w:pStyle w:val="4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27"/>
        <w:gridCol w:w="5840"/>
        <w:gridCol w:w="2098"/>
      </w:tblGrid>
      <w:tr w:rsidR="00190BC4" w:rsidRPr="000C58F2" w14:paraId="2EEBE743" w14:textId="77777777" w:rsidTr="008248DB">
        <w:trPr>
          <w:trHeight w:val="245"/>
          <w:tblHeader/>
        </w:trPr>
        <w:tc>
          <w:tcPr>
            <w:tcW w:w="1461" w:type="dxa"/>
            <w:shd w:val="clear" w:color="auto" w:fill="C5E0B3" w:themeFill="accent6" w:themeFillTint="66"/>
          </w:tcPr>
          <w:p w14:paraId="45F11F62" w14:textId="77777777" w:rsidR="00190BC4" w:rsidRPr="000C58F2" w:rsidRDefault="00190BC4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773" w:type="dxa"/>
            <w:shd w:val="clear" w:color="auto" w:fill="C5E0B3" w:themeFill="accent6" w:themeFillTint="66"/>
          </w:tcPr>
          <w:p w14:paraId="4E4DDF2C" w14:textId="77777777" w:rsidR="00190BC4" w:rsidRPr="000C58F2" w:rsidRDefault="00190BC4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231" w:type="dxa"/>
            <w:shd w:val="clear" w:color="auto" w:fill="C5E0B3" w:themeFill="accent6" w:themeFillTint="66"/>
          </w:tcPr>
          <w:p w14:paraId="1C777C65" w14:textId="77777777" w:rsidR="00190BC4" w:rsidRPr="000C58F2" w:rsidRDefault="00190BC4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190BC4" w14:paraId="47C55848" w14:textId="77777777" w:rsidTr="00190BC4">
        <w:tc>
          <w:tcPr>
            <w:tcW w:w="0" w:type="auto"/>
            <w:hideMark/>
          </w:tcPr>
          <w:p w14:paraId="269B4A56" w14:textId="77777777" w:rsidR="00190BC4" w:rsidRPr="00190BC4" w:rsidRDefault="00190BC4" w:rsidP="00190B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90B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กู้คืนข้อมูล</w:t>
            </w:r>
          </w:p>
        </w:tc>
        <w:tc>
          <w:tcPr>
            <w:tcW w:w="0" w:type="auto"/>
            <w:hideMark/>
          </w:tcPr>
          <w:p w14:paraId="2E7F9BB6" w14:textId="77777777" w:rsidR="00190BC4" w:rsidRPr="00190BC4" w:rsidRDefault="00190BC4" w:rsidP="00190B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90BC4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ตรวจสอบความเสียหายและกู้คืนข้อมูลจากแหล่งที่สำรองไว้</w:t>
            </w:r>
          </w:p>
        </w:tc>
        <w:tc>
          <w:tcPr>
            <w:tcW w:w="0" w:type="auto"/>
            <w:hideMark/>
          </w:tcPr>
          <w:p w14:paraId="7085601E" w14:textId="77777777" w:rsidR="00190BC4" w:rsidRPr="00190BC4" w:rsidRDefault="00190BC4" w:rsidP="00190B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90B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ฝ่าย </w:t>
            </w:r>
            <w:r w:rsidRPr="00190BC4">
              <w:rPr>
                <w:rFonts w:ascii="TH SarabunPSK" w:hAnsi="TH SarabunPSK" w:cs="TH SarabunPSK" w:hint="cs"/>
                <w:sz w:val="32"/>
                <w:szCs w:val="32"/>
              </w:rPr>
              <w:t>ICT</w:t>
            </w:r>
          </w:p>
        </w:tc>
      </w:tr>
      <w:tr w:rsidR="00190BC4" w14:paraId="26D39A17" w14:textId="77777777" w:rsidTr="00190BC4">
        <w:tc>
          <w:tcPr>
            <w:tcW w:w="0" w:type="auto"/>
            <w:hideMark/>
          </w:tcPr>
          <w:p w14:paraId="78D8A5E2" w14:textId="77777777" w:rsidR="00190BC4" w:rsidRPr="00190BC4" w:rsidRDefault="00190BC4" w:rsidP="00190B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90B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แจ้งความดำเนินคดี</w:t>
            </w:r>
          </w:p>
        </w:tc>
        <w:tc>
          <w:tcPr>
            <w:tcW w:w="0" w:type="auto"/>
            <w:hideMark/>
          </w:tcPr>
          <w:p w14:paraId="2A60C63D" w14:textId="77777777" w:rsidR="00190BC4" w:rsidRPr="00190BC4" w:rsidRDefault="00190BC4" w:rsidP="00190B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90BC4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ประสานงานกับกองบัญชาการตำรวจสืบสวนสอบสวนอาชญากรรมทางเทคโนโลยี (สอท.) หรือแจ้งผ่านออนไลน์</w:t>
            </w:r>
          </w:p>
        </w:tc>
        <w:tc>
          <w:tcPr>
            <w:tcW w:w="0" w:type="auto"/>
            <w:hideMark/>
          </w:tcPr>
          <w:p w14:paraId="5DA1E4CE" w14:textId="77777777" w:rsidR="00190BC4" w:rsidRPr="00190BC4" w:rsidRDefault="00190BC4" w:rsidP="00190B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90BC4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ฝ่ายบริหาร / ผู้เสียหาย</w:t>
            </w:r>
          </w:p>
        </w:tc>
      </w:tr>
      <w:tr w:rsidR="00190BC4" w14:paraId="373A5A10" w14:textId="77777777" w:rsidTr="00190BC4">
        <w:tc>
          <w:tcPr>
            <w:tcW w:w="0" w:type="auto"/>
            <w:hideMark/>
          </w:tcPr>
          <w:p w14:paraId="1ECB235F" w14:textId="77777777" w:rsidR="00190BC4" w:rsidRPr="00190BC4" w:rsidRDefault="00190BC4" w:rsidP="00190B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90B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ถอดบทเรียน</w:t>
            </w:r>
          </w:p>
        </w:tc>
        <w:tc>
          <w:tcPr>
            <w:tcW w:w="0" w:type="auto"/>
            <w:hideMark/>
          </w:tcPr>
          <w:p w14:paraId="7218C422" w14:textId="77777777" w:rsidR="00190BC4" w:rsidRPr="00190BC4" w:rsidRDefault="00190BC4" w:rsidP="00190B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90BC4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ประชุมสรุปช่องโหว่ที่เกิดขึ้นเพื่อปรับปรุงมาตรการรักษาความปลอดภัยให้รัดกุมยิ่งขึ้น</w:t>
            </w:r>
          </w:p>
        </w:tc>
        <w:tc>
          <w:tcPr>
            <w:tcW w:w="0" w:type="auto"/>
            <w:hideMark/>
          </w:tcPr>
          <w:p w14:paraId="3B293746" w14:textId="77777777" w:rsidR="00190BC4" w:rsidRPr="00190BC4" w:rsidRDefault="00190BC4" w:rsidP="00190B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90BC4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คณะกรรมการความปลอดภัย</w:t>
            </w:r>
          </w:p>
        </w:tc>
      </w:tr>
    </w:tbl>
    <w:p w14:paraId="517A160C" w14:textId="77777777" w:rsidR="007A6A47" w:rsidRDefault="007A6A47" w:rsidP="00190BC4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0FAC3685" w14:textId="74829AD0" w:rsidR="00190BC4" w:rsidRPr="00AC7BFD" w:rsidRDefault="00190BC4" w:rsidP="00190BC4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lastRenderedPageBreak/>
        <w:t>๓. ระยะเวลาในการป้องกัน</w:t>
      </w:r>
    </w:p>
    <w:p w14:paraId="5CB43542" w14:textId="77777777" w:rsidR="00190BC4" w:rsidRPr="00AC7BFD" w:rsidRDefault="00190BC4" w:rsidP="00190BC4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086BFD9A" w14:textId="77777777" w:rsidR="00190BC4" w:rsidRPr="00AC7BFD" w:rsidRDefault="00190BC4" w:rsidP="00190BC4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18BD5010" w14:textId="77777777" w:rsidR="00413068" w:rsidRPr="00AC7BFD" w:rsidRDefault="00413068" w:rsidP="0041306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0B76B37" w14:textId="77777777" w:rsidR="00190BC4" w:rsidRPr="00AC7BFD" w:rsidRDefault="00190BC4" w:rsidP="00190BC4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1325A455" w14:textId="77777777" w:rsidR="007A6A47" w:rsidRDefault="007A6A47" w:rsidP="007A6A4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35FA059F" w14:textId="7886185C" w:rsidR="00E17A72" w:rsidRPr="00AC7BFD" w:rsidRDefault="00E17A72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744F39A" w14:textId="742C94F4" w:rsidR="007A6367" w:rsidRPr="00AC7BFD" w:rsidRDefault="00D12027" w:rsidP="00E17A72">
      <w:pPr>
        <w:pStyle w:val="21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450D515D" wp14:editId="7820C4F1">
                <wp:simplePos x="0" y="0"/>
                <wp:positionH relativeFrom="column">
                  <wp:posOffset>1692275</wp:posOffset>
                </wp:positionH>
                <wp:positionV relativeFrom="paragraph">
                  <wp:posOffset>184810</wp:posOffset>
                </wp:positionV>
                <wp:extent cx="2505710" cy="271780"/>
                <wp:effectExtent l="0" t="0" r="8890" b="7620"/>
                <wp:wrapNone/>
                <wp:docPr id="202602757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40E1AC" id="สี่เหลี่ยมผืนผ้ามุมมน 2" o:spid="_x0000_s1026" style="position:absolute;margin-left:133.25pt;margin-top:14.55pt;width:197.3pt;height:21.4pt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7A6367" w:rsidRPr="00AC7BFD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แผนเผชิญเหตุ ติดการพนัน</w:t>
      </w:r>
    </w:p>
    <w:p w14:paraId="3B422B0B" w14:textId="77777777" w:rsidR="007A6367" w:rsidRPr="00190BC4" w:rsidRDefault="007A6367" w:rsidP="00190BC4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190BC4">
        <w:rPr>
          <w:rFonts w:ascii="TH SarabunPSK" w:hAnsi="TH SarabunPSK" w:cs="TH SarabunPSK" w:hint="cs"/>
          <w:sz w:val="32"/>
          <w:szCs w:val="32"/>
          <w:cs/>
        </w:rPr>
        <w:t>๑. วัตถุประสงค์</w:t>
      </w:r>
    </w:p>
    <w:p w14:paraId="6A9A8C43" w14:textId="77777777" w:rsidR="00190BC4" w:rsidRPr="00190BC4" w:rsidRDefault="00190BC4" w:rsidP="003E4827">
      <w:pPr>
        <w:numPr>
          <w:ilvl w:val="0"/>
          <w:numId w:val="17"/>
        </w:numPr>
        <w:rPr>
          <w:rFonts w:ascii="TH SarabunPSK" w:hAnsi="TH SarabunPSK" w:cs="TH SarabunPSK"/>
          <w:sz w:val="32"/>
          <w:szCs w:val="32"/>
        </w:rPr>
      </w:pPr>
      <w:r w:rsidRPr="00190BC4">
        <w:rPr>
          <w:rFonts w:ascii="TH SarabunPSK" w:hAnsi="TH SarabunPSK" w:cs="TH SarabunPSK" w:hint="cs"/>
          <w:sz w:val="32"/>
          <w:szCs w:val="32"/>
          <w:cs/>
        </w:rPr>
        <w:t>เพื่อคัดกรองและช่วยเหลือนักเรียนที่มีพฤติกรรมเสี่ยงหรือติดการพนันอย่างเป็นระบบ</w:t>
      </w:r>
    </w:p>
    <w:p w14:paraId="4603E1E6" w14:textId="77777777" w:rsidR="00190BC4" w:rsidRPr="00190BC4" w:rsidRDefault="00190BC4" w:rsidP="003E4827">
      <w:pPr>
        <w:numPr>
          <w:ilvl w:val="0"/>
          <w:numId w:val="17"/>
        </w:numPr>
        <w:rPr>
          <w:rFonts w:ascii="TH SarabunPSK" w:hAnsi="TH SarabunPSK" w:cs="TH SarabunPSK"/>
          <w:sz w:val="32"/>
          <w:szCs w:val="32"/>
        </w:rPr>
      </w:pPr>
      <w:r w:rsidRPr="00190BC4">
        <w:rPr>
          <w:rFonts w:ascii="TH SarabunPSK" w:hAnsi="TH SarabunPSK" w:cs="TH SarabunPSK" w:hint="cs"/>
          <w:sz w:val="32"/>
          <w:szCs w:val="32"/>
          <w:cs/>
        </w:rPr>
        <w:t>เพื่อป้องกันปัญหาอาชญากรรมต่อเนื่อง เช่น การลักขโมย การกู้ยืมเงินนอกระบบ หรือการถูกข่มขู่</w:t>
      </w:r>
    </w:p>
    <w:p w14:paraId="1DFDFC30" w14:textId="77777777" w:rsidR="00190BC4" w:rsidRPr="00190BC4" w:rsidRDefault="00190BC4" w:rsidP="003E4827">
      <w:pPr>
        <w:numPr>
          <w:ilvl w:val="0"/>
          <w:numId w:val="17"/>
        </w:numPr>
        <w:rPr>
          <w:rFonts w:ascii="TH SarabunPSK" w:hAnsi="TH SarabunPSK" w:cs="TH SarabunPSK"/>
          <w:sz w:val="32"/>
          <w:szCs w:val="32"/>
        </w:rPr>
      </w:pPr>
      <w:r w:rsidRPr="00190BC4">
        <w:rPr>
          <w:rFonts w:ascii="TH SarabunPSK" w:hAnsi="TH SarabunPSK" w:cs="TH SarabunPSK" w:hint="cs"/>
          <w:sz w:val="32"/>
          <w:szCs w:val="32"/>
          <w:cs/>
        </w:rPr>
        <w:t>เพื่อสร้างค่านิยมที่ถูกต้องเกี่ยวกับผลเสียของการพนันและส่งเสริมวินัยทางการเงิน</w:t>
      </w:r>
    </w:p>
    <w:p w14:paraId="0CFD9DE8" w14:textId="77777777" w:rsidR="007A6367" w:rsidRPr="00190BC4" w:rsidRDefault="007A6367" w:rsidP="00190BC4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190BC4">
        <w:rPr>
          <w:rFonts w:ascii="TH SarabunPSK" w:hAnsi="TH SarabunPSK" w:cs="TH SarabunPSK" w:hint="cs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789F913D" w14:textId="77777777" w:rsidR="007A6367" w:rsidRDefault="007A6367" w:rsidP="00190BC4">
      <w:pPr>
        <w:pStyle w:val="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190BC4">
        <w:rPr>
          <w:rFonts w:ascii="TH SarabunPSK" w:hAnsi="TH SarabunPSK" w:cs="TH SarabunPSK" w:hint="cs"/>
          <w:sz w:val="32"/>
          <w:szCs w:val="32"/>
          <w:cs/>
        </w:rPr>
        <w:t>๒.๑ การเตรียมการก่อนเกิดเหตุ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54"/>
        <w:gridCol w:w="5762"/>
        <w:gridCol w:w="2249"/>
      </w:tblGrid>
      <w:tr w:rsidR="00C75F13" w:rsidRPr="000C58F2" w14:paraId="6384255B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43E0450F" w14:textId="77777777" w:rsidR="00C75F13" w:rsidRPr="000C58F2" w:rsidRDefault="00C75F13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0DC61995" w14:textId="77777777" w:rsidR="00C75F13" w:rsidRPr="000C58F2" w:rsidRDefault="00C75F13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03D02766" w14:textId="77777777" w:rsidR="00C75F13" w:rsidRPr="000C58F2" w:rsidRDefault="00C75F13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C75F13" w:rsidRPr="00C75F13" w14:paraId="79F7D93E" w14:textId="77777777" w:rsidTr="00C75F13">
        <w:tc>
          <w:tcPr>
            <w:tcW w:w="0" w:type="auto"/>
            <w:hideMark/>
          </w:tcPr>
          <w:p w14:paraId="279E9DFB" w14:textId="77777777" w:rsidR="00C75F13" w:rsidRPr="00C75F13" w:rsidRDefault="00C75F13" w:rsidP="00C75F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สังเกตพฤติกรรม</w:t>
            </w:r>
          </w:p>
        </w:tc>
        <w:tc>
          <w:tcPr>
            <w:tcW w:w="0" w:type="auto"/>
            <w:hideMark/>
          </w:tcPr>
          <w:p w14:paraId="0B1F6D12" w14:textId="77777777" w:rsidR="00C75F13" w:rsidRPr="00C75F13" w:rsidRDefault="00C75F13" w:rsidP="00C75F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sz w:val="32"/>
                <w:szCs w:val="32"/>
                <w:cs/>
              </w:rPr>
              <w:t>เฝ้าระวังนักเรียนที่มีพฤติกรรมผิดปกติ เช่น มีเงินใช้จ่ายฟุ่มเฟือยผิดปกติ หรือยืมเงินเพื่อนบ่อยครั้ง</w:t>
            </w:r>
          </w:p>
        </w:tc>
        <w:tc>
          <w:tcPr>
            <w:tcW w:w="0" w:type="auto"/>
            <w:hideMark/>
          </w:tcPr>
          <w:p w14:paraId="4FA7F892" w14:textId="77777777" w:rsidR="00C75F13" w:rsidRPr="00C75F13" w:rsidRDefault="00C75F13" w:rsidP="00C75F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 / ครูฝ่ายปกครอง</w:t>
            </w:r>
          </w:p>
        </w:tc>
      </w:tr>
      <w:tr w:rsidR="00C75F13" w:rsidRPr="00C75F13" w14:paraId="6FCDEBA4" w14:textId="77777777" w:rsidTr="00C75F13">
        <w:tc>
          <w:tcPr>
            <w:tcW w:w="0" w:type="auto"/>
            <w:hideMark/>
          </w:tcPr>
          <w:p w14:paraId="3456286B" w14:textId="77777777" w:rsidR="00C75F13" w:rsidRPr="00C75F13" w:rsidRDefault="00C75F13" w:rsidP="00C75F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รณรงค์เชิงรุก</w:t>
            </w:r>
          </w:p>
        </w:tc>
        <w:tc>
          <w:tcPr>
            <w:tcW w:w="0" w:type="auto"/>
            <w:hideMark/>
          </w:tcPr>
          <w:p w14:paraId="68596550" w14:textId="77777777" w:rsidR="00C75F13" w:rsidRPr="00C75F13" w:rsidRDefault="00C75F13" w:rsidP="00C75F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จัดกิจกรรมให้ความรู้เรื่อง "กับดักพนันออนไลน์" และผลกระทบต่อสมอง/ชีวิต</w:t>
            </w:r>
          </w:p>
        </w:tc>
        <w:tc>
          <w:tcPr>
            <w:tcW w:w="0" w:type="auto"/>
            <w:hideMark/>
          </w:tcPr>
          <w:p w14:paraId="4890A31A" w14:textId="77777777" w:rsidR="00C75F13" w:rsidRPr="00C75F13" w:rsidRDefault="00C75F13" w:rsidP="00C75F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ครูแนะแนว / สภานักเรียน</w:t>
            </w:r>
          </w:p>
        </w:tc>
      </w:tr>
      <w:tr w:rsidR="00C75F13" w:rsidRPr="00C75F13" w14:paraId="5DFA48E6" w14:textId="77777777" w:rsidTr="00C75F13">
        <w:tc>
          <w:tcPr>
            <w:tcW w:w="0" w:type="auto"/>
            <w:hideMark/>
          </w:tcPr>
          <w:p w14:paraId="49D5F28E" w14:textId="77777777" w:rsidR="00C75F13" w:rsidRPr="00C75F13" w:rsidRDefault="00C75F13" w:rsidP="00C75F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วินัยทางการเงิน</w:t>
            </w:r>
          </w:p>
        </w:tc>
        <w:tc>
          <w:tcPr>
            <w:tcW w:w="0" w:type="auto"/>
            <w:hideMark/>
          </w:tcPr>
          <w:p w14:paraId="2FC714B8" w14:textId="77777777" w:rsidR="00C75F13" w:rsidRPr="00C75F13" w:rsidRDefault="00C75F13" w:rsidP="00C75F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ส่งเสริมการออมและจัดทำบัญชีรายรับ-รายจ่ายส่วนตัวเพื่อสร้างความตระหนัก</w:t>
            </w:r>
          </w:p>
        </w:tc>
        <w:tc>
          <w:tcPr>
            <w:tcW w:w="0" w:type="auto"/>
            <w:hideMark/>
          </w:tcPr>
          <w:p w14:paraId="0372963D" w14:textId="77777777" w:rsidR="00C75F13" w:rsidRPr="00C75F13" w:rsidRDefault="00C75F13" w:rsidP="00C75F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</w:tc>
      </w:tr>
    </w:tbl>
    <w:p w14:paraId="130C6D99" w14:textId="77777777" w:rsidR="007A6367" w:rsidRPr="00C75F13" w:rsidRDefault="007A6367" w:rsidP="00C75F13">
      <w:pPr>
        <w:pStyle w:val="4"/>
        <w:spacing w:after="0" w:afterAutospacing="0"/>
        <w:rPr>
          <w:rFonts w:ascii="TH SarabunPSK" w:hAnsi="TH SarabunPSK" w:cs="TH SarabunPSK"/>
          <w:sz w:val="32"/>
          <w:szCs w:val="32"/>
        </w:rPr>
      </w:pPr>
      <w:r w:rsidRPr="00C75F13">
        <w:rPr>
          <w:rFonts w:ascii="TH SarabunPSK" w:hAnsi="TH SarabunPSK" w:cs="TH SarabunPSK" w:hint="cs"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90"/>
        <w:gridCol w:w="5775"/>
        <w:gridCol w:w="2100"/>
      </w:tblGrid>
      <w:tr w:rsidR="00C75F13" w:rsidRPr="00C75F13" w14:paraId="653AC31B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018BD548" w14:textId="77777777" w:rsidR="00C75F13" w:rsidRPr="00C75F13" w:rsidRDefault="00C75F13" w:rsidP="00C75F13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6C81DC3B" w14:textId="77777777" w:rsidR="00C75F13" w:rsidRPr="00C75F13" w:rsidRDefault="00C75F13" w:rsidP="00C75F13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4CEAC2AA" w14:textId="77777777" w:rsidR="00C75F13" w:rsidRPr="00C75F13" w:rsidRDefault="00C75F13" w:rsidP="00C75F13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C75F13" w:rsidRPr="00C75F13" w14:paraId="305403D3" w14:textId="77777777" w:rsidTr="00C75F13">
        <w:tc>
          <w:tcPr>
            <w:tcW w:w="0" w:type="auto"/>
            <w:hideMark/>
          </w:tcPr>
          <w:p w14:paraId="5433158C" w14:textId="77777777" w:rsidR="00C75F13" w:rsidRPr="00C75F13" w:rsidRDefault="00C75F13" w:rsidP="00C75F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การเจรจาช่วยเหลือ</w:t>
            </w:r>
          </w:p>
        </w:tc>
        <w:tc>
          <w:tcPr>
            <w:tcW w:w="0" w:type="auto"/>
            <w:hideMark/>
          </w:tcPr>
          <w:p w14:paraId="46CE740D" w14:textId="77777777" w:rsidR="00C75F13" w:rsidRPr="00C75F13" w:rsidRDefault="00C75F13" w:rsidP="00C75F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sz w:val="32"/>
                <w:szCs w:val="32"/>
                <w:cs/>
              </w:rPr>
              <w:t>พูดคุยแบบไม่ตัดสินเพื่อหาต้นตอ (เช่น ติดหนี้ หรือแค่อยากรู้อยากลอง) และให้ความมั่นใจเรื่องความลับ</w:t>
            </w:r>
          </w:p>
        </w:tc>
        <w:tc>
          <w:tcPr>
            <w:tcW w:w="0" w:type="auto"/>
            <w:hideMark/>
          </w:tcPr>
          <w:p w14:paraId="7946E88B" w14:textId="77777777" w:rsidR="00C75F13" w:rsidRPr="00C75F13" w:rsidRDefault="00C75F13" w:rsidP="00C75F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ครูแนะแนว</w:t>
            </w:r>
          </w:p>
        </w:tc>
      </w:tr>
      <w:tr w:rsidR="00C75F13" w:rsidRPr="00C75F13" w14:paraId="0F20C389" w14:textId="77777777" w:rsidTr="00C75F13">
        <w:tc>
          <w:tcPr>
            <w:tcW w:w="0" w:type="auto"/>
            <w:hideMark/>
          </w:tcPr>
          <w:p w14:paraId="22237BB6" w14:textId="77777777" w:rsidR="00C75F13" w:rsidRPr="00C75F13" w:rsidRDefault="00C75F13" w:rsidP="00C75F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ประสานผู้ปกครอง</w:t>
            </w:r>
          </w:p>
        </w:tc>
        <w:tc>
          <w:tcPr>
            <w:tcW w:w="0" w:type="auto"/>
            <w:hideMark/>
          </w:tcPr>
          <w:p w14:paraId="464DC896" w14:textId="77777777" w:rsidR="00C75F13" w:rsidRPr="00C75F13" w:rsidRDefault="00C75F13" w:rsidP="00C75F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sz w:val="32"/>
                <w:szCs w:val="32"/>
                <w:cs/>
              </w:rPr>
              <w:t>แจ้งสถานการณ์ให้ที่บ้านรับทราบเพื่อช่วยควบคุมการเข้าถึงแอปพลิเคชันธนาคารและสื่อออนไลน์</w:t>
            </w:r>
          </w:p>
        </w:tc>
        <w:tc>
          <w:tcPr>
            <w:tcW w:w="0" w:type="auto"/>
            <w:hideMark/>
          </w:tcPr>
          <w:p w14:paraId="311509AB" w14:textId="77777777" w:rsidR="00C75F13" w:rsidRPr="00C75F13" w:rsidRDefault="00C75F13" w:rsidP="00C75F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 / ผู้ปกครอง</w:t>
            </w:r>
          </w:p>
        </w:tc>
      </w:tr>
      <w:tr w:rsidR="00C75F13" w:rsidRPr="00C75F13" w14:paraId="24FE40DC" w14:textId="77777777" w:rsidTr="00C75F13">
        <w:tc>
          <w:tcPr>
            <w:tcW w:w="0" w:type="auto"/>
            <w:hideMark/>
          </w:tcPr>
          <w:p w14:paraId="76FA0D26" w14:textId="77777777" w:rsidR="00C75F13" w:rsidRPr="00C75F13" w:rsidRDefault="00C75F13" w:rsidP="00C75F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จัดการหนี้สิน</w:t>
            </w:r>
          </w:p>
        </w:tc>
        <w:tc>
          <w:tcPr>
            <w:tcW w:w="0" w:type="auto"/>
            <w:hideMark/>
          </w:tcPr>
          <w:p w14:paraId="71D7555A" w14:textId="77777777" w:rsidR="00C75F13" w:rsidRPr="00C75F13" w:rsidRDefault="00C75F13" w:rsidP="00C75F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หากมีการติดหนี้เพื่อนหรือกู้นอกระบบ ให้ครูเป็นคนกลางในการเจรจาหาทางออกที่ปลอดภัย</w:t>
            </w:r>
          </w:p>
        </w:tc>
        <w:tc>
          <w:tcPr>
            <w:tcW w:w="0" w:type="auto"/>
            <w:hideMark/>
          </w:tcPr>
          <w:p w14:paraId="6CF242EC" w14:textId="77777777" w:rsidR="00C75F13" w:rsidRPr="00C75F13" w:rsidRDefault="00C75F13" w:rsidP="00C75F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ฝ่ายบริหาร / ครูฝ่ายปกครอง</w:t>
            </w:r>
          </w:p>
        </w:tc>
      </w:tr>
    </w:tbl>
    <w:p w14:paraId="17A3CA12" w14:textId="77777777" w:rsidR="00C75F13" w:rsidRDefault="00C75F13" w:rsidP="00C75F13">
      <w:pPr>
        <w:pStyle w:val="4"/>
        <w:spacing w:after="0" w:afterAutospacing="0"/>
        <w:rPr>
          <w:rFonts w:ascii="TH SarabunPSK" w:hAnsi="TH SarabunPSK" w:cs="TH SarabunPSK"/>
          <w:sz w:val="32"/>
          <w:szCs w:val="32"/>
        </w:rPr>
      </w:pPr>
    </w:p>
    <w:p w14:paraId="0B64F20E" w14:textId="77777777" w:rsidR="00C75F13" w:rsidRDefault="00C75F13" w:rsidP="00C75F13">
      <w:pPr>
        <w:pStyle w:val="4"/>
        <w:spacing w:after="0" w:afterAutospacing="0"/>
        <w:rPr>
          <w:rFonts w:ascii="TH SarabunPSK" w:hAnsi="TH SarabunPSK" w:cs="TH SarabunPSK"/>
          <w:sz w:val="32"/>
          <w:szCs w:val="32"/>
        </w:rPr>
      </w:pPr>
    </w:p>
    <w:p w14:paraId="409E62B2" w14:textId="77777777" w:rsidR="007A6367" w:rsidRPr="00C75F13" w:rsidRDefault="007A6367" w:rsidP="00C75F13">
      <w:pPr>
        <w:pStyle w:val="4"/>
        <w:spacing w:after="0" w:afterAutospacing="0"/>
        <w:rPr>
          <w:rFonts w:ascii="TH SarabunPSK" w:hAnsi="TH SarabunPSK" w:cs="TH SarabunPSK"/>
          <w:sz w:val="32"/>
          <w:szCs w:val="32"/>
        </w:rPr>
      </w:pPr>
      <w:r w:rsidRPr="00C75F13">
        <w:rPr>
          <w:rFonts w:ascii="TH SarabunPSK" w:hAnsi="TH SarabunPSK" w:cs="TH SarabunPSK" w:hint="cs"/>
          <w:sz w:val="32"/>
          <w:szCs w:val="32"/>
          <w:cs/>
        </w:rPr>
        <w:lastRenderedPageBreak/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00"/>
        <w:gridCol w:w="6028"/>
        <w:gridCol w:w="1937"/>
      </w:tblGrid>
      <w:tr w:rsidR="00C75F13" w:rsidRPr="00C75F13" w14:paraId="349B8C41" w14:textId="77777777" w:rsidTr="008248DB">
        <w:trPr>
          <w:trHeight w:val="245"/>
        </w:trPr>
        <w:tc>
          <w:tcPr>
            <w:tcW w:w="1481" w:type="dxa"/>
            <w:shd w:val="clear" w:color="auto" w:fill="C5E0B3" w:themeFill="accent6" w:themeFillTint="66"/>
          </w:tcPr>
          <w:p w14:paraId="09E1EC1A" w14:textId="77777777" w:rsidR="00C75F13" w:rsidRPr="00C75F13" w:rsidRDefault="00C75F13" w:rsidP="00C75F13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805" w:type="dxa"/>
            <w:shd w:val="clear" w:color="auto" w:fill="C5E0B3" w:themeFill="accent6" w:themeFillTint="66"/>
          </w:tcPr>
          <w:p w14:paraId="3B2B5D17" w14:textId="77777777" w:rsidR="00C75F13" w:rsidRPr="00C75F13" w:rsidRDefault="00C75F13" w:rsidP="00C75F13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179" w:type="dxa"/>
            <w:shd w:val="clear" w:color="auto" w:fill="C5E0B3" w:themeFill="accent6" w:themeFillTint="66"/>
          </w:tcPr>
          <w:p w14:paraId="099F0550" w14:textId="77777777" w:rsidR="00C75F13" w:rsidRPr="00C75F13" w:rsidRDefault="00C75F13" w:rsidP="00C75F13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C75F13" w:rsidRPr="00C75F13" w14:paraId="30021F1D" w14:textId="77777777" w:rsidTr="00C75F13">
        <w:tc>
          <w:tcPr>
            <w:tcW w:w="0" w:type="auto"/>
            <w:hideMark/>
          </w:tcPr>
          <w:p w14:paraId="675F76EB" w14:textId="77777777" w:rsidR="00C75F13" w:rsidRPr="00C75F13" w:rsidRDefault="00C75F13" w:rsidP="00C75F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ส่งต่อบำบัด</w:t>
            </w:r>
          </w:p>
        </w:tc>
        <w:tc>
          <w:tcPr>
            <w:tcW w:w="0" w:type="auto"/>
            <w:hideMark/>
          </w:tcPr>
          <w:p w14:paraId="54620490" w14:textId="77777777" w:rsidR="00C75F13" w:rsidRPr="00C75F13" w:rsidRDefault="00C75F13" w:rsidP="00C75F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ในกรณีที่มีภาวะเสพติดรุนแรงหรือมีอาการทางจิตร่วม ให้ส่งพบจิตแพทย์หรือศูนย์บำบัด</w:t>
            </w:r>
          </w:p>
        </w:tc>
        <w:tc>
          <w:tcPr>
            <w:tcW w:w="0" w:type="auto"/>
            <w:hideMark/>
          </w:tcPr>
          <w:p w14:paraId="4F55F76E" w14:textId="77777777" w:rsidR="00C75F13" w:rsidRPr="00C75F13" w:rsidRDefault="00C75F13" w:rsidP="00C75F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ครูแนะแนว / พยาบาล</w:t>
            </w:r>
          </w:p>
        </w:tc>
      </w:tr>
      <w:tr w:rsidR="00C75F13" w:rsidRPr="00C75F13" w14:paraId="50E7308A" w14:textId="77777777" w:rsidTr="00C75F13">
        <w:tc>
          <w:tcPr>
            <w:tcW w:w="0" w:type="auto"/>
            <w:hideMark/>
          </w:tcPr>
          <w:p w14:paraId="5C706171" w14:textId="77777777" w:rsidR="00C75F13" w:rsidRPr="00C75F13" w:rsidRDefault="00C75F13" w:rsidP="00C75F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ปรับพฤติกรรม</w:t>
            </w:r>
          </w:p>
        </w:tc>
        <w:tc>
          <w:tcPr>
            <w:tcW w:w="0" w:type="auto"/>
            <w:hideMark/>
          </w:tcPr>
          <w:p w14:paraId="5E5717F2" w14:textId="77777777" w:rsidR="00C75F13" w:rsidRPr="00C75F13" w:rsidRDefault="00C75F13" w:rsidP="00C75F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มอบหมายบทบาทหน้าที่ให้เด็กทำกิจกรรมที่มีคุณค่าในโรงเรียนเพื่อสร้าง </w:t>
            </w:r>
            <w:r w:rsidRPr="00C75F13">
              <w:rPr>
                <w:rFonts w:ascii="TH SarabunPSK" w:hAnsi="TH SarabunPSK" w:cs="TH SarabunPSK" w:hint="cs"/>
                <w:sz w:val="32"/>
                <w:szCs w:val="32"/>
              </w:rPr>
              <w:t xml:space="preserve">Self-esteem </w:t>
            </w:r>
            <w:r w:rsidRPr="00C75F13">
              <w:rPr>
                <w:rFonts w:ascii="TH SarabunPSK" w:hAnsi="TH SarabunPSK" w:cs="TH SarabunPSK" w:hint="cs"/>
                <w:sz w:val="32"/>
                <w:szCs w:val="32"/>
                <w:cs/>
              </w:rPr>
              <w:t>ใหม่</w:t>
            </w:r>
          </w:p>
        </w:tc>
        <w:tc>
          <w:tcPr>
            <w:tcW w:w="0" w:type="auto"/>
            <w:hideMark/>
          </w:tcPr>
          <w:p w14:paraId="4E3E8E55" w14:textId="77777777" w:rsidR="00C75F13" w:rsidRPr="00C75F13" w:rsidRDefault="00C75F13" w:rsidP="00C75F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ครูสายกิจกรรม</w:t>
            </w:r>
          </w:p>
        </w:tc>
      </w:tr>
      <w:tr w:rsidR="00C75F13" w:rsidRPr="00C75F13" w14:paraId="3518C0D0" w14:textId="77777777" w:rsidTr="00C75F13">
        <w:tc>
          <w:tcPr>
            <w:tcW w:w="0" w:type="auto"/>
            <w:hideMark/>
          </w:tcPr>
          <w:p w14:paraId="503DF9EB" w14:textId="77777777" w:rsidR="00C75F13" w:rsidRPr="00C75F13" w:rsidRDefault="00C75F13" w:rsidP="00C75F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ติดตามระยะยาว</w:t>
            </w:r>
          </w:p>
        </w:tc>
        <w:tc>
          <w:tcPr>
            <w:tcW w:w="0" w:type="auto"/>
            <w:hideMark/>
          </w:tcPr>
          <w:p w14:paraId="74A999C3" w14:textId="77777777" w:rsidR="00C75F13" w:rsidRPr="00C75F13" w:rsidRDefault="00C75F13" w:rsidP="00C75F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ประเมินพฤติกรรมและการใช้เงินอย่างต่อเนื่องเป็นระยะเวลาอย่างน้อย </w:t>
            </w:r>
            <w:r w:rsidRPr="00C75F13">
              <w:rPr>
                <w:rFonts w:ascii="TH SarabunPSK" w:hAnsi="TH SarabunPSK" w:cs="TH SarabunPSK" w:hint="cs"/>
                <w:sz w:val="32"/>
                <w:szCs w:val="32"/>
              </w:rPr>
              <w:t xml:space="preserve">1 </w:t>
            </w:r>
            <w:r w:rsidRPr="00C75F13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ภาคเรียน</w:t>
            </w:r>
          </w:p>
        </w:tc>
        <w:tc>
          <w:tcPr>
            <w:tcW w:w="0" w:type="auto"/>
            <w:hideMark/>
          </w:tcPr>
          <w:p w14:paraId="297CD589" w14:textId="77777777" w:rsidR="00C75F13" w:rsidRPr="00C75F13" w:rsidRDefault="00C75F13" w:rsidP="00C75F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5F13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</w:tc>
      </w:tr>
    </w:tbl>
    <w:p w14:paraId="2EBD9CBD" w14:textId="77777777" w:rsidR="00C75F13" w:rsidRPr="00AC7BFD" w:rsidRDefault="00C75F13" w:rsidP="00C75F13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๓. ระยะเวลาในการป้องกัน</w:t>
      </w:r>
    </w:p>
    <w:p w14:paraId="3B32BC07" w14:textId="77777777" w:rsidR="00C75F13" w:rsidRPr="00AC7BFD" w:rsidRDefault="00C75F13" w:rsidP="00C75F13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24642951" w14:textId="77777777" w:rsidR="00C75F13" w:rsidRPr="00AC7BFD" w:rsidRDefault="00C75F13" w:rsidP="00C75F13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7F168CF7" w14:textId="77777777" w:rsidR="00413068" w:rsidRPr="00AC7BFD" w:rsidRDefault="00413068" w:rsidP="0041306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388690D" w14:textId="77777777" w:rsidR="00C75F13" w:rsidRPr="00AC7BFD" w:rsidRDefault="00C75F13" w:rsidP="00C75F13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4CD908FE" w14:textId="1A71AF89" w:rsidR="007A6A47" w:rsidRDefault="007A6A47" w:rsidP="007A6A4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1667E314" w14:textId="77777777" w:rsidR="007A6A47" w:rsidRDefault="007A6A47" w:rsidP="007A6A47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1268A21E" w14:textId="5724C401" w:rsidR="007A6367" w:rsidRPr="00AC7BFD" w:rsidRDefault="00D12027" w:rsidP="00E17A72">
      <w:pPr>
        <w:pStyle w:val="21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63291BC5" wp14:editId="2DB83C91">
                <wp:simplePos x="0" y="0"/>
                <wp:positionH relativeFrom="column">
                  <wp:posOffset>1805965</wp:posOffset>
                </wp:positionH>
                <wp:positionV relativeFrom="paragraph">
                  <wp:posOffset>187376</wp:posOffset>
                </wp:positionV>
                <wp:extent cx="2505710" cy="271780"/>
                <wp:effectExtent l="0" t="0" r="8890" b="7620"/>
                <wp:wrapNone/>
                <wp:docPr id="331456344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A95804" id="สี่เหลี่ยมผืนผ้ามุมมน 2" o:spid="_x0000_s1026" style="position:absolute;margin-left:142.2pt;margin-top:14.75pt;width:197.3pt;height:21.4pt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7A6367" w:rsidRPr="00AC7BFD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แผนเผชิญเหตุ มลภาวะเป็นพิษ</w:t>
      </w:r>
    </w:p>
    <w:p w14:paraId="53201B6F" w14:textId="77777777" w:rsidR="007A6367" w:rsidRPr="00C75F13" w:rsidRDefault="007A6367" w:rsidP="00C75F13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C75F13">
        <w:rPr>
          <w:rFonts w:ascii="TH SarabunPSK" w:hAnsi="TH SarabunPSK" w:cs="TH SarabunPSK" w:hint="cs"/>
          <w:sz w:val="32"/>
          <w:szCs w:val="32"/>
          <w:cs/>
        </w:rPr>
        <w:t>๑. วัตถุประสงค์</w:t>
      </w:r>
    </w:p>
    <w:p w14:paraId="4D247FFE" w14:textId="1E812135" w:rsidR="00C75F13" w:rsidRPr="00C75F13" w:rsidRDefault="00C75F13" w:rsidP="003E4827">
      <w:pPr>
        <w:pStyle w:val="af1"/>
        <w:numPr>
          <w:ilvl w:val="0"/>
          <w:numId w:val="18"/>
        </w:numPr>
        <w:rPr>
          <w:rFonts w:cs="TH SarabunPSK"/>
          <w:szCs w:val="32"/>
        </w:rPr>
      </w:pPr>
      <w:r w:rsidRPr="00C75F13">
        <w:rPr>
          <w:rFonts w:cs="TH SarabunPSK" w:hint="cs"/>
          <w:szCs w:val="32"/>
          <w:cs/>
          <w:lang w:bidi="th-TH"/>
        </w:rPr>
        <w:t>เพื่อป้องกันปัญหาสุขภาพของนักเรียนและบุคลากรจากมลพิษทางอากาศและสารปนเปื้อน</w:t>
      </w:r>
    </w:p>
    <w:p w14:paraId="0C4F0AB8" w14:textId="41B400F1" w:rsidR="00C75F13" w:rsidRPr="00C75F13" w:rsidRDefault="00C75F13" w:rsidP="003E4827">
      <w:pPr>
        <w:pStyle w:val="af1"/>
        <w:numPr>
          <w:ilvl w:val="0"/>
          <w:numId w:val="18"/>
        </w:numPr>
        <w:rPr>
          <w:rFonts w:cs="TH SarabunPSK"/>
          <w:szCs w:val="32"/>
        </w:rPr>
      </w:pPr>
      <w:r w:rsidRPr="00C75F13">
        <w:rPr>
          <w:rFonts w:cs="TH SarabunPSK" w:hint="cs"/>
          <w:szCs w:val="32"/>
          <w:cs/>
          <w:lang w:bidi="th-TH"/>
        </w:rPr>
        <w:t>เพื่อสร้างแนวทางปฏิบัติที่ชัดเจนในการลดการสัมผัสมลพิษในช่วงวิกฤต</w:t>
      </w:r>
    </w:p>
    <w:p w14:paraId="4F5AE758" w14:textId="7E5E86CA" w:rsidR="00C75F13" w:rsidRPr="00C75F13" w:rsidRDefault="00C75F13" w:rsidP="003E4827">
      <w:pPr>
        <w:pStyle w:val="af1"/>
        <w:numPr>
          <w:ilvl w:val="0"/>
          <w:numId w:val="18"/>
        </w:numPr>
        <w:rPr>
          <w:rFonts w:cs="TH SarabunPSK"/>
          <w:szCs w:val="32"/>
        </w:rPr>
      </w:pPr>
      <w:r w:rsidRPr="00C75F13">
        <w:rPr>
          <w:rFonts w:cs="TH SarabunPSK" w:hint="cs"/>
          <w:szCs w:val="32"/>
          <w:cs/>
          <w:lang w:bidi="th-TH"/>
        </w:rPr>
        <w:t xml:space="preserve">เพื่อจัดเตรียมพื้นที่ปลอดภัย </w:t>
      </w:r>
      <w:r w:rsidRPr="00C75F13">
        <w:rPr>
          <w:rFonts w:cs="TH SarabunPSK" w:hint="cs"/>
          <w:szCs w:val="32"/>
          <w:rtl/>
          <w:cs/>
        </w:rPr>
        <w:t>(</w:t>
      </w:r>
      <w:r w:rsidRPr="00C75F13">
        <w:rPr>
          <w:rFonts w:cs="TH SarabunPSK" w:hint="cs"/>
          <w:szCs w:val="32"/>
        </w:rPr>
        <w:t xml:space="preserve">Safe Zone) </w:t>
      </w:r>
      <w:r w:rsidRPr="00C75F13">
        <w:rPr>
          <w:rFonts w:cs="TH SarabunPSK" w:hint="cs"/>
          <w:szCs w:val="32"/>
          <w:cs/>
          <w:lang w:bidi="th-TH"/>
        </w:rPr>
        <w:t>ภายในสถานศึกษา</w:t>
      </w:r>
    </w:p>
    <w:p w14:paraId="740A4845" w14:textId="77777777" w:rsidR="007A6367" w:rsidRPr="00C75F13" w:rsidRDefault="007A6367" w:rsidP="00C75F13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C75F13">
        <w:rPr>
          <w:rFonts w:ascii="TH SarabunPSK" w:hAnsi="TH SarabunPSK" w:cs="TH SarabunPSK" w:hint="cs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4983723B" w14:textId="77777777" w:rsidR="007A6367" w:rsidRDefault="007A6367" w:rsidP="00C75F13">
      <w:pPr>
        <w:pStyle w:val="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C75F13">
        <w:rPr>
          <w:rFonts w:ascii="TH SarabunPSK" w:hAnsi="TH SarabunPSK" w:cs="TH SarabunPSK" w:hint="cs"/>
          <w:sz w:val="32"/>
          <w:szCs w:val="32"/>
          <w:cs/>
        </w:rPr>
        <w:t>๒.๑ การเตรียมการก่อนเกิดเหตุ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96"/>
        <w:gridCol w:w="5707"/>
        <w:gridCol w:w="1962"/>
      </w:tblGrid>
      <w:tr w:rsidR="00C75F13" w:rsidRPr="000C58F2" w14:paraId="1B8754B1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25C8E6A4" w14:textId="77777777" w:rsidR="00C75F13" w:rsidRPr="000C58F2" w:rsidRDefault="00C75F13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2744E9BC" w14:textId="77777777" w:rsidR="00C75F13" w:rsidRPr="000C58F2" w:rsidRDefault="00C75F13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19C7A811" w14:textId="77777777" w:rsidR="00C75F13" w:rsidRPr="000C58F2" w:rsidRDefault="00C75F13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5636DD" w:rsidRPr="005636DD" w14:paraId="0C2D2B89" w14:textId="77777777" w:rsidTr="005636DD">
        <w:tc>
          <w:tcPr>
            <w:tcW w:w="0" w:type="auto"/>
            <w:hideMark/>
          </w:tcPr>
          <w:p w14:paraId="593FD4BF" w14:textId="77777777" w:rsidR="005636DD" w:rsidRPr="005636DD" w:rsidRDefault="005636DD" w:rsidP="005636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ตรวจสอบคุณภาพอากาศ</w:t>
            </w:r>
          </w:p>
        </w:tc>
        <w:tc>
          <w:tcPr>
            <w:tcW w:w="0" w:type="auto"/>
            <w:hideMark/>
          </w:tcPr>
          <w:p w14:paraId="00D19056" w14:textId="77777777" w:rsidR="005636DD" w:rsidRPr="005636DD" w:rsidRDefault="005636DD" w:rsidP="005636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ติดตามค่าฝุ่น </w:t>
            </w:r>
            <w:r w:rsidRPr="005636DD">
              <w:rPr>
                <w:rFonts w:ascii="TH SarabunPSK" w:hAnsi="TH SarabunPSK" w:cs="TH SarabunPSK" w:hint="cs"/>
                <w:sz w:val="32"/>
                <w:szCs w:val="32"/>
              </w:rPr>
              <w:t xml:space="preserve">PM 2.5 </w:t>
            </w:r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หรือดัชนีคุณภาพอากาศ (</w:t>
            </w:r>
            <w:r w:rsidRPr="005636DD">
              <w:rPr>
                <w:rFonts w:ascii="TH SarabunPSK" w:hAnsi="TH SarabunPSK" w:cs="TH SarabunPSK" w:hint="cs"/>
                <w:sz w:val="32"/>
                <w:szCs w:val="32"/>
              </w:rPr>
              <w:t xml:space="preserve">AQI) </w:t>
            </w:r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ทุกเช้าผ่านแอปพลิเคชัน</w:t>
            </w:r>
          </w:p>
        </w:tc>
        <w:tc>
          <w:tcPr>
            <w:tcW w:w="0" w:type="auto"/>
            <w:hideMark/>
          </w:tcPr>
          <w:p w14:paraId="029AEAC5" w14:textId="77777777" w:rsidR="005636DD" w:rsidRPr="005636DD" w:rsidRDefault="005636DD" w:rsidP="005636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ครูเวร / ครูอนามัย</w:t>
            </w:r>
          </w:p>
        </w:tc>
      </w:tr>
      <w:tr w:rsidR="005636DD" w:rsidRPr="005636DD" w14:paraId="606E563D" w14:textId="77777777" w:rsidTr="005636DD">
        <w:tc>
          <w:tcPr>
            <w:tcW w:w="0" w:type="auto"/>
            <w:hideMark/>
          </w:tcPr>
          <w:p w14:paraId="3BEBECF0" w14:textId="77777777" w:rsidR="005636DD" w:rsidRPr="005636DD" w:rsidRDefault="005636DD" w:rsidP="005636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เตรียมอุปกรณ์ป้องกัน</w:t>
            </w:r>
          </w:p>
        </w:tc>
        <w:tc>
          <w:tcPr>
            <w:tcW w:w="0" w:type="auto"/>
            <w:hideMark/>
          </w:tcPr>
          <w:p w14:paraId="64ED8D4C" w14:textId="77777777" w:rsidR="005636DD" w:rsidRPr="005636DD" w:rsidRDefault="005636DD" w:rsidP="005636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จัดสำรองหน้ากากอนามัย (</w:t>
            </w:r>
            <w:r w:rsidRPr="005636DD">
              <w:rPr>
                <w:rFonts w:ascii="TH SarabunPSK" w:hAnsi="TH SarabunPSK" w:cs="TH SarabunPSK" w:hint="cs"/>
                <w:sz w:val="32"/>
                <w:szCs w:val="32"/>
              </w:rPr>
              <w:t xml:space="preserve">N95 </w:t>
            </w:r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หรือทางการแพทย์) และติดตั้งเครื่องฟอกอากาศในห้องเรียนอนุบาล/ห้องพยาบาล</w:t>
            </w:r>
          </w:p>
        </w:tc>
        <w:tc>
          <w:tcPr>
            <w:tcW w:w="0" w:type="auto"/>
            <w:hideMark/>
          </w:tcPr>
          <w:p w14:paraId="085282BE" w14:textId="77777777" w:rsidR="005636DD" w:rsidRPr="005636DD" w:rsidRDefault="005636DD" w:rsidP="005636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ฝ่ายพัสดุ / ฝ่ายบริหาร</w:t>
            </w:r>
          </w:p>
        </w:tc>
      </w:tr>
      <w:tr w:rsidR="005636DD" w:rsidRPr="005636DD" w14:paraId="375CEE20" w14:textId="77777777" w:rsidTr="005636DD">
        <w:tc>
          <w:tcPr>
            <w:tcW w:w="0" w:type="auto"/>
            <w:hideMark/>
          </w:tcPr>
          <w:p w14:paraId="03EF4A3D" w14:textId="77777777" w:rsidR="005636DD" w:rsidRPr="005636DD" w:rsidRDefault="005636DD" w:rsidP="005636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ธงคุณภาพอากาศ</w:t>
            </w:r>
          </w:p>
        </w:tc>
        <w:tc>
          <w:tcPr>
            <w:tcW w:w="0" w:type="auto"/>
            <w:hideMark/>
          </w:tcPr>
          <w:p w14:paraId="0DFFC51A" w14:textId="77777777" w:rsidR="005636DD" w:rsidRPr="005636DD" w:rsidRDefault="005636DD" w:rsidP="005636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ใช้สัญลักษณ์สีธง (ฟ้า เขียว เหลือง ส้ม แดง) หน้าเสาธงเพื่อแจ้งระดับอันตรายให้</w:t>
            </w:r>
            <w:proofErr w:type="spellStart"/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เด็กๆ</w:t>
            </w:r>
            <w:proofErr w:type="spellEnd"/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ทราบ</w:t>
            </w:r>
          </w:p>
        </w:tc>
        <w:tc>
          <w:tcPr>
            <w:tcW w:w="0" w:type="auto"/>
            <w:hideMark/>
          </w:tcPr>
          <w:p w14:paraId="2839401A" w14:textId="77777777" w:rsidR="005636DD" w:rsidRPr="005636DD" w:rsidRDefault="005636DD" w:rsidP="005636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ครูเวร / สภานักเรียน</w:t>
            </w:r>
          </w:p>
        </w:tc>
      </w:tr>
    </w:tbl>
    <w:p w14:paraId="6BC8969B" w14:textId="77777777" w:rsidR="007A6367" w:rsidRPr="005636DD" w:rsidRDefault="007A6367" w:rsidP="005636DD">
      <w:pPr>
        <w:pStyle w:val="4"/>
        <w:spacing w:after="0" w:afterAutospacing="0"/>
        <w:rPr>
          <w:rFonts w:ascii="TH SarabunPSK" w:hAnsi="TH SarabunPSK" w:cs="TH SarabunPSK"/>
          <w:sz w:val="32"/>
          <w:szCs w:val="32"/>
        </w:rPr>
      </w:pPr>
      <w:r w:rsidRPr="005636DD">
        <w:rPr>
          <w:rFonts w:ascii="TH SarabunPSK" w:hAnsi="TH SarabunPSK" w:cs="TH SarabunPSK" w:hint="cs"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32"/>
        <w:gridCol w:w="5749"/>
        <w:gridCol w:w="2084"/>
      </w:tblGrid>
      <w:tr w:rsidR="00C75F13" w:rsidRPr="005636DD" w14:paraId="538272F3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516F7E23" w14:textId="77777777" w:rsidR="00C75F13" w:rsidRPr="005636DD" w:rsidRDefault="00C75F13" w:rsidP="005636DD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3D46E91F" w14:textId="77777777" w:rsidR="00C75F13" w:rsidRPr="005636DD" w:rsidRDefault="00C75F13" w:rsidP="005636DD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646A0D05" w14:textId="77777777" w:rsidR="00C75F13" w:rsidRPr="005636DD" w:rsidRDefault="00C75F13" w:rsidP="005636DD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5636DD" w:rsidRPr="005636DD" w14:paraId="0832ADFD" w14:textId="77777777" w:rsidTr="005636DD">
        <w:tc>
          <w:tcPr>
            <w:tcW w:w="0" w:type="auto"/>
            <w:hideMark/>
          </w:tcPr>
          <w:p w14:paraId="0E41329A" w14:textId="77777777" w:rsidR="005636DD" w:rsidRPr="005636DD" w:rsidRDefault="005636DD" w:rsidP="005636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Style w:val="ad"/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0" w:type="auto"/>
            <w:hideMark/>
          </w:tcPr>
          <w:p w14:paraId="763EFB89" w14:textId="77777777" w:rsidR="005636DD" w:rsidRPr="005636DD" w:rsidRDefault="005636DD" w:rsidP="005636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Style w:val="ad"/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0" w:type="auto"/>
            <w:hideMark/>
          </w:tcPr>
          <w:p w14:paraId="69449C72" w14:textId="77777777" w:rsidR="005636DD" w:rsidRPr="005636DD" w:rsidRDefault="005636DD" w:rsidP="005636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Style w:val="ad"/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5636DD" w:rsidRPr="005636DD" w14:paraId="47CE882A" w14:textId="77777777" w:rsidTr="005636DD">
        <w:tc>
          <w:tcPr>
            <w:tcW w:w="0" w:type="auto"/>
            <w:hideMark/>
          </w:tcPr>
          <w:p w14:paraId="1B497DF5" w14:textId="77777777" w:rsidR="005636DD" w:rsidRPr="005636DD" w:rsidRDefault="005636DD" w:rsidP="005636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งดกิจกรรมกลางแจ้ง</w:t>
            </w:r>
          </w:p>
        </w:tc>
        <w:tc>
          <w:tcPr>
            <w:tcW w:w="0" w:type="auto"/>
            <w:hideMark/>
          </w:tcPr>
          <w:p w14:paraId="6D71D893" w14:textId="77777777" w:rsidR="005636DD" w:rsidRPr="005636DD" w:rsidRDefault="005636DD" w:rsidP="005636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หากค่ามลพิษอยู่ในระดับสีส้ม/แดง ให้ย้ายการเข้าแถวหรือคาบพละมาทำในอาคารหรือห้องเรียนแทน</w:t>
            </w:r>
          </w:p>
        </w:tc>
        <w:tc>
          <w:tcPr>
            <w:tcW w:w="0" w:type="auto"/>
            <w:hideMark/>
          </w:tcPr>
          <w:p w14:paraId="438E5E90" w14:textId="77777777" w:rsidR="005636DD" w:rsidRPr="005636DD" w:rsidRDefault="005636DD" w:rsidP="005636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ฝ่ายบริหาร / ครูพละ</w:t>
            </w:r>
          </w:p>
        </w:tc>
      </w:tr>
      <w:tr w:rsidR="005636DD" w:rsidRPr="005636DD" w14:paraId="7970587F" w14:textId="77777777" w:rsidTr="005636DD">
        <w:tc>
          <w:tcPr>
            <w:tcW w:w="0" w:type="auto"/>
            <w:hideMark/>
          </w:tcPr>
          <w:p w14:paraId="594A8288" w14:textId="77777777" w:rsidR="005636DD" w:rsidRPr="005636DD" w:rsidRDefault="005636DD" w:rsidP="005636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ปิดพื้นที่เสี่ยง</w:t>
            </w:r>
          </w:p>
        </w:tc>
        <w:tc>
          <w:tcPr>
            <w:tcW w:w="0" w:type="auto"/>
            <w:hideMark/>
          </w:tcPr>
          <w:p w14:paraId="1A7E7BFE" w14:textId="77777777" w:rsidR="005636DD" w:rsidRPr="005636DD" w:rsidRDefault="005636DD" w:rsidP="005636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>ปิดหน้าต่างและประตูห้องเรียนให้มิดชิด และเปิดเครื่องฟอกอากาศ/พัดลมระบายอากาศ</w:t>
            </w:r>
          </w:p>
        </w:tc>
        <w:tc>
          <w:tcPr>
            <w:tcW w:w="0" w:type="auto"/>
            <w:hideMark/>
          </w:tcPr>
          <w:p w14:paraId="016777EC" w14:textId="77777777" w:rsidR="005636DD" w:rsidRPr="005636DD" w:rsidRDefault="005636DD" w:rsidP="005636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</w:tc>
      </w:tr>
      <w:tr w:rsidR="005636DD" w:rsidRPr="005636DD" w14:paraId="3AD1EC76" w14:textId="77777777" w:rsidTr="005636DD">
        <w:tc>
          <w:tcPr>
            <w:tcW w:w="0" w:type="auto"/>
            <w:hideMark/>
          </w:tcPr>
          <w:p w14:paraId="65FFF014" w14:textId="77777777" w:rsidR="005636DD" w:rsidRPr="005636DD" w:rsidRDefault="005636DD" w:rsidP="005636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คัดกรองกลุ่มเสี่ยง</w:t>
            </w:r>
          </w:p>
        </w:tc>
        <w:tc>
          <w:tcPr>
            <w:tcW w:w="0" w:type="auto"/>
            <w:hideMark/>
          </w:tcPr>
          <w:p w14:paraId="26AA22E2" w14:textId="77777777" w:rsidR="005636DD" w:rsidRPr="005636DD" w:rsidRDefault="005636DD" w:rsidP="005636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>เฝ้าระวังนักเรียนที่เป็นโรคภูมิแพ้ หอบหืด หรือโรคระบบทางเดินหายใจเป็นพิเศษ</w:t>
            </w:r>
          </w:p>
        </w:tc>
        <w:tc>
          <w:tcPr>
            <w:tcW w:w="0" w:type="auto"/>
            <w:hideMark/>
          </w:tcPr>
          <w:p w14:paraId="6808F5FD" w14:textId="77777777" w:rsidR="005636DD" w:rsidRPr="005636DD" w:rsidRDefault="005636DD" w:rsidP="005636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ครูอนามัย / ครูประจำชั้น</w:t>
            </w:r>
          </w:p>
        </w:tc>
      </w:tr>
    </w:tbl>
    <w:p w14:paraId="23C135B8" w14:textId="16DB4D6E" w:rsidR="007A6367" w:rsidRPr="005636DD" w:rsidRDefault="007A6367" w:rsidP="005636DD">
      <w:pPr>
        <w:pStyle w:val="4"/>
        <w:spacing w:after="0" w:afterAutospacing="0"/>
        <w:rPr>
          <w:rFonts w:ascii="TH SarabunPSK" w:hAnsi="TH SarabunPSK" w:cs="TH SarabunPSK"/>
          <w:sz w:val="32"/>
          <w:szCs w:val="32"/>
        </w:rPr>
      </w:pPr>
      <w:r w:rsidRPr="005636DD">
        <w:rPr>
          <w:rFonts w:ascii="TH SarabunPSK" w:hAnsi="TH SarabunPSK" w:cs="TH SarabunPSK" w:hint="cs"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18"/>
        <w:gridCol w:w="5641"/>
        <w:gridCol w:w="2106"/>
      </w:tblGrid>
      <w:tr w:rsidR="00C75F13" w:rsidRPr="005636DD" w14:paraId="0F475938" w14:textId="77777777" w:rsidTr="008248DB">
        <w:trPr>
          <w:trHeight w:val="245"/>
        </w:trPr>
        <w:tc>
          <w:tcPr>
            <w:tcW w:w="1710" w:type="dxa"/>
            <w:shd w:val="clear" w:color="auto" w:fill="C5E0B3" w:themeFill="accent6" w:themeFillTint="66"/>
          </w:tcPr>
          <w:p w14:paraId="0AD48943" w14:textId="77777777" w:rsidR="00C75F13" w:rsidRPr="005636DD" w:rsidRDefault="00C75F13" w:rsidP="005636DD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596" w:type="dxa"/>
            <w:shd w:val="clear" w:color="auto" w:fill="C5E0B3" w:themeFill="accent6" w:themeFillTint="66"/>
          </w:tcPr>
          <w:p w14:paraId="16A29686" w14:textId="77777777" w:rsidR="00C75F13" w:rsidRPr="005636DD" w:rsidRDefault="00C75F13" w:rsidP="005636DD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159" w:type="dxa"/>
            <w:shd w:val="clear" w:color="auto" w:fill="C5E0B3" w:themeFill="accent6" w:themeFillTint="66"/>
          </w:tcPr>
          <w:p w14:paraId="76755B95" w14:textId="77777777" w:rsidR="00C75F13" w:rsidRPr="005636DD" w:rsidRDefault="00C75F13" w:rsidP="005636DD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5636DD" w:rsidRPr="005636DD" w14:paraId="399AA87D" w14:textId="77777777" w:rsidTr="005636DD">
        <w:tc>
          <w:tcPr>
            <w:tcW w:w="0" w:type="auto"/>
            <w:hideMark/>
          </w:tcPr>
          <w:p w14:paraId="5A571F74" w14:textId="77777777" w:rsidR="005636DD" w:rsidRPr="005636DD" w:rsidRDefault="005636DD" w:rsidP="005636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ตรวจสุขภาพเบื้องต้น</w:t>
            </w:r>
          </w:p>
        </w:tc>
        <w:tc>
          <w:tcPr>
            <w:tcW w:w="0" w:type="auto"/>
            <w:hideMark/>
          </w:tcPr>
          <w:p w14:paraId="5B5E911C" w14:textId="77777777" w:rsidR="005636DD" w:rsidRPr="005636DD" w:rsidRDefault="005636DD" w:rsidP="005636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สอบถามและบันทึกอาการนักเรียนที่มีอาการผิดปกติ เช่น ไอ จาม หรือระคายเคืองตา</w:t>
            </w:r>
          </w:p>
        </w:tc>
        <w:tc>
          <w:tcPr>
            <w:tcW w:w="0" w:type="auto"/>
            <w:hideMark/>
          </w:tcPr>
          <w:p w14:paraId="55F1D58F" w14:textId="77777777" w:rsidR="005636DD" w:rsidRPr="005636DD" w:rsidRDefault="005636DD" w:rsidP="005636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ครูพยาบาล</w:t>
            </w:r>
          </w:p>
        </w:tc>
      </w:tr>
      <w:tr w:rsidR="005636DD" w:rsidRPr="005636DD" w14:paraId="3540E402" w14:textId="77777777" w:rsidTr="005636DD">
        <w:tc>
          <w:tcPr>
            <w:tcW w:w="0" w:type="auto"/>
            <w:hideMark/>
          </w:tcPr>
          <w:p w14:paraId="7D3E9F92" w14:textId="77777777" w:rsidR="005636DD" w:rsidRPr="005636DD" w:rsidRDefault="005636DD" w:rsidP="005636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เพิ่มพื้นที่สีเขียว</w:t>
            </w:r>
          </w:p>
        </w:tc>
        <w:tc>
          <w:tcPr>
            <w:tcW w:w="0" w:type="auto"/>
            <w:hideMark/>
          </w:tcPr>
          <w:p w14:paraId="667C8DE9" w14:textId="77777777" w:rsidR="005636DD" w:rsidRPr="005636DD" w:rsidRDefault="005636DD" w:rsidP="005636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>ปลูกต้นไม้ฟอกอากาศรอบอาคารเรียนเพื่อช่วยดักจับฝุ่นละอองในระยะยาว</w:t>
            </w:r>
          </w:p>
        </w:tc>
        <w:tc>
          <w:tcPr>
            <w:tcW w:w="0" w:type="auto"/>
            <w:hideMark/>
          </w:tcPr>
          <w:p w14:paraId="535D16CF" w14:textId="77777777" w:rsidR="005636DD" w:rsidRPr="005636DD" w:rsidRDefault="005636DD" w:rsidP="005636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ฝ่ายอาคารสถานที่</w:t>
            </w:r>
          </w:p>
        </w:tc>
      </w:tr>
      <w:tr w:rsidR="005636DD" w:rsidRPr="005636DD" w14:paraId="31E6072E" w14:textId="77777777" w:rsidTr="005636DD">
        <w:tc>
          <w:tcPr>
            <w:tcW w:w="0" w:type="auto"/>
            <w:hideMark/>
          </w:tcPr>
          <w:p w14:paraId="1577EE48" w14:textId="77777777" w:rsidR="005636DD" w:rsidRPr="005636DD" w:rsidRDefault="005636DD" w:rsidP="005636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ปรับตารางเรียน</w:t>
            </w:r>
          </w:p>
        </w:tc>
        <w:tc>
          <w:tcPr>
            <w:tcW w:w="0" w:type="auto"/>
            <w:hideMark/>
          </w:tcPr>
          <w:p w14:paraId="34FCF38F" w14:textId="77777777" w:rsidR="005636DD" w:rsidRPr="005636DD" w:rsidRDefault="005636DD" w:rsidP="005636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หากมลพิษรุนแรงต่อเนื่อง ให้พิจารณาจัดการเรียนการสอนแบบ </w:t>
            </w:r>
            <w:r w:rsidRPr="005636DD">
              <w:rPr>
                <w:rFonts w:ascii="TH SarabunPSK" w:hAnsi="TH SarabunPSK" w:cs="TH SarabunPSK" w:hint="cs"/>
                <w:sz w:val="32"/>
                <w:szCs w:val="32"/>
              </w:rPr>
              <w:t xml:space="preserve">Online </w:t>
            </w:r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เพื่อให้เด็กอยู่บ้าน</w:t>
            </w:r>
          </w:p>
        </w:tc>
        <w:tc>
          <w:tcPr>
            <w:tcW w:w="0" w:type="auto"/>
            <w:hideMark/>
          </w:tcPr>
          <w:p w14:paraId="67187FA7" w14:textId="77777777" w:rsidR="005636DD" w:rsidRPr="005636DD" w:rsidRDefault="005636DD" w:rsidP="005636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636DD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ฝ่ายวิชาการ / ผู้อำนวยการ</w:t>
            </w:r>
          </w:p>
        </w:tc>
      </w:tr>
    </w:tbl>
    <w:p w14:paraId="2BB63A55" w14:textId="77777777" w:rsidR="005636DD" w:rsidRPr="00AC7BFD" w:rsidRDefault="005636DD" w:rsidP="005636DD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๓. ระยะเวลาในการป้องกัน</w:t>
      </w:r>
    </w:p>
    <w:p w14:paraId="08E892EB" w14:textId="77777777" w:rsidR="005636DD" w:rsidRPr="00AC7BFD" w:rsidRDefault="005636DD" w:rsidP="005636DD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5D58F226" w14:textId="77777777" w:rsidR="005636DD" w:rsidRPr="00AC7BFD" w:rsidRDefault="005636DD" w:rsidP="005636DD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341B5154" w14:textId="77777777" w:rsidR="00413068" w:rsidRPr="00AC7BFD" w:rsidRDefault="00413068" w:rsidP="0041306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6711C31" w14:textId="77777777" w:rsidR="005636DD" w:rsidRPr="00AC7BFD" w:rsidRDefault="005636DD" w:rsidP="005636DD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2D27252B" w14:textId="77777777" w:rsidR="007A6A47" w:rsidRDefault="007A6A47" w:rsidP="007A6A4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3D922A08" w14:textId="77777777" w:rsidR="00E17A72" w:rsidRDefault="00E17A72" w:rsidP="007A6367">
      <w:pPr>
        <w:rPr>
          <w:rFonts w:ascii="TH SarabunPSK" w:hAnsi="TH SarabunPSK" w:cs="TH SarabunPSK"/>
          <w:sz w:val="32"/>
          <w:szCs w:val="32"/>
        </w:rPr>
      </w:pPr>
    </w:p>
    <w:p w14:paraId="57267E3C" w14:textId="4E1698C5" w:rsidR="007A6367" w:rsidRPr="00AC7BFD" w:rsidRDefault="00D12027" w:rsidP="00D12027">
      <w:pPr>
        <w:pStyle w:val="21"/>
        <w:tabs>
          <w:tab w:val="left" w:pos="2417"/>
          <w:tab w:val="center" w:pos="473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20F35D79" wp14:editId="2FAEB162">
                <wp:simplePos x="0" y="0"/>
                <wp:positionH relativeFrom="column">
                  <wp:posOffset>1389888</wp:posOffset>
                </wp:positionH>
                <wp:positionV relativeFrom="paragraph">
                  <wp:posOffset>165913</wp:posOffset>
                </wp:positionV>
                <wp:extent cx="3101518" cy="271780"/>
                <wp:effectExtent l="0" t="0" r="22860" b="13970"/>
                <wp:wrapNone/>
                <wp:docPr id="1691006012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1518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04F61D" id="สี่เหลี่ยมผืนผ้ามุมมน 2" o:spid="_x0000_s1026" style="position:absolute;margin-left:109.45pt;margin-top:13.05pt;width:244.2pt;height:21.4pt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>
        <w:rPr>
          <w:rStyle w:val="ad"/>
          <w:rFonts w:ascii="TH SarabunPSK" w:hAnsi="TH SarabunPSK" w:cs="TH SarabunPSK"/>
          <w:b/>
          <w:bCs/>
          <w:sz w:val="32"/>
          <w:szCs w:val="32"/>
          <w:cs/>
        </w:rPr>
        <w:tab/>
      </w:r>
      <w:r w:rsidR="007A6367" w:rsidRPr="00AC7BFD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แผนเผชิญเหตุ โรคระบาดในสัตว์ (เช่น พิษสุนัขบ้า)</w:t>
      </w:r>
    </w:p>
    <w:p w14:paraId="7AC5A5CD" w14:textId="77777777" w:rsidR="007A6367" w:rsidRPr="005636DD" w:rsidRDefault="007A6367" w:rsidP="005636DD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5636DD">
        <w:rPr>
          <w:rFonts w:ascii="TH SarabunPSK" w:hAnsi="TH SarabunPSK" w:cs="TH SarabunPSK" w:hint="cs"/>
          <w:sz w:val="32"/>
          <w:szCs w:val="32"/>
          <w:cs/>
        </w:rPr>
        <w:t>๑. วัตถุประสงค์</w:t>
      </w:r>
    </w:p>
    <w:p w14:paraId="3878B7E5" w14:textId="77777777" w:rsidR="005636DD" w:rsidRPr="005636DD" w:rsidRDefault="005636DD" w:rsidP="003E4827">
      <w:pPr>
        <w:numPr>
          <w:ilvl w:val="0"/>
          <w:numId w:val="19"/>
        </w:numPr>
        <w:rPr>
          <w:rFonts w:ascii="TH SarabunPSK" w:hAnsi="TH SarabunPSK" w:cs="TH SarabunPSK"/>
          <w:sz w:val="32"/>
          <w:szCs w:val="32"/>
        </w:rPr>
      </w:pPr>
      <w:r w:rsidRPr="005636DD">
        <w:rPr>
          <w:rFonts w:ascii="TH SarabunPSK" w:hAnsi="TH SarabunPSK" w:cs="TH SarabunPSK" w:hint="cs"/>
          <w:sz w:val="32"/>
          <w:szCs w:val="32"/>
          <w:cs/>
        </w:rPr>
        <w:t>เพื่อป้องกันนักเรียนและบุคลากรจากการถูกสัตว์ที่มีเชื้อระบาดทำร้ายหรือแพร่เชื้อใส่</w:t>
      </w:r>
    </w:p>
    <w:p w14:paraId="0A33A9A1" w14:textId="77777777" w:rsidR="005636DD" w:rsidRPr="005636DD" w:rsidRDefault="005636DD" w:rsidP="003E4827">
      <w:pPr>
        <w:numPr>
          <w:ilvl w:val="0"/>
          <w:numId w:val="19"/>
        </w:numPr>
        <w:rPr>
          <w:rFonts w:ascii="TH SarabunPSK" w:hAnsi="TH SarabunPSK" w:cs="TH SarabunPSK"/>
          <w:sz w:val="32"/>
          <w:szCs w:val="32"/>
        </w:rPr>
      </w:pPr>
      <w:r w:rsidRPr="005636DD">
        <w:rPr>
          <w:rFonts w:ascii="TH SarabunPSK" w:hAnsi="TH SarabunPSK" w:cs="TH SarabunPSK" w:hint="cs"/>
          <w:sz w:val="32"/>
          <w:szCs w:val="32"/>
          <w:cs/>
        </w:rPr>
        <w:t>เพื่อสร้างระบบการจัดการสัตว์จรจัดหรือสัตว์ป่วยในสถานศึกษาให้ปลอดภัยตามหลักสุขาภิบาล</w:t>
      </w:r>
    </w:p>
    <w:p w14:paraId="7AFF4C5E" w14:textId="77777777" w:rsidR="005636DD" w:rsidRPr="005636DD" w:rsidRDefault="005636DD" w:rsidP="003E4827">
      <w:pPr>
        <w:numPr>
          <w:ilvl w:val="0"/>
          <w:numId w:val="19"/>
        </w:numPr>
        <w:rPr>
          <w:rFonts w:ascii="TH SarabunPSK" w:hAnsi="TH SarabunPSK" w:cs="TH SarabunPSK"/>
          <w:sz w:val="32"/>
          <w:szCs w:val="32"/>
        </w:rPr>
      </w:pPr>
      <w:r w:rsidRPr="005636DD">
        <w:rPr>
          <w:rFonts w:ascii="TH SarabunPSK" w:hAnsi="TH SarabunPSK" w:cs="TH SarabunPSK" w:hint="cs"/>
          <w:sz w:val="32"/>
          <w:szCs w:val="32"/>
          <w:cs/>
        </w:rPr>
        <w:t>เพื่อให้ความรู้และแนวทางปฏิบัติที่ถูกต้องเมื่อต้องเผชิญหน้ากับสัตว์ที่มีพฤติกรรมเสี่ยง</w:t>
      </w:r>
    </w:p>
    <w:p w14:paraId="5FF6BF03" w14:textId="77777777" w:rsidR="007A6367" w:rsidRPr="005636DD" w:rsidRDefault="007A6367" w:rsidP="005636DD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5636DD">
        <w:rPr>
          <w:rFonts w:ascii="TH SarabunPSK" w:hAnsi="TH SarabunPSK" w:cs="TH SarabunPSK" w:hint="cs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180AADC2" w14:textId="77777777" w:rsidR="007A6367" w:rsidRDefault="007A6367" w:rsidP="005636DD">
      <w:pPr>
        <w:pStyle w:val="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5636DD">
        <w:rPr>
          <w:rFonts w:ascii="TH SarabunPSK" w:hAnsi="TH SarabunPSK" w:cs="TH SarabunPSK" w:hint="cs"/>
          <w:sz w:val="32"/>
          <w:szCs w:val="32"/>
          <w:cs/>
        </w:rPr>
        <w:t>๒.๑ การเตรียมการก่อนเกิดเหตุ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78"/>
        <w:gridCol w:w="5776"/>
        <w:gridCol w:w="2211"/>
      </w:tblGrid>
      <w:tr w:rsidR="005636DD" w:rsidRPr="000C58F2" w14:paraId="60F96780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09565B60" w14:textId="77777777" w:rsidR="005636DD" w:rsidRPr="000C58F2" w:rsidRDefault="005636DD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50FC1F35" w14:textId="77777777" w:rsidR="005636DD" w:rsidRPr="000C58F2" w:rsidRDefault="005636DD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734609F8" w14:textId="77777777" w:rsidR="005636DD" w:rsidRPr="000C58F2" w:rsidRDefault="005636DD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3470F5" w:rsidRPr="003470F5" w14:paraId="0E0BA265" w14:textId="77777777" w:rsidTr="003470F5">
        <w:tc>
          <w:tcPr>
            <w:tcW w:w="0" w:type="auto"/>
            <w:hideMark/>
          </w:tcPr>
          <w:p w14:paraId="091476C1" w14:textId="77777777" w:rsidR="003470F5" w:rsidRPr="003470F5" w:rsidRDefault="003470F5" w:rsidP="003470F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สำรวจและคัดกรอง</w:t>
            </w:r>
          </w:p>
        </w:tc>
        <w:tc>
          <w:tcPr>
            <w:tcW w:w="0" w:type="auto"/>
            <w:hideMark/>
          </w:tcPr>
          <w:p w14:paraId="711C6F46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สำรวจจำนวนและพฤติกรรมสัตว์จรจัดในโรงเรียน (สุนัข/แมว) และทำเครื่องหมายเพื่อเฝ้าระวัง</w:t>
            </w:r>
          </w:p>
        </w:tc>
        <w:tc>
          <w:tcPr>
            <w:tcW w:w="0" w:type="auto"/>
            <w:hideMark/>
          </w:tcPr>
          <w:p w14:paraId="6AE5D43A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นักการภารโรง / ครูฝ่ายปกครอง</w:t>
            </w:r>
          </w:p>
        </w:tc>
      </w:tr>
      <w:tr w:rsidR="003470F5" w:rsidRPr="003470F5" w14:paraId="269085CE" w14:textId="77777777" w:rsidTr="003470F5">
        <w:tc>
          <w:tcPr>
            <w:tcW w:w="0" w:type="auto"/>
            <w:hideMark/>
          </w:tcPr>
          <w:p w14:paraId="6F61B0C4" w14:textId="77777777" w:rsidR="003470F5" w:rsidRPr="003470F5" w:rsidRDefault="003470F5" w:rsidP="003470F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กิจกรรมฉีดวัคซีน</w:t>
            </w:r>
          </w:p>
        </w:tc>
        <w:tc>
          <w:tcPr>
            <w:tcW w:w="0" w:type="auto"/>
            <w:hideMark/>
          </w:tcPr>
          <w:p w14:paraId="11C73243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ประสานปศุสัตว์หรือเทศบาลเข้าฉีดวัคซีนป้องกันโรคพิษสุนัขบ้าให้สัตว์ในโรงเรียนและชุมชนรอบข้าง</w:t>
            </w:r>
          </w:p>
        </w:tc>
        <w:tc>
          <w:tcPr>
            <w:tcW w:w="0" w:type="auto"/>
            <w:hideMark/>
          </w:tcPr>
          <w:p w14:paraId="21DFECEA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ฝ่ายบริหาร / ครูอนามัย</w:t>
            </w:r>
          </w:p>
        </w:tc>
      </w:tr>
      <w:tr w:rsidR="003470F5" w:rsidRPr="003470F5" w14:paraId="041AD323" w14:textId="77777777" w:rsidTr="003470F5">
        <w:tc>
          <w:tcPr>
            <w:tcW w:w="0" w:type="auto"/>
            <w:hideMark/>
          </w:tcPr>
          <w:p w14:paraId="1169FD8A" w14:textId="77777777" w:rsidR="003470F5" w:rsidRPr="003470F5" w:rsidRDefault="003470F5" w:rsidP="003470F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ให้ความรู้ "</w:t>
            </w:r>
            <w:r w:rsidRPr="003470F5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5 </w:t>
            </w:r>
            <w:r w:rsidRPr="003470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ย."</w:t>
            </w:r>
          </w:p>
        </w:tc>
        <w:tc>
          <w:tcPr>
            <w:tcW w:w="0" w:type="auto"/>
            <w:hideMark/>
          </w:tcPr>
          <w:p w14:paraId="2A305879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สอนนักเรียนให้รู้จักป้องกันตัว:</w:t>
            </w:r>
            <w:r w:rsidRPr="003470F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3470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อย่าแหย่ อย่าเหยียบ อย่าแยก อย่าหยิบ อย่าอยาก</w:t>
            </w:r>
            <w:r w:rsidRPr="003470F5">
              <w:rPr>
                <w:rFonts w:ascii="TH SarabunPSK" w:hAnsi="TH SarabunPSK" w:cs="TH SarabunPSK" w:hint="cs"/>
                <w:sz w:val="32"/>
                <w:szCs w:val="32"/>
              </w:rPr>
              <w:t xml:space="preserve"> (</w:t>
            </w: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ไม่เข้าใกล้สัตว์ที่ไม่รู้จัก)</w:t>
            </w:r>
          </w:p>
        </w:tc>
        <w:tc>
          <w:tcPr>
            <w:tcW w:w="0" w:type="auto"/>
            <w:hideMark/>
          </w:tcPr>
          <w:p w14:paraId="1BBEDC6C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 / ครูแนะแนว</w:t>
            </w:r>
          </w:p>
        </w:tc>
      </w:tr>
    </w:tbl>
    <w:p w14:paraId="47FD63A3" w14:textId="77777777" w:rsidR="007A6367" w:rsidRPr="003470F5" w:rsidRDefault="007A6367" w:rsidP="003470F5">
      <w:pPr>
        <w:pStyle w:val="4"/>
        <w:spacing w:after="0" w:afterAutospacing="0"/>
        <w:rPr>
          <w:rFonts w:ascii="TH SarabunPSK" w:hAnsi="TH SarabunPSK" w:cs="TH SarabunPSK"/>
          <w:sz w:val="32"/>
          <w:szCs w:val="32"/>
        </w:rPr>
      </w:pPr>
      <w:r w:rsidRPr="003470F5">
        <w:rPr>
          <w:rFonts w:ascii="TH SarabunPSK" w:hAnsi="TH SarabunPSK" w:cs="TH SarabunPSK" w:hint="cs"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95"/>
        <w:gridCol w:w="5890"/>
        <w:gridCol w:w="2080"/>
      </w:tblGrid>
      <w:tr w:rsidR="005636DD" w:rsidRPr="003470F5" w14:paraId="300AA051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46AB09B0" w14:textId="77777777" w:rsidR="005636DD" w:rsidRPr="003470F5" w:rsidRDefault="005636DD" w:rsidP="003470F5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2A9F9076" w14:textId="77777777" w:rsidR="005636DD" w:rsidRPr="003470F5" w:rsidRDefault="005636DD" w:rsidP="003470F5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4675CB72" w14:textId="77777777" w:rsidR="005636DD" w:rsidRPr="003470F5" w:rsidRDefault="005636DD" w:rsidP="003470F5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3470F5" w:rsidRPr="003470F5" w14:paraId="51F0E96D" w14:textId="77777777" w:rsidTr="003470F5">
        <w:tc>
          <w:tcPr>
            <w:tcW w:w="0" w:type="auto"/>
            <w:hideMark/>
          </w:tcPr>
          <w:p w14:paraId="6F42A51B" w14:textId="77777777" w:rsidR="003470F5" w:rsidRPr="003470F5" w:rsidRDefault="003470F5" w:rsidP="003470F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การกักบริเวณสัตว์</w:t>
            </w:r>
          </w:p>
        </w:tc>
        <w:tc>
          <w:tcPr>
            <w:tcW w:w="0" w:type="auto"/>
            <w:hideMark/>
          </w:tcPr>
          <w:p w14:paraId="6AC4FE35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หากพบสัตว์มีอาการผิดปกติ (น้ำลายฟูมปาก</w:t>
            </w:r>
            <w:r w:rsidRPr="003470F5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กลัวน้ำ</w:t>
            </w:r>
            <w:r w:rsidRPr="003470F5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ดุร้าย) ให้กั้นพื้นที่และแจ้งเจ้าหน้าที่ปศุสัตว์ทันที</w:t>
            </w:r>
          </w:p>
        </w:tc>
        <w:tc>
          <w:tcPr>
            <w:tcW w:w="0" w:type="auto"/>
            <w:hideMark/>
          </w:tcPr>
          <w:p w14:paraId="22592BC5" w14:textId="646A4002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นักการภารโรง</w:t>
            </w:r>
          </w:p>
        </w:tc>
      </w:tr>
      <w:tr w:rsidR="003470F5" w:rsidRPr="003470F5" w14:paraId="7D844A48" w14:textId="77777777" w:rsidTr="003470F5">
        <w:tc>
          <w:tcPr>
            <w:tcW w:w="0" w:type="auto"/>
            <w:hideMark/>
          </w:tcPr>
          <w:p w14:paraId="2237D1AB" w14:textId="77777777" w:rsidR="003470F5" w:rsidRPr="003470F5" w:rsidRDefault="003470F5" w:rsidP="003470F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การปฐมพยาบาล</w:t>
            </w:r>
          </w:p>
        </w:tc>
        <w:tc>
          <w:tcPr>
            <w:tcW w:w="0" w:type="auto"/>
            <w:hideMark/>
          </w:tcPr>
          <w:p w14:paraId="52734325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หากมีผู้ถูกกัด/ข่วน ให้ล้างแผลด้วยน้ำสะอาดและสบู่ทันที พร้อมเช็ดด้วยแอลกอฮอล์หรือ</w:t>
            </w:r>
            <w:proofErr w:type="spellStart"/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เบ</w:t>
            </w:r>
            <w:proofErr w:type="spellEnd"/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ตาดีน</w:t>
            </w:r>
          </w:p>
        </w:tc>
        <w:tc>
          <w:tcPr>
            <w:tcW w:w="0" w:type="auto"/>
            <w:hideMark/>
          </w:tcPr>
          <w:p w14:paraId="2AE3BADC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ครูอนามัย / พยาบาล</w:t>
            </w:r>
          </w:p>
        </w:tc>
      </w:tr>
      <w:tr w:rsidR="003470F5" w:rsidRPr="003470F5" w14:paraId="0E5C0039" w14:textId="77777777" w:rsidTr="003470F5">
        <w:tc>
          <w:tcPr>
            <w:tcW w:w="0" w:type="auto"/>
            <w:hideMark/>
          </w:tcPr>
          <w:p w14:paraId="5722AD7B" w14:textId="77777777" w:rsidR="003470F5" w:rsidRPr="003470F5" w:rsidRDefault="003470F5" w:rsidP="003470F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การส่งต่อฉุกเฉิน</w:t>
            </w:r>
          </w:p>
        </w:tc>
        <w:tc>
          <w:tcPr>
            <w:tcW w:w="0" w:type="auto"/>
            <w:hideMark/>
          </w:tcPr>
          <w:p w14:paraId="6866354D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นำผู้บาดเจ็บส่งโรงพยาบาลเพื่อฉีดวัคซีนป้องกันพิษสุนัขบ้าและบาดทะยักโดยเร็วที่สุด</w:t>
            </w:r>
          </w:p>
        </w:tc>
        <w:tc>
          <w:tcPr>
            <w:tcW w:w="0" w:type="auto"/>
            <w:hideMark/>
          </w:tcPr>
          <w:p w14:paraId="3417C136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ครูเวรประจำวัน</w:t>
            </w:r>
          </w:p>
        </w:tc>
      </w:tr>
    </w:tbl>
    <w:p w14:paraId="4F188340" w14:textId="136F3463" w:rsidR="007A6367" w:rsidRPr="003470F5" w:rsidRDefault="007A6367" w:rsidP="008248DB">
      <w:pPr>
        <w:pStyle w:val="4"/>
        <w:spacing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 w:rsidRPr="003470F5">
        <w:rPr>
          <w:rFonts w:ascii="TH SarabunPSK" w:hAnsi="TH SarabunPSK" w:cs="TH SarabunPSK" w:hint="cs"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85"/>
        <w:gridCol w:w="5835"/>
        <w:gridCol w:w="1945"/>
      </w:tblGrid>
      <w:tr w:rsidR="008248DB" w:rsidRPr="003470F5" w14:paraId="06C8E61A" w14:textId="77777777" w:rsidTr="008248DB">
        <w:trPr>
          <w:trHeight w:val="245"/>
          <w:tblHeader/>
        </w:trPr>
        <w:tc>
          <w:tcPr>
            <w:tcW w:w="1672" w:type="dxa"/>
            <w:shd w:val="clear" w:color="auto" w:fill="C5E0B3" w:themeFill="accent6" w:themeFillTint="66"/>
          </w:tcPr>
          <w:p w14:paraId="1F571D39" w14:textId="77777777" w:rsidR="005636DD" w:rsidRPr="003470F5" w:rsidRDefault="005636DD" w:rsidP="003470F5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703" w:type="dxa"/>
            <w:shd w:val="clear" w:color="auto" w:fill="C5E0B3" w:themeFill="accent6" w:themeFillTint="66"/>
          </w:tcPr>
          <w:p w14:paraId="6C08DFAF" w14:textId="77777777" w:rsidR="005636DD" w:rsidRPr="003470F5" w:rsidRDefault="005636DD" w:rsidP="003470F5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090" w:type="dxa"/>
            <w:shd w:val="clear" w:color="auto" w:fill="C5E0B3" w:themeFill="accent6" w:themeFillTint="66"/>
          </w:tcPr>
          <w:p w14:paraId="2B7A1D75" w14:textId="77777777" w:rsidR="005636DD" w:rsidRPr="003470F5" w:rsidRDefault="005636DD" w:rsidP="003470F5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3470F5" w:rsidRPr="003470F5" w14:paraId="2EA887B3" w14:textId="77777777" w:rsidTr="003470F5">
        <w:tc>
          <w:tcPr>
            <w:tcW w:w="0" w:type="auto"/>
            <w:hideMark/>
          </w:tcPr>
          <w:p w14:paraId="3EF31FAE" w14:textId="77777777" w:rsidR="003470F5" w:rsidRPr="003470F5" w:rsidRDefault="003470F5" w:rsidP="003470F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ติดตามอาการสัตว์</w:t>
            </w:r>
          </w:p>
        </w:tc>
        <w:tc>
          <w:tcPr>
            <w:tcW w:w="0" w:type="auto"/>
            <w:hideMark/>
          </w:tcPr>
          <w:p w14:paraId="10131FDE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ในกรณีที่กักสัตว์ไว้ได้ ให้สังเกตอาการอย่างน้อย </w:t>
            </w:r>
            <w:r w:rsidRPr="003470F5">
              <w:rPr>
                <w:rFonts w:ascii="TH SarabunPSK" w:hAnsi="TH SarabunPSK" w:cs="TH SarabunPSK" w:hint="cs"/>
                <w:sz w:val="32"/>
                <w:szCs w:val="32"/>
              </w:rPr>
              <w:t xml:space="preserve">10-14 </w:t>
            </w: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 หากสัตว์ตายต้องส่งตรวจเชื้อที่ห้อง</w:t>
            </w:r>
            <w:proofErr w:type="spellStart"/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แล็บ</w:t>
            </w:r>
            <w:proofErr w:type="spellEnd"/>
          </w:p>
        </w:tc>
        <w:tc>
          <w:tcPr>
            <w:tcW w:w="0" w:type="auto"/>
            <w:hideMark/>
          </w:tcPr>
          <w:p w14:paraId="48BA5054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ครูอนามัย / ปศุสัตว์พื้นที่</w:t>
            </w:r>
          </w:p>
        </w:tc>
      </w:tr>
      <w:tr w:rsidR="003470F5" w:rsidRPr="003470F5" w14:paraId="4DFC2827" w14:textId="77777777" w:rsidTr="003470F5">
        <w:tc>
          <w:tcPr>
            <w:tcW w:w="0" w:type="auto"/>
            <w:hideMark/>
          </w:tcPr>
          <w:p w14:paraId="126AA80F" w14:textId="77777777" w:rsidR="003470F5" w:rsidRPr="003470F5" w:rsidRDefault="003470F5" w:rsidP="003470F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ติดตามผู้บาดเจ็บ</w:t>
            </w:r>
          </w:p>
        </w:tc>
        <w:tc>
          <w:tcPr>
            <w:tcW w:w="0" w:type="auto"/>
            <w:hideMark/>
          </w:tcPr>
          <w:p w14:paraId="20BE0C9C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ตรวจสอบว่าผู้บาดเจ็บไปพบแพทย์ตามนัดเพื่อฉีดวัคซีนครบทุกเข็มหรือไม่</w:t>
            </w:r>
          </w:p>
        </w:tc>
        <w:tc>
          <w:tcPr>
            <w:tcW w:w="0" w:type="auto"/>
            <w:hideMark/>
          </w:tcPr>
          <w:p w14:paraId="35F68940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</w:tc>
      </w:tr>
      <w:tr w:rsidR="003470F5" w:rsidRPr="003470F5" w14:paraId="6A833DFD" w14:textId="77777777" w:rsidTr="003470F5">
        <w:tc>
          <w:tcPr>
            <w:tcW w:w="0" w:type="auto"/>
            <w:hideMark/>
          </w:tcPr>
          <w:p w14:paraId="5D9D3A15" w14:textId="77777777" w:rsidR="003470F5" w:rsidRPr="003470F5" w:rsidRDefault="003470F5" w:rsidP="003470F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รายงานสถานการณ์</w:t>
            </w:r>
          </w:p>
        </w:tc>
        <w:tc>
          <w:tcPr>
            <w:tcW w:w="0" w:type="auto"/>
            <w:hideMark/>
          </w:tcPr>
          <w:p w14:paraId="73CA1044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บันทึกเหตุการณ์ลงในระบบรายงานความปลอดภัยของโรงเรียนและแจ้งเตือนผู้ปกครอง</w:t>
            </w:r>
          </w:p>
        </w:tc>
        <w:tc>
          <w:tcPr>
            <w:tcW w:w="0" w:type="auto"/>
            <w:hideMark/>
          </w:tcPr>
          <w:p w14:paraId="29DEFC56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ผู้อำนวยการสถานศึกษา</w:t>
            </w:r>
          </w:p>
        </w:tc>
      </w:tr>
    </w:tbl>
    <w:p w14:paraId="51B60CA1" w14:textId="77777777" w:rsidR="003470F5" w:rsidRPr="00AC7BFD" w:rsidRDefault="003470F5" w:rsidP="003470F5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๓. ระยะเวลาในการป้องกัน</w:t>
      </w:r>
    </w:p>
    <w:p w14:paraId="500F4CD0" w14:textId="77777777" w:rsidR="003470F5" w:rsidRPr="00AC7BFD" w:rsidRDefault="003470F5" w:rsidP="003470F5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7602969C" w14:textId="77777777" w:rsidR="003470F5" w:rsidRPr="00AC7BFD" w:rsidRDefault="003470F5" w:rsidP="003470F5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39C71A82" w14:textId="77777777" w:rsidR="00413068" w:rsidRPr="00AC7BFD" w:rsidRDefault="00413068" w:rsidP="0041306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64BC1A3" w14:textId="77777777" w:rsidR="003470F5" w:rsidRPr="00AC7BFD" w:rsidRDefault="003470F5" w:rsidP="003470F5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3780D8D1" w14:textId="63A4ED66" w:rsidR="00D12027" w:rsidRDefault="007A6A47" w:rsidP="007A6A4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493441F6" w14:textId="77777777" w:rsidR="007A6A47" w:rsidRPr="007A6A47" w:rsidRDefault="007A6A47" w:rsidP="007A6A47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0FE3578F" w14:textId="1116038C" w:rsidR="007A6367" w:rsidRPr="00AC7BFD" w:rsidRDefault="00D12027" w:rsidP="00E17A72">
      <w:pPr>
        <w:pStyle w:val="21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61D5236B" wp14:editId="4362F6A7">
                <wp:simplePos x="0" y="0"/>
                <wp:positionH relativeFrom="column">
                  <wp:posOffset>1678305</wp:posOffset>
                </wp:positionH>
                <wp:positionV relativeFrom="paragraph">
                  <wp:posOffset>182880</wp:posOffset>
                </wp:positionV>
                <wp:extent cx="2505710" cy="271780"/>
                <wp:effectExtent l="0" t="0" r="8890" b="7620"/>
                <wp:wrapNone/>
                <wp:docPr id="1201223244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62CA32" id="สี่เหลี่ยมผืนผ้ามุมมน 2" o:spid="_x0000_s1026" style="position:absolute;margin-left:132.15pt;margin-top:14.4pt;width:197.3pt;height:21.4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7A6367" w:rsidRPr="00AC7BFD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แผนเผชิญเหตุ ภาวะ</w:t>
      </w:r>
      <w:proofErr w:type="spellStart"/>
      <w:r w:rsidR="007A6367" w:rsidRPr="00AC7BFD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ทุพ</w:t>
      </w:r>
      <w:proofErr w:type="spellEnd"/>
      <w:r w:rsidR="007A6367" w:rsidRPr="00AC7BFD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โภชนาการ</w:t>
      </w:r>
    </w:p>
    <w:p w14:paraId="1FA2C39F" w14:textId="77777777" w:rsidR="007A6367" w:rsidRPr="00AC7BFD" w:rsidRDefault="007A6367" w:rsidP="003470F5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๑. วัตถุประสงค์</w:t>
      </w:r>
    </w:p>
    <w:p w14:paraId="2A6DFBC4" w14:textId="7FCD82E2" w:rsidR="003470F5" w:rsidRPr="003470F5" w:rsidRDefault="003470F5" w:rsidP="003E4827">
      <w:pPr>
        <w:pStyle w:val="af1"/>
        <w:numPr>
          <w:ilvl w:val="0"/>
          <w:numId w:val="20"/>
        </w:numPr>
        <w:rPr>
          <w:rFonts w:cs="TH SarabunPSK"/>
          <w:szCs w:val="32"/>
        </w:rPr>
      </w:pPr>
      <w:r w:rsidRPr="003470F5">
        <w:rPr>
          <w:rFonts w:cs="TH SarabunPSK" w:hint="cs"/>
          <w:szCs w:val="32"/>
          <w:cs/>
          <w:lang w:bidi="th-TH"/>
        </w:rPr>
        <w:t>เพื่อเฝ้าระวังและแก้ไขปัญหาสุขภาพของนักเรียนที่มีน้ำหนักและส่วนสูงไม่เป็นไปตามเกณฑ์มาตรฐาน</w:t>
      </w:r>
    </w:p>
    <w:p w14:paraId="58604A12" w14:textId="725B0C99" w:rsidR="003470F5" w:rsidRPr="003470F5" w:rsidRDefault="003470F5" w:rsidP="003E4827">
      <w:pPr>
        <w:pStyle w:val="af1"/>
        <w:numPr>
          <w:ilvl w:val="0"/>
          <w:numId w:val="20"/>
        </w:numPr>
        <w:rPr>
          <w:rFonts w:cs="TH SarabunPSK"/>
          <w:szCs w:val="32"/>
        </w:rPr>
      </w:pPr>
      <w:r w:rsidRPr="003470F5">
        <w:rPr>
          <w:rFonts w:cs="TH SarabunPSK" w:hint="cs"/>
          <w:szCs w:val="32"/>
          <w:cs/>
          <w:lang w:bidi="th-TH"/>
        </w:rPr>
        <w:t>เพื่อส่งเสริมให้นักเรียนได้รับสารอาหารที่ครบถ้วนและเหมาะสมตามวัย</w:t>
      </w:r>
    </w:p>
    <w:p w14:paraId="01067367" w14:textId="10FF6B68" w:rsidR="003470F5" w:rsidRDefault="003470F5" w:rsidP="003E4827">
      <w:pPr>
        <w:pStyle w:val="af1"/>
        <w:numPr>
          <w:ilvl w:val="0"/>
          <w:numId w:val="20"/>
        </w:numPr>
        <w:rPr>
          <w:rFonts w:cs="TH SarabunPSK"/>
          <w:szCs w:val="32"/>
        </w:rPr>
      </w:pPr>
      <w:r w:rsidRPr="003470F5">
        <w:rPr>
          <w:rFonts w:cs="TH SarabunPSK" w:hint="cs"/>
          <w:szCs w:val="32"/>
          <w:cs/>
          <w:lang w:bidi="th-TH"/>
        </w:rPr>
        <w:t>เพื่อลดอุบัติการณ์ของโรคอุบัติใหม่ที่เกิดจากพฤติกรรมการบริโภคที่ไม่เหมาะสม</w:t>
      </w:r>
    </w:p>
    <w:p w14:paraId="31C82DCE" w14:textId="77777777" w:rsidR="007A6A47" w:rsidRPr="003470F5" w:rsidRDefault="007A6A47" w:rsidP="007A6A47">
      <w:pPr>
        <w:pStyle w:val="af1"/>
        <w:rPr>
          <w:rFonts w:cs="TH SarabunPSK"/>
          <w:szCs w:val="32"/>
        </w:rPr>
      </w:pPr>
    </w:p>
    <w:p w14:paraId="6271ACF5" w14:textId="77777777" w:rsidR="007A6367" w:rsidRPr="00AC7BFD" w:rsidRDefault="007A6367" w:rsidP="003470F5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lastRenderedPageBreak/>
        <w:t>๒. รายละเอียดภารกิจและกิจกรรมที่ต้องดำเนินการ</w:t>
      </w:r>
    </w:p>
    <w:p w14:paraId="3E052532" w14:textId="77777777" w:rsidR="007A6367" w:rsidRDefault="007A6367" w:rsidP="003470F5">
      <w:pPr>
        <w:pStyle w:val="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๒.๑ การเตรียมการก่อนเกิดเหตุ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21"/>
        <w:gridCol w:w="5204"/>
        <w:gridCol w:w="1940"/>
      </w:tblGrid>
      <w:tr w:rsidR="003470F5" w:rsidRPr="003470F5" w14:paraId="3D7F9334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4EC1B7C3" w14:textId="77777777" w:rsidR="003470F5" w:rsidRPr="003470F5" w:rsidRDefault="003470F5" w:rsidP="003470F5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78B387C2" w14:textId="77777777" w:rsidR="003470F5" w:rsidRPr="003470F5" w:rsidRDefault="003470F5" w:rsidP="003470F5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1A6C081A" w14:textId="77777777" w:rsidR="003470F5" w:rsidRPr="003470F5" w:rsidRDefault="003470F5" w:rsidP="003470F5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3470F5" w:rsidRPr="003470F5" w14:paraId="558EA7E8" w14:textId="77777777" w:rsidTr="003470F5">
        <w:tc>
          <w:tcPr>
            <w:tcW w:w="0" w:type="auto"/>
            <w:hideMark/>
          </w:tcPr>
          <w:p w14:paraId="75D4B099" w14:textId="77777777" w:rsidR="003470F5" w:rsidRPr="003470F5" w:rsidRDefault="003470F5" w:rsidP="003470F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การชั่งน้ำหนัก-วัดส่วนสูง</w:t>
            </w:r>
          </w:p>
        </w:tc>
        <w:tc>
          <w:tcPr>
            <w:tcW w:w="0" w:type="auto"/>
            <w:hideMark/>
          </w:tcPr>
          <w:p w14:paraId="7B87C85A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ดำเนินการจัดเก็บข้อมูลนักเรียนทุกคนภาคเรียนละ </w:t>
            </w:r>
            <w:r w:rsidRPr="003470F5">
              <w:rPr>
                <w:rFonts w:ascii="TH SarabunPSK" w:hAnsi="TH SarabunPSK" w:cs="TH SarabunPSK" w:hint="cs"/>
                <w:sz w:val="32"/>
                <w:szCs w:val="32"/>
              </w:rPr>
              <w:t xml:space="preserve">2 </w:t>
            </w: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ครั้ง เพื่อคัดกรองกลุ่มเสี่ยง (เริ่มจาก </w:t>
            </w:r>
            <w:r w:rsidRPr="003470F5">
              <w:rPr>
                <w:rFonts w:ascii="TH SarabunPSK" w:hAnsi="TH SarabunPSK" w:cs="TH SarabunPSK" w:hint="cs"/>
                <w:sz w:val="32"/>
                <w:szCs w:val="32"/>
              </w:rPr>
              <w:t xml:space="preserve">P.4 </w:t>
            </w: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ที่ดูแลอยู่)</w:t>
            </w:r>
          </w:p>
        </w:tc>
        <w:tc>
          <w:tcPr>
            <w:tcW w:w="0" w:type="auto"/>
            <w:hideMark/>
          </w:tcPr>
          <w:p w14:paraId="231E1EC1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 / ครูอนามัย</w:t>
            </w:r>
          </w:p>
        </w:tc>
      </w:tr>
      <w:tr w:rsidR="003470F5" w:rsidRPr="003470F5" w14:paraId="53906EF9" w14:textId="77777777" w:rsidTr="003470F5">
        <w:tc>
          <w:tcPr>
            <w:tcW w:w="0" w:type="auto"/>
            <w:hideMark/>
          </w:tcPr>
          <w:p w14:paraId="5CCC484B" w14:textId="77777777" w:rsidR="003470F5" w:rsidRPr="003470F5" w:rsidRDefault="003470F5" w:rsidP="003470F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เมนูอาหารกลางวัน</w:t>
            </w:r>
          </w:p>
        </w:tc>
        <w:tc>
          <w:tcPr>
            <w:tcW w:w="0" w:type="auto"/>
            <w:hideMark/>
          </w:tcPr>
          <w:p w14:paraId="23FE5D5C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จัดทำเมนูอาหารที่ถูกหลักโภชนาการผ่านระบบ</w:t>
            </w:r>
            <w:r w:rsidRPr="003470F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3470F5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Thai School Lunch</w:t>
            </w:r>
            <w:r w:rsidRPr="003470F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เน้นสารอาหารครบ </w:t>
            </w:r>
            <w:r w:rsidRPr="003470F5">
              <w:rPr>
                <w:rFonts w:ascii="TH SarabunPSK" w:hAnsi="TH SarabunPSK" w:cs="TH SarabunPSK" w:hint="cs"/>
                <w:sz w:val="32"/>
                <w:szCs w:val="32"/>
              </w:rPr>
              <w:t xml:space="preserve">5 </w:t>
            </w: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หมู่</w:t>
            </w:r>
          </w:p>
        </w:tc>
        <w:tc>
          <w:tcPr>
            <w:tcW w:w="0" w:type="auto"/>
            <w:hideMark/>
          </w:tcPr>
          <w:p w14:paraId="70504C6A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ครูโภชนาการ / แม่ครัว</w:t>
            </w:r>
          </w:p>
        </w:tc>
      </w:tr>
      <w:tr w:rsidR="003470F5" w:rsidRPr="003470F5" w14:paraId="51629FFF" w14:textId="77777777" w:rsidTr="003470F5">
        <w:tc>
          <w:tcPr>
            <w:tcW w:w="0" w:type="auto"/>
            <w:hideMark/>
          </w:tcPr>
          <w:p w14:paraId="66FE3905" w14:textId="77777777" w:rsidR="003470F5" w:rsidRPr="003470F5" w:rsidRDefault="003470F5" w:rsidP="003470F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สร้างความรอบรู้ (</w:t>
            </w:r>
            <w:r w:rsidRPr="003470F5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Health Literacy)</w:t>
            </w:r>
          </w:p>
        </w:tc>
        <w:tc>
          <w:tcPr>
            <w:tcW w:w="0" w:type="auto"/>
            <w:hideMark/>
          </w:tcPr>
          <w:p w14:paraId="41DE6A9B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บูรณาการในวิชาวิทยาศาสตร์เรื่อง "สารอาหารและร่างกาย" เพื่อให้เด็กเลือกทานอาหารที่มีประโยชน์</w:t>
            </w:r>
          </w:p>
        </w:tc>
        <w:tc>
          <w:tcPr>
            <w:tcW w:w="0" w:type="auto"/>
            <w:hideMark/>
          </w:tcPr>
          <w:p w14:paraId="0CAC8478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ครูผู้สอนวิทยาศาสตร์</w:t>
            </w:r>
          </w:p>
        </w:tc>
      </w:tr>
    </w:tbl>
    <w:p w14:paraId="4F035ADD" w14:textId="77777777" w:rsidR="003470F5" w:rsidRPr="003470F5" w:rsidRDefault="003470F5" w:rsidP="003470F5">
      <w:pPr>
        <w:pStyle w:val="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54EFB039" w14:textId="77777777" w:rsidR="007A6367" w:rsidRPr="003470F5" w:rsidRDefault="007A6367" w:rsidP="003470F5">
      <w:pPr>
        <w:pStyle w:val="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3470F5">
        <w:rPr>
          <w:rFonts w:ascii="TH SarabunPSK" w:hAnsi="TH SarabunPSK" w:cs="TH SarabunPSK" w:hint="cs"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48"/>
        <w:gridCol w:w="5452"/>
        <w:gridCol w:w="2065"/>
      </w:tblGrid>
      <w:tr w:rsidR="003470F5" w:rsidRPr="003470F5" w14:paraId="7AF0646D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2C5B9FE8" w14:textId="77777777" w:rsidR="003470F5" w:rsidRPr="003470F5" w:rsidRDefault="003470F5" w:rsidP="003470F5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52125C2D" w14:textId="77777777" w:rsidR="003470F5" w:rsidRPr="003470F5" w:rsidRDefault="003470F5" w:rsidP="003470F5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2566FC79" w14:textId="77777777" w:rsidR="003470F5" w:rsidRPr="003470F5" w:rsidRDefault="003470F5" w:rsidP="003470F5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3470F5" w:rsidRPr="003470F5" w14:paraId="541C3321" w14:textId="77777777" w:rsidTr="003470F5">
        <w:tc>
          <w:tcPr>
            <w:tcW w:w="0" w:type="auto"/>
            <w:hideMark/>
          </w:tcPr>
          <w:p w14:paraId="168D840E" w14:textId="77777777" w:rsidR="003470F5" w:rsidRPr="003470F5" w:rsidRDefault="003470F5" w:rsidP="003470F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คลินิกโภชนาการ</w:t>
            </w:r>
          </w:p>
        </w:tc>
        <w:tc>
          <w:tcPr>
            <w:tcW w:w="0" w:type="auto"/>
            <w:hideMark/>
          </w:tcPr>
          <w:p w14:paraId="4E0FCD73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ให้คำปรึกษานักเรียนกลุ่มอ้วน/ผอม โดยกำหนดตารางการทานอาหารและออกกำลังกายที่ชัดเจน</w:t>
            </w:r>
          </w:p>
        </w:tc>
        <w:tc>
          <w:tcPr>
            <w:tcW w:w="0" w:type="auto"/>
            <w:hideMark/>
          </w:tcPr>
          <w:p w14:paraId="4F498FBD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ครูอนามัย / ครูพละ</w:t>
            </w:r>
          </w:p>
        </w:tc>
      </w:tr>
      <w:tr w:rsidR="003470F5" w:rsidRPr="003470F5" w14:paraId="1492F107" w14:textId="77777777" w:rsidTr="003470F5">
        <w:tc>
          <w:tcPr>
            <w:tcW w:w="0" w:type="auto"/>
            <w:hideMark/>
          </w:tcPr>
          <w:p w14:paraId="58E2614A" w14:textId="77777777" w:rsidR="003470F5" w:rsidRPr="003470F5" w:rsidRDefault="003470F5" w:rsidP="003470F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นมและอาหารเสริม</w:t>
            </w:r>
          </w:p>
        </w:tc>
        <w:tc>
          <w:tcPr>
            <w:tcW w:w="0" w:type="auto"/>
            <w:hideMark/>
          </w:tcPr>
          <w:p w14:paraId="7FBB27B9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กำกับติดตามให้นักเรียนกลุ่มโภชนาการต่ำได้รับนมโรงเรียนและอาหารเสริมอย่างต่อเนื่อง</w:t>
            </w:r>
          </w:p>
        </w:tc>
        <w:tc>
          <w:tcPr>
            <w:tcW w:w="0" w:type="auto"/>
            <w:hideMark/>
          </w:tcPr>
          <w:p w14:paraId="49EFEE3A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</w:tc>
      </w:tr>
      <w:tr w:rsidR="003470F5" w:rsidRPr="003470F5" w14:paraId="7E2371B1" w14:textId="77777777" w:rsidTr="003470F5">
        <w:tc>
          <w:tcPr>
            <w:tcW w:w="0" w:type="auto"/>
            <w:hideMark/>
          </w:tcPr>
          <w:p w14:paraId="643557BB" w14:textId="77777777" w:rsidR="003470F5" w:rsidRPr="003470F5" w:rsidRDefault="003470F5" w:rsidP="003470F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ประสานความร่วมมือบ้าน</w:t>
            </w:r>
          </w:p>
        </w:tc>
        <w:tc>
          <w:tcPr>
            <w:tcW w:w="0" w:type="auto"/>
            <w:hideMark/>
          </w:tcPr>
          <w:p w14:paraId="6D7397FE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ชี้แจงผู้ปกครองถึงผลการตรวจ และขอความร่วมมือในการลดอาหารหวาน มัน เค็ม เมื่ออยู่ที่บ้าน</w:t>
            </w:r>
          </w:p>
        </w:tc>
        <w:tc>
          <w:tcPr>
            <w:tcW w:w="0" w:type="auto"/>
            <w:hideMark/>
          </w:tcPr>
          <w:p w14:paraId="069ADD2B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 / ผู้ปกครอง</w:t>
            </w:r>
          </w:p>
        </w:tc>
      </w:tr>
    </w:tbl>
    <w:p w14:paraId="115CB36A" w14:textId="77777777" w:rsidR="003470F5" w:rsidRPr="003470F5" w:rsidRDefault="003470F5" w:rsidP="003470F5">
      <w:pPr>
        <w:pStyle w:val="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2D6288C5" w14:textId="77777777" w:rsidR="007A6367" w:rsidRPr="003470F5" w:rsidRDefault="007A6367" w:rsidP="003470F5">
      <w:pPr>
        <w:pStyle w:val="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3470F5">
        <w:rPr>
          <w:rFonts w:ascii="TH SarabunPSK" w:hAnsi="TH SarabunPSK" w:cs="TH SarabunPSK" w:hint="cs"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07"/>
        <w:gridCol w:w="5503"/>
        <w:gridCol w:w="1955"/>
      </w:tblGrid>
      <w:tr w:rsidR="008248DB" w:rsidRPr="003470F5" w14:paraId="69453729" w14:textId="77777777" w:rsidTr="008248DB">
        <w:trPr>
          <w:trHeight w:val="245"/>
          <w:tblHeader/>
        </w:trPr>
        <w:tc>
          <w:tcPr>
            <w:tcW w:w="1989" w:type="dxa"/>
            <w:shd w:val="clear" w:color="auto" w:fill="C5E0B3" w:themeFill="accent6" w:themeFillTint="66"/>
          </w:tcPr>
          <w:p w14:paraId="7EEF2CCD" w14:textId="77777777" w:rsidR="003470F5" w:rsidRPr="003470F5" w:rsidRDefault="003470F5" w:rsidP="003470F5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393" w:type="dxa"/>
            <w:shd w:val="clear" w:color="auto" w:fill="C5E0B3" w:themeFill="accent6" w:themeFillTint="66"/>
          </w:tcPr>
          <w:p w14:paraId="3896A324" w14:textId="77777777" w:rsidR="003470F5" w:rsidRPr="003470F5" w:rsidRDefault="003470F5" w:rsidP="003470F5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083" w:type="dxa"/>
            <w:shd w:val="clear" w:color="auto" w:fill="C5E0B3" w:themeFill="accent6" w:themeFillTint="66"/>
          </w:tcPr>
          <w:p w14:paraId="05FD80DC" w14:textId="77777777" w:rsidR="003470F5" w:rsidRPr="003470F5" w:rsidRDefault="003470F5" w:rsidP="003470F5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3470F5" w:rsidRPr="003470F5" w14:paraId="077EEC7E" w14:textId="77777777" w:rsidTr="003470F5">
        <w:tc>
          <w:tcPr>
            <w:tcW w:w="0" w:type="auto"/>
            <w:hideMark/>
          </w:tcPr>
          <w:p w14:paraId="57FF44DF" w14:textId="77777777" w:rsidR="003470F5" w:rsidRPr="003470F5" w:rsidRDefault="003470F5" w:rsidP="003470F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ติดตามผล (</w:t>
            </w:r>
            <w:r w:rsidRPr="003470F5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Follow-up)</w:t>
            </w:r>
          </w:p>
        </w:tc>
        <w:tc>
          <w:tcPr>
            <w:tcW w:w="0" w:type="auto"/>
            <w:hideMark/>
          </w:tcPr>
          <w:p w14:paraId="770216BE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ชั่งน้ำหนัก-วัดส่วนสูงกลุ่มเสี่ยงทุกเดือนเพื่อดูพัฒนาการและปรับแนวทางช่วยเหลือ</w:t>
            </w:r>
          </w:p>
        </w:tc>
        <w:tc>
          <w:tcPr>
            <w:tcW w:w="0" w:type="auto"/>
            <w:hideMark/>
          </w:tcPr>
          <w:p w14:paraId="262F8145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 / ครูอนามัย</w:t>
            </w:r>
          </w:p>
        </w:tc>
      </w:tr>
      <w:tr w:rsidR="003470F5" w:rsidRPr="003470F5" w14:paraId="426FCA88" w14:textId="77777777" w:rsidTr="003470F5">
        <w:tc>
          <w:tcPr>
            <w:tcW w:w="0" w:type="auto"/>
            <w:hideMark/>
          </w:tcPr>
          <w:p w14:paraId="2B4348A2" w14:textId="77777777" w:rsidR="003470F5" w:rsidRPr="003470F5" w:rsidRDefault="003470F5" w:rsidP="003470F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เชิดชูเกียรติ (</w:t>
            </w:r>
            <w:r w:rsidRPr="003470F5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Incentive)</w:t>
            </w:r>
          </w:p>
        </w:tc>
        <w:tc>
          <w:tcPr>
            <w:tcW w:w="0" w:type="auto"/>
            <w:hideMark/>
          </w:tcPr>
          <w:p w14:paraId="4F4644CB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มอบเกียรติบัตรหรือรางวัลให้นักเรียนที่มีพัฒนาการทางโภชนาการที่ดีขึ้นเพื่อสร้างแรงจูงใจ</w:t>
            </w:r>
          </w:p>
        </w:tc>
        <w:tc>
          <w:tcPr>
            <w:tcW w:w="0" w:type="auto"/>
            <w:hideMark/>
          </w:tcPr>
          <w:p w14:paraId="55CA06B2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ฝ่ายบริหาร / ครูแนะแนว</w:t>
            </w:r>
          </w:p>
        </w:tc>
      </w:tr>
      <w:tr w:rsidR="003470F5" w:rsidRPr="003470F5" w14:paraId="547DE97F" w14:textId="77777777" w:rsidTr="003470F5">
        <w:tc>
          <w:tcPr>
            <w:tcW w:w="0" w:type="auto"/>
            <w:hideMark/>
          </w:tcPr>
          <w:p w14:paraId="55B9A483" w14:textId="77777777" w:rsidR="003470F5" w:rsidRPr="003470F5" w:rsidRDefault="003470F5" w:rsidP="003470F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สรุปรายงานการปฏิบัติ</w:t>
            </w:r>
          </w:p>
        </w:tc>
        <w:tc>
          <w:tcPr>
            <w:tcW w:w="0" w:type="auto"/>
            <w:hideMark/>
          </w:tcPr>
          <w:p w14:paraId="4DE91F03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จัดทำรายงานเปรียบเทียบข้อมูลโภชนาการต้นปีและปลายปีเพื่อประเมินความสำเร็จของแผน</w:t>
            </w:r>
          </w:p>
        </w:tc>
        <w:tc>
          <w:tcPr>
            <w:tcW w:w="0" w:type="auto"/>
            <w:hideMark/>
          </w:tcPr>
          <w:p w14:paraId="0357A5BD" w14:textId="77777777" w:rsidR="003470F5" w:rsidRPr="003470F5" w:rsidRDefault="003470F5" w:rsidP="003470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70F5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ครูอนามัย</w:t>
            </w:r>
          </w:p>
        </w:tc>
      </w:tr>
    </w:tbl>
    <w:p w14:paraId="56695FE7" w14:textId="77777777" w:rsidR="003470F5" w:rsidRPr="00AC7BFD" w:rsidRDefault="003470F5" w:rsidP="003470F5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๓. ระยะเวลาในการป้องกัน</w:t>
      </w:r>
    </w:p>
    <w:p w14:paraId="2390FA76" w14:textId="77777777" w:rsidR="003470F5" w:rsidRPr="00AC7BFD" w:rsidRDefault="003470F5" w:rsidP="003470F5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0BE536AB" w14:textId="77777777" w:rsidR="003470F5" w:rsidRPr="00AC7BFD" w:rsidRDefault="003470F5" w:rsidP="003470F5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6F1B5ECE" w14:textId="77777777" w:rsidR="00413068" w:rsidRPr="00AC7BFD" w:rsidRDefault="00413068" w:rsidP="0041306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49E7095" w14:textId="77777777" w:rsidR="003470F5" w:rsidRPr="00AC7BFD" w:rsidRDefault="003470F5" w:rsidP="003470F5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69415017" w14:textId="77777777" w:rsidR="00D13085" w:rsidRDefault="00D13085" w:rsidP="00D13085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5ECFAB78" w14:textId="77777777" w:rsidR="0026741D" w:rsidRDefault="0026741D" w:rsidP="00E17A72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6920E43C" w14:textId="2CD157CF" w:rsidR="000C465C" w:rsidRPr="000C465C" w:rsidRDefault="000C465C" w:rsidP="000C465C">
      <w:pPr>
        <w:pStyle w:val="31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771A5406" wp14:editId="212420AA">
                <wp:simplePos x="0" y="0"/>
                <wp:positionH relativeFrom="column">
                  <wp:posOffset>1731145</wp:posOffset>
                </wp:positionH>
                <wp:positionV relativeFrom="paragraph">
                  <wp:posOffset>-8878</wp:posOffset>
                </wp:positionV>
                <wp:extent cx="2505710" cy="271780"/>
                <wp:effectExtent l="0" t="0" r="8890" b="7620"/>
                <wp:wrapNone/>
                <wp:docPr id="1645078600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B14297B" id="สี่เหลี่ยมผืนผ้ามุมมน 2" o:spid="_x0000_s1026" style="position:absolute;margin-left:136.3pt;margin-top:-.7pt;width:197.3pt;height:21.4pt;z-index:-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Pr="000C465C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แผนเผชิญเหตุ การใช้/พกพาบุหรี่ไฟฟ้า</w:t>
      </w:r>
    </w:p>
    <w:p w14:paraId="2DE0CDE1" w14:textId="77777777" w:rsidR="000C465C" w:rsidRPr="000C465C" w:rsidRDefault="000C465C" w:rsidP="00413558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0C465C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๑. วัตถุประสงค์</w:t>
      </w:r>
    </w:p>
    <w:p w14:paraId="1074EEFA" w14:textId="46A22BCD" w:rsidR="00413558" w:rsidRPr="00413558" w:rsidRDefault="00413558" w:rsidP="003E4827">
      <w:pPr>
        <w:pStyle w:val="af1"/>
        <w:numPr>
          <w:ilvl w:val="0"/>
          <w:numId w:val="21"/>
        </w:numPr>
        <w:rPr>
          <w:rFonts w:cs="TH SarabunPSK"/>
          <w:szCs w:val="32"/>
        </w:rPr>
      </w:pPr>
      <w:r w:rsidRPr="00413558">
        <w:rPr>
          <w:rFonts w:cs="TH SarabunPSK" w:hint="cs"/>
          <w:szCs w:val="32"/>
          <w:cs/>
          <w:lang w:bidi="th-TH"/>
        </w:rPr>
        <w:t>เพื่อตัดวงจรการแพร่ระบาดของบุหรี่ไฟฟ้าไม่ให้ขยายผลสู่กลุ่มนักเรียนคนอื่น</w:t>
      </w:r>
    </w:p>
    <w:p w14:paraId="7100B68C" w14:textId="7E37FFD3" w:rsidR="00413558" w:rsidRPr="00413558" w:rsidRDefault="00413558" w:rsidP="003E4827">
      <w:pPr>
        <w:pStyle w:val="af1"/>
        <w:numPr>
          <w:ilvl w:val="0"/>
          <w:numId w:val="21"/>
        </w:numPr>
        <w:rPr>
          <w:rFonts w:cs="TH SarabunPSK"/>
          <w:szCs w:val="32"/>
        </w:rPr>
      </w:pPr>
      <w:r w:rsidRPr="00413558">
        <w:rPr>
          <w:rFonts w:cs="TH SarabunPSK" w:hint="cs"/>
          <w:szCs w:val="32"/>
          <w:cs/>
          <w:lang w:bidi="th-TH"/>
        </w:rPr>
        <w:t xml:space="preserve">เพื่อสร้างระบบการดูแลช่วยเหลือนักเรียนที่ชัดเจน ไม่เน้นแค่การทำโทษ แต่เน้นการ </w:t>
      </w:r>
      <w:r w:rsidRPr="00413558">
        <w:rPr>
          <w:rFonts w:cs="TH SarabunPSK" w:hint="cs"/>
          <w:szCs w:val="32"/>
          <w:rtl/>
          <w:cs/>
        </w:rPr>
        <w:t>"</w:t>
      </w:r>
      <w:r w:rsidRPr="00413558">
        <w:rPr>
          <w:rFonts w:cs="TH SarabunPSK" w:hint="cs"/>
          <w:szCs w:val="32"/>
          <w:rtl/>
          <w:cs/>
          <w:lang w:bidi="th-TH"/>
        </w:rPr>
        <w:t>บำบัดและจูงใจ</w:t>
      </w:r>
      <w:r w:rsidRPr="00413558">
        <w:rPr>
          <w:rFonts w:cs="TH SarabunPSK" w:hint="cs"/>
          <w:szCs w:val="32"/>
          <w:rtl/>
          <w:cs/>
        </w:rPr>
        <w:t>"</w:t>
      </w:r>
    </w:p>
    <w:p w14:paraId="43680EDF" w14:textId="63646463" w:rsidR="00413558" w:rsidRPr="00413558" w:rsidRDefault="00413558" w:rsidP="003E4827">
      <w:pPr>
        <w:pStyle w:val="af1"/>
        <w:numPr>
          <w:ilvl w:val="0"/>
          <w:numId w:val="21"/>
        </w:numPr>
        <w:rPr>
          <w:rFonts w:cs="TH SarabunPSK"/>
          <w:szCs w:val="32"/>
        </w:rPr>
      </w:pPr>
      <w:r w:rsidRPr="00413558">
        <w:rPr>
          <w:rFonts w:cs="TH SarabunPSK" w:hint="cs"/>
          <w:szCs w:val="32"/>
          <w:cs/>
          <w:lang w:bidi="th-TH"/>
        </w:rPr>
        <w:t>เพื่อสร้างความร่วมมือที่เข้มแข็งระหว่างบ้านและโรงเรียน</w:t>
      </w:r>
    </w:p>
    <w:p w14:paraId="403C1A73" w14:textId="138A6418" w:rsidR="000C465C" w:rsidRPr="000C465C" w:rsidRDefault="000C465C" w:rsidP="00413558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0C465C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5CCF7B67" w14:textId="7B5671C4" w:rsidR="000C465C" w:rsidRPr="000C465C" w:rsidRDefault="000C465C" w:rsidP="00413558">
      <w:pPr>
        <w:pStyle w:val="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0C465C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๒.๑ การเตรียมการก่อนเกิดเหตุ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16"/>
        <w:gridCol w:w="4968"/>
        <w:gridCol w:w="2081"/>
      </w:tblGrid>
      <w:tr w:rsidR="00413558" w:rsidRPr="000C58F2" w14:paraId="5E6B3F9B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28D36ACC" w14:textId="77777777" w:rsidR="00413558" w:rsidRPr="000C58F2" w:rsidRDefault="0041355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51B4D3F3" w14:textId="77777777" w:rsidR="00413558" w:rsidRPr="000C58F2" w:rsidRDefault="0041355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2133E1D4" w14:textId="77777777" w:rsidR="00413558" w:rsidRPr="000C58F2" w:rsidRDefault="0041355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413558" w:rsidRPr="00413558" w14:paraId="088FC999" w14:textId="77777777" w:rsidTr="00413558">
        <w:tc>
          <w:tcPr>
            <w:tcW w:w="0" w:type="auto"/>
            <w:hideMark/>
          </w:tcPr>
          <w:p w14:paraId="073BBC64" w14:textId="77777777" w:rsidR="00413558" w:rsidRPr="00413558" w:rsidRDefault="00413558" w:rsidP="004135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มาตรการโรงเรียนปลอดบุหรี่</w:t>
            </w:r>
          </w:p>
        </w:tc>
        <w:tc>
          <w:tcPr>
            <w:tcW w:w="0" w:type="auto"/>
            <w:hideMark/>
          </w:tcPr>
          <w:p w14:paraId="19B70DA4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ติดป้ายประกาศเขตปลอดบุหรี่ไฟฟ้าทั่วบริเวณโรงเรียน และประกาศระเบียบวินัยให้ชัดเจน</w:t>
            </w:r>
          </w:p>
        </w:tc>
        <w:tc>
          <w:tcPr>
            <w:tcW w:w="0" w:type="auto"/>
            <w:hideMark/>
          </w:tcPr>
          <w:p w14:paraId="1E9300BB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 / ฝ่ายปกครอง</w:t>
            </w:r>
          </w:p>
        </w:tc>
      </w:tr>
      <w:tr w:rsidR="00413558" w:rsidRPr="00413558" w14:paraId="4299A420" w14:textId="77777777" w:rsidTr="00413558">
        <w:tc>
          <w:tcPr>
            <w:tcW w:w="0" w:type="auto"/>
            <w:hideMark/>
          </w:tcPr>
          <w:p w14:paraId="0F35A6E3" w14:textId="77777777" w:rsidR="00413558" w:rsidRPr="00413558" w:rsidRDefault="00413558" w:rsidP="004135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ระบบสุ่มตรวจ (</w:t>
            </w: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Security Check)</w:t>
            </w:r>
          </w:p>
        </w:tc>
        <w:tc>
          <w:tcPr>
            <w:tcW w:w="0" w:type="auto"/>
            <w:hideMark/>
          </w:tcPr>
          <w:p w14:paraId="184FFDB4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สุ่มตรวจกระเป๋า/ล็อคเกอร์ หรือจุดเสี่ยง เช่น ห้องน้ำ หลังอาคารเรียน อย่างสม่ำเสมอ</w:t>
            </w:r>
          </w:p>
        </w:tc>
        <w:tc>
          <w:tcPr>
            <w:tcW w:w="0" w:type="auto"/>
            <w:hideMark/>
          </w:tcPr>
          <w:p w14:paraId="4FC48E73" w14:textId="0E5AC26E" w:rsidR="00413558" w:rsidRPr="00413558" w:rsidRDefault="00413558" w:rsidP="00D1308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ครูฝ่ายปกครอง / </w:t>
            </w:r>
            <w:r w:rsidR="00D13085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</w:tc>
      </w:tr>
      <w:tr w:rsidR="00413558" w:rsidRPr="00413558" w14:paraId="4FC1DBCA" w14:textId="77777777" w:rsidTr="00413558">
        <w:tc>
          <w:tcPr>
            <w:tcW w:w="0" w:type="auto"/>
            <w:hideMark/>
          </w:tcPr>
          <w:p w14:paraId="1B3A2B01" w14:textId="77777777" w:rsidR="00413558" w:rsidRPr="00413558" w:rsidRDefault="00413558" w:rsidP="004135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การให้ความรู้ (</w:t>
            </w: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Curriculum)</w:t>
            </w:r>
          </w:p>
        </w:tc>
        <w:tc>
          <w:tcPr>
            <w:tcW w:w="0" w:type="auto"/>
            <w:hideMark/>
          </w:tcPr>
          <w:p w14:paraId="219094DD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สอดแทรกโทษของบุหรี่ไฟฟ้าในรายวิชาสุขศึกษา และกิจกรรมโฮมรูม</w:t>
            </w:r>
          </w:p>
        </w:tc>
        <w:tc>
          <w:tcPr>
            <w:tcW w:w="0" w:type="auto"/>
            <w:hideMark/>
          </w:tcPr>
          <w:p w14:paraId="42ABB169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ครูผู้สอน / ครูที่ปรึกษา</w:t>
            </w:r>
          </w:p>
        </w:tc>
      </w:tr>
      <w:tr w:rsidR="00413558" w:rsidRPr="00413558" w14:paraId="41213F02" w14:textId="77777777" w:rsidTr="00413558">
        <w:tc>
          <w:tcPr>
            <w:tcW w:w="0" w:type="auto"/>
            <w:hideMark/>
          </w:tcPr>
          <w:p w14:paraId="5B19BBA2" w14:textId="77777777" w:rsidR="00413558" w:rsidRPr="00413558" w:rsidRDefault="00413558" w:rsidP="004135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ระบบแจ้งเบาะแสลับ</w:t>
            </w:r>
          </w:p>
        </w:tc>
        <w:tc>
          <w:tcPr>
            <w:tcW w:w="0" w:type="auto"/>
            <w:hideMark/>
          </w:tcPr>
          <w:p w14:paraId="05401B3C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จัดทำกล่องรับความคิดเห็นหรือช่องทางออนไลน์ (</w:t>
            </w:r>
            <w:r w:rsidRPr="00413558">
              <w:rPr>
                <w:rFonts w:ascii="TH SarabunPSK" w:hAnsi="TH SarabunPSK" w:cs="TH SarabunPSK" w:hint="cs"/>
                <w:sz w:val="32"/>
                <w:szCs w:val="32"/>
              </w:rPr>
              <w:t xml:space="preserve">QR Code) </w:t>
            </w: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สำหรับแจ้งเบาะแสโดยไม่ระบุตัวตน</w:t>
            </w:r>
          </w:p>
        </w:tc>
        <w:tc>
          <w:tcPr>
            <w:tcW w:w="0" w:type="auto"/>
            <w:hideMark/>
          </w:tcPr>
          <w:p w14:paraId="0761770F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งานแนะแนว / สภานักเรียน</w:t>
            </w:r>
          </w:p>
        </w:tc>
      </w:tr>
    </w:tbl>
    <w:p w14:paraId="07B2A31A" w14:textId="195DC4BF" w:rsidR="000C465C" w:rsidRPr="00413558" w:rsidRDefault="000C465C" w:rsidP="00413558">
      <w:pPr>
        <w:pStyle w:val="4"/>
        <w:spacing w:after="0" w:afterAutospacing="0"/>
        <w:rPr>
          <w:rFonts w:ascii="TH SarabunPSK" w:hAnsi="TH SarabunPSK" w:cs="TH SarabunPSK"/>
          <w:sz w:val="32"/>
          <w:szCs w:val="32"/>
        </w:rPr>
      </w:pPr>
      <w:r w:rsidRPr="00413558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73"/>
        <w:gridCol w:w="5530"/>
        <w:gridCol w:w="2062"/>
      </w:tblGrid>
      <w:tr w:rsidR="00413558" w:rsidRPr="00413558" w14:paraId="343A93F2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7F985F0E" w14:textId="77777777" w:rsidR="00413558" w:rsidRPr="00413558" w:rsidRDefault="00413558" w:rsidP="0041355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1383A522" w14:textId="77777777" w:rsidR="00413558" w:rsidRPr="00413558" w:rsidRDefault="00413558" w:rsidP="0041355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3C62C55F" w14:textId="77777777" w:rsidR="00413558" w:rsidRPr="00413558" w:rsidRDefault="00413558" w:rsidP="0041355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413558" w:rsidRPr="00413558" w14:paraId="0272ECCA" w14:textId="77777777" w:rsidTr="00413558">
        <w:tc>
          <w:tcPr>
            <w:tcW w:w="0" w:type="auto"/>
            <w:hideMark/>
          </w:tcPr>
          <w:p w14:paraId="5AE1108F" w14:textId="77777777" w:rsidR="00413558" w:rsidRPr="00413558" w:rsidRDefault="00413558" w:rsidP="004135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การระงับเหตุ/ยึดอุปกรณ์</w:t>
            </w:r>
          </w:p>
        </w:tc>
        <w:tc>
          <w:tcPr>
            <w:tcW w:w="0" w:type="auto"/>
            <w:hideMark/>
          </w:tcPr>
          <w:p w14:paraId="07451219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เชิญตัวนักเรียนมาที่ห้องปกครอง ยึดอุปกรณ์ และถ่ายภาพเป็นหลักฐาน (ห้ามลงโทษด้วยวิธีรุนแรง)</w:t>
            </w:r>
          </w:p>
        </w:tc>
        <w:tc>
          <w:tcPr>
            <w:tcW w:w="0" w:type="auto"/>
            <w:hideMark/>
          </w:tcPr>
          <w:p w14:paraId="7FD3FBE1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ครูฝ่ายปกครอง</w:t>
            </w:r>
          </w:p>
        </w:tc>
      </w:tr>
      <w:tr w:rsidR="00413558" w:rsidRPr="00413558" w14:paraId="556E37BB" w14:textId="77777777" w:rsidTr="00413558">
        <w:tc>
          <w:tcPr>
            <w:tcW w:w="0" w:type="auto"/>
            <w:hideMark/>
          </w:tcPr>
          <w:p w14:paraId="0DF2B337" w14:textId="77777777" w:rsidR="00413558" w:rsidRPr="00413558" w:rsidRDefault="00413558" w:rsidP="004135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การบันทึกข้อมูล</w:t>
            </w:r>
          </w:p>
        </w:tc>
        <w:tc>
          <w:tcPr>
            <w:tcW w:w="0" w:type="auto"/>
            <w:hideMark/>
          </w:tcPr>
          <w:p w14:paraId="32D1F071" w14:textId="6959CAAA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จัดทำประวัติ บันทึกพฤติกรรม และให้นักเรียนชี้แจงแหล่งที่มาของบุหรี่ไฟฟ้า</w:t>
            </w:r>
          </w:p>
        </w:tc>
        <w:tc>
          <w:tcPr>
            <w:tcW w:w="0" w:type="auto"/>
            <w:hideMark/>
          </w:tcPr>
          <w:p w14:paraId="3B01F704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ครูฝ่ายปกครอง</w:t>
            </w:r>
          </w:p>
        </w:tc>
      </w:tr>
      <w:tr w:rsidR="00413558" w:rsidRPr="00413558" w14:paraId="6DF255CC" w14:textId="77777777" w:rsidTr="00413558">
        <w:tc>
          <w:tcPr>
            <w:tcW w:w="0" w:type="auto"/>
            <w:hideMark/>
          </w:tcPr>
          <w:p w14:paraId="005CF4A1" w14:textId="77777777" w:rsidR="00413558" w:rsidRPr="00413558" w:rsidRDefault="00413558" w:rsidP="004135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การแจ้งผู้ปกครอง</w:t>
            </w:r>
          </w:p>
        </w:tc>
        <w:tc>
          <w:tcPr>
            <w:tcW w:w="0" w:type="auto"/>
            <w:hideMark/>
          </w:tcPr>
          <w:p w14:paraId="092162FD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เชิญผู้ปกครองเข้าพบเพื่อรับทราบปัญหา และร่วมกันวางแผนแก้ไข (ไม่ใช่แค่แจ้งเพื่อลงโทษ)</w:t>
            </w:r>
          </w:p>
        </w:tc>
        <w:tc>
          <w:tcPr>
            <w:tcW w:w="0" w:type="auto"/>
            <w:hideMark/>
          </w:tcPr>
          <w:p w14:paraId="60DF349D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ครูที่ปรึกษา / ฝ่ายปกครอง</w:t>
            </w:r>
          </w:p>
        </w:tc>
      </w:tr>
      <w:tr w:rsidR="00413558" w:rsidRPr="00413558" w14:paraId="70C211F7" w14:textId="77777777" w:rsidTr="00413558">
        <w:tc>
          <w:tcPr>
            <w:tcW w:w="0" w:type="auto"/>
            <w:hideMark/>
          </w:tcPr>
          <w:p w14:paraId="04D25DD0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การประเมินเบื้องต้น</w:t>
            </w:r>
          </w:p>
        </w:tc>
        <w:tc>
          <w:tcPr>
            <w:tcW w:w="0" w:type="auto"/>
            <w:hideMark/>
          </w:tcPr>
          <w:p w14:paraId="15659ADB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ประเมินว่านักเรียนเป็น "ผู้ใช้ใหม่" หรือ "ผู้ติดรุนแรง" เพื่อส่งต่อข้อมูลให้งานอนามัย</w:t>
            </w:r>
          </w:p>
        </w:tc>
        <w:tc>
          <w:tcPr>
            <w:tcW w:w="0" w:type="auto"/>
            <w:hideMark/>
          </w:tcPr>
          <w:p w14:paraId="75F27010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ครูแนะแนว / ครูพยาบาล</w:t>
            </w:r>
          </w:p>
        </w:tc>
      </w:tr>
    </w:tbl>
    <w:p w14:paraId="28FF5DA4" w14:textId="39E31E85" w:rsidR="000C465C" w:rsidRPr="00413558" w:rsidRDefault="000C465C" w:rsidP="00413558">
      <w:pPr>
        <w:pStyle w:val="4"/>
        <w:spacing w:after="0" w:afterAutospacing="0"/>
        <w:rPr>
          <w:rFonts w:ascii="TH SarabunPSK" w:hAnsi="TH SarabunPSK" w:cs="TH SarabunPSK"/>
          <w:sz w:val="32"/>
          <w:szCs w:val="32"/>
        </w:rPr>
      </w:pPr>
      <w:r w:rsidRPr="00413558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52"/>
        <w:gridCol w:w="5151"/>
        <w:gridCol w:w="1962"/>
      </w:tblGrid>
      <w:tr w:rsidR="008248DB" w:rsidRPr="00413558" w14:paraId="57D8B5EB" w14:textId="77777777" w:rsidTr="008248DB">
        <w:trPr>
          <w:trHeight w:val="245"/>
        </w:trPr>
        <w:tc>
          <w:tcPr>
            <w:tcW w:w="2352" w:type="dxa"/>
            <w:shd w:val="clear" w:color="auto" w:fill="C5E0B3" w:themeFill="accent6" w:themeFillTint="66"/>
          </w:tcPr>
          <w:p w14:paraId="228C5555" w14:textId="77777777" w:rsidR="00413558" w:rsidRPr="00413558" w:rsidRDefault="00413558" w:rsidP="0041355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151" w:type="dxa"/>
            <w:shd w:val="clear" w:color="auto" w:fill="C5E0B3" w:themeFill="accent6" w:themeFillTint="66"/>
          </w:tcPr>
          <w:p w14:paraId="7CB25300" w14:textId="77777777" w:rsidR="00413558" w:rsidRPr="00413558" w:rsidRDefault="00413558" w:rsidP="0041355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1962" w:type="dxa"/>
            <w:shd w:val="clear" w:color="auto" w:fill="C5E0B3" w:themeFill="accent6" w:themeFillTint="66"/>
          </w:tcPr>
          <w:p w14:paraId="60271EE2" w14:textId="77777777" w:rsidR="00413558" w:rsidRPr="00413558" w:rsidRDefault="00413558" w:rsidP="0041355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413558" w:rsidRPr="00413558" w14:paraId="492FC654" w14:textId="77777777" w:rsidTr="00413558">
        <w:tc>
          <w:tcPr>
            <w:tcW w:w="0" w:type="auto"/>
            <w:hideMark/>
          </w:tcPr>
          <w:p w14:paraId="63EEE47C" w14:textId="77777777" w:rsidR="00413558" w:rsidRPr="00413558" w:rsidRDefault="00413558" w:rsidP="004135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กระบวนการช่วยเลิก (</w:t>
            </w: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Cessation)</w:t>
            </w:r>
          </w:p>
        </w:tc>
        <w:tc>
          <w:tcPr>
            <w:tcW w:w="0" w:type="auto"/>
            <w:hideMark/>
          </w:tcPr>
          <w:p w14:paraId="5EC04C53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ส่งต่อนักเรียนเข้าโครงการ "คลินิกสีขาว" หรือส่งต่อสถานพยาบาลเพื่อรับคำปรึกษาการเลิกนิโคติน</w:t>
            </w:r>
          </w:p>
        </w:tc>
        <w:tc>
          <w:tcPr>
            <w:tcW w:w="0" w:type="auto"/>
            <w:hideMark/>
          </w:tcPr>
          <w:p w14:paraId="123CFFD8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ครูพยาบาล / งานแนะแนว</w:t>
            </w:r>
          </w:p>
        </w:tc>
      </w:tr>
      <w:tr w:rsidR="00413558" w:rsidRPr="00413558" w14:paraId="5B1793E0" w14:textId="77777777" w:rsidTr="00413558">
        <w:tc>
          <w:tcPr>
            <w:tcW w:w="0" w:type="auto"/>
            <w:hideMark/>
          </w:tcPr>
          <w:p w14:paraId="48D85B95" w14:textId="77777777" w:rsidR="00413558" w:rsidRPr="00413558" w:rsidRDefault="00413558" w:rsidP="004135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ระบบเพื่อนช่วยเพื่อน</w:t>
            </w:r>
          </w:p>
        </w:tc>
        <w:tc>
          <w:tcPr>
            <w:tcW w:w="0" w:type="auto"/>
            <w:hideMark/>
          </w:tcPr>
          <w:p w14:paraId="2F3E3F84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มอบหมายให้นักเรียนแกนนำ (กลุ่มบัดดี้) ช่วยดูแลและชวนทำกิจกรรมเชิงบวก</w:t>
            </w:r>
          </w:p>
        </w:tc>
        <w:tc>
          <w:tcPr>
            <w:tcW w:w="0" w:type="auto"/>
            <w:hideMark/>
          </w:tcPr>
          <w:p w14:paraId="0217835F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ครูที่ปรึกษา / สภานักเรียน</w:t>
            </w:r>
          </w:p>
        </w:tc>
      </w:tr>
      <w:tr w:rsidR="00413558" w:rsidRPr="00413558" w14:paraId="3E7AFE3A" w14:textId="77777777" w:rsidTr="00413558">
        <w:tc>
          <w:tcPr>
            <w:tcW w:w="0" w:type="auto"/>
            <w:hideMark/>
          </w:tcPr>
          <w:p w14:paraId="3290D357" w14:textId="77777777" w:rsidR="00413558" w:rsidRPr="00413558" w:rsidRDefault="00413558" w:rsidP="004135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การติดตามผลต่อเนื่อง</w:t>
            </w:r>
          </w:p>
        </w:tc>
        <w:tc>
          <w:tcPr>
            <w:tcW w:w="0" w:type="auto"/>
            <w:hideMark/>
          </w:tcPr>
          <w:p w14:paraId="79088EB6" w14:textId="709EE3BC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สุ่มตรวจปัสสาวะ (ถ้าจำเป็น) และติดตามพฤติกรรมทุก </w:t>
            </w:r>
            <w:r w:rsidRPr="00413558">
              <w:rPr>
                <w:rFonts w:ascii="TH SarabunPSK" w:hAnsi="TH SarabunPSK" w:cs="TH SarabunPSK" w:hint="cs"/>
                <w:sz w:val="32"/>
                <w:szCs w:val="32"/>
              </w:rPr>
              <w:t xml:space="preserve">1 </w:t>
            </w: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เดือน เป็นเวลา </w:t>
            </w:r>
            <w:r w:rsidRPr="00413558">
              <w:rPr>
                <w:rFonts w:ascii="TH SarabunPSK" w:hAnsi="TH SarabunPSK" w:cs="TH SarabunPSK" w:hint="cs"/>
                <w:sz w:val="32"/>
                <w:szCs w:val="32"/>
              </w:rPr>
              <w:t xml:space="preserve">1 </w:t>
            </w: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ภาคเรียน</w:t>
            </w:r>
          </w:p>
        </w:tc>
        <w:tc>
          <w:tcPr>
            <w:tcW w:w="0" w:type="auto"/>
            <w:hideMark/>
          </w:tcPr>
          <w:p w14:paraId="5857E1B7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ครูฝ่ายปกครอง / ผู้ปกครอง</w:t>
            </w:r>
          </w:p>
        </w:tc>
      </w:tr>
      <w:tr w:rsidR="00413558" w:rsidRPr="00413558" w14:paraId="219ECD8E" w14:textId="77777777" w:rsidTr="00413558">
        <w:tc>
          <w:tcPr>
            <w:tcW w:w="0" w:type="auto"/>
            <w:hideMark/>
          </w:tcPr>
          <w:p w14:paraId="0F77BB42" w14:textId="77777777" w:rsidR="00413558" w:rsidRPr="00413558" w:rsidRDefault="00413558" w:rsidP="004135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สรุปรายงานสถานการณ์</w:t>
            </w:r>
          </w:p>
        </w:tc>
        <w:tc>
          <w:tcPr>
            <w:tcW w:w="0" w:type="auto"/>
            <w:hideMark/>
          </w:tcPr>
          <w:p w14:paraId="7F5791B0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วิเคราะห์แนวโน้มการระบาดในโรงเรียนเพื่อปรับปรุงแผนป้องกันในปีการศึกษาถัดไป</w:t>
            </w:r>
          </w:p>
        </w:tc>
        <w:tc>
          <w:tcPr>
            <w:tcW w:w="0" w:type="auto"/>
            <w:hideMark/>
          </w:tcPr>
          <w:p w14:paraId="5D7D0E6A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งานวินัยนักเรียน</w:t>
            </w:r>
          </w:p>
        </w:tc>
      </w:tr>
    </w:tbl>
    <w:p w14:paraId="5DF5BB59" w14:textId="07F5FB13" w:rsidR="00413558" w:rsidRPr="00AC7BFD" w:rsidRDefault="00413558" w:rsidP="00413558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๓. ระยะเวลาในการป้องกัน</w:t>
      </w:r>
    </w:p>
    <w:p w14:paraId="372133BC" w14:textId="77777777" w:rsidR="00413558" w:rsidRPr="00AC7BFD" w:rsidRDefault="00413558" w:rsidP="0041355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0FCA8B31" w14:textId="621F55DB" w:rsidR="00413558" w:rsidRPr="00AC7BFD" w:rsidRDefault="00413558" w:rsidP="00413558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2AD67ADC" w14:textId="77777777" w:rsidR="00413068" w:rsidRPr="00AC7BFD" w:rsidRDefault="00413068" w:rsidP="0041306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F067333" w14:textId="77777777" w:rsidR="00413558" w:rsidRPr="00AC7BFD" w:rsidRDefault="00413558" w:rsidP="00413558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4ECB2516" w14:textId="77777777" w:rsidR="00D13085" w:rsidRDefault="00D13085" w:rsidP="00D13085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31ED86D7" w14:textId="77777777" w:rsidR="00413558" w:rsidRDefault="00413558" w:rsidP="00E17A72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3403FE47" w14:textId="77777777" w:rsidR="00413558" w:rsidRDefault="00413558" w:rsidP="00E17A72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020D4B2C" w14:textId="77777777" w:rsidR="00413558" w:rsidRDefault="00413558" w:rsidP="00E17A72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09B74C4D" w14:textId="6EFD6FE9" w:rsidR="008248DB" w:rsidRDefault="008248DB" w:rsidP="00E17A72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0BBB34B6" w14:textId="43337DD9" w:rsidR="00D13085" w:rsidRDefault="00D13085" w:rsidP="00E17A72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296FC174" w14:textId="488D12D6" w:rsidR="00D13085" w:rsidRDefault="00D13085" w:rsidP="00E17A72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67188384" w14:textId="5F42DF01" w:rsidR="00D13085" w:rsidRDefault="00D13085" w:rsidP="00E17A72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23720826" w14:textId="49CB91E7" w:rsidR="00D13085" w:rsidRDefault="00D13085" w:rsidP="00E17A72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21A93A43" w14:textId="09DB0978" w:rsidR="00D13085" w:rsidRDefault="00D13085" w:rsidP="00E17A72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3306F891" w14:textId="1D531D38" w:rsidR="00D13085" w:rsidRDefault="00D13085" w:rsidP="00E17A72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1894C11E" w14:textId="49C89A05" w:rsidR="00D13085" w:rsidRDefault="00D13085" w:rsidP="00E17A72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2FC99D1D" w14:textId="77777777" w:rsidR="00D13085" w:rsidRDefault="00D13085" w:rsidP="00E17A72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33AD8633" w14:textId="46A92D9C" w:rsidR="008248DB" w:rsidRDefault="008248DB" w:rsidP="00E17A72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118E7EE1" w14:textId="212ED8DA" w:rsidR="005B6080" w:rsidRPr="008248DB" w:rsidRDefault="005B6080" w:rsidP="008248DB">
      <w:pPr>
        <w:pStyle w:val="1"/>
        <w:jc w:val="both"/>
        <w:rPr>
          <w:rFonts w:ascii="TH SarabunPSK" w:hAnsi="TH SarabunPSK" w:cs="TH SarabunPSK"/>
          <w:b/>
          <w:bCs/>
          <w:color w:val="70AD47" w:themeColor="accent6"/>
          <w:sz w:val="48"/>
          <w:szCs w:val="48"/>
        </w:rPr>
      </w:pPr>
      <w:r w:rsidRPr="008248DB">
        <w:rPr>
          <w:rFonts w:ascii="TH SarabunPSK" w:hAnsi="TH SarabunPSK" w:cs="TH SarabunPSK" w:hint="cs"/>
          <w:b/>
          <w:bCs/>
          <w:color w:val="70AD47" w:themeColor="accent6"/>
          <w:sz w:val="48"/>
          <w:szCs w:val="48"/>
          <w:cs/>
        </w:rPr>
        <w:lastRenderedPageBreak/>
        <w:t>ภัยที่เกิดจากการนำนักเรียนไปทัศนศึกษานอกสถานที่</w:t>
      </w:r>
    </w:p>
    <w:p w14:paraId="55982F81" w14:textId="77777777" w:rsidR="00413558" w:rsidRDefault="00413558" w:rsidP="0041355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88624CE" w14:textId="250D587D" w:rsidR="00C30172" w:rsidRDefault="008C512B" w:rsidP="0041355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512B">
        <w:rPr>
          <w:rFonts w:ascii="TH SarabunPSK" w:hAnsi="TH SarabunPSK" w:cs="TH SarabunPSK" w:hint="cs"/>
          <w:sz w:val="32"/>
          <w:szCs w:val="32"/>
          <w:cs/>
        </w:rPr>
        <w:t>การนำนักเรียนไปทัศนศึกษาหรือทำกิจกรรมนอกสถานที่ในปัจจุบันยังคงมีความเสี่ยงสูงจากอุบัติเหตุทางถนนที่เกิดจากมาตรฐานยานพาหนะและพนักงานขับรถที่ไม่สมบูรณ์ รวมถึงภัยจากการจัดการสถานที่ปลายทางที่ขาดความปลอดภัยเพียงพอ เช่น พื้นที่เสี่ยงภัยธรรมชาติหรือทางน้ำ นอกจากนี้ยังมีภัยจากการพลัดหลงและการดูแลที่ไม่ทั่วถึงของบุคลากร ซึ่งอาจนำไปสู่การสูญเสียหรือการคุกคามจากบุคคลภายนอก ภาครัฐจึงออกมาตรการบังคับให้โรงเรียนต้องมีการซักซ้อมแผนเผชิญเหตุและตรวจสอบความพร้อมตามเช็คลิสต์ความปลอดภัยอย่างเคร่งครัดก่อนการเดินทางทุกครั้ง เพื่อสร้างความมั่นใจและความปลอดภัยสูงสุดให้กับนักเรียนและผู้ปกครอง</w:t>
      </w:r>
    </w:p>
    <w:p w14:paraId="0C0879FF" w14:textId="77777777" w:rsidR="00D13085" w:rsidRPr="008C512B" w:rsidRDefault="00D13085" w:rsidP="0041355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3F48B15" w14:textId="505DE59F" w:rsidR="00C30172" w:rsidRPr="00413558" w:rsidRDefault="00C30172" w:rsidP="00332A8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2259157" w14:textId="193225DB" w:rsidR="005B6080" w:rsidRPr="005B6080" w:rsidRDefault="005B6080" w:rsidP="005B6080">
      <w:pPr>
        <w:pStyle w:val="1"/>
        <w:rPr>
          <w:rFonts w:ascii="TH SarabunPSK" w:hAnsi="TH SarabunPSK" w:cs="TH SarabunPSK"/>
          <w:b/>
          <w:bCs/>
          <w:color w:val="000000" w:themeColor="text1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015AF009" wp14:editId="0569E3FC">
                <wp:simplePos x="0" y="0"/>
                <wp:positionH relativeFrom="column">
                  <wp:posOffset>1504315</wp:posOffset>
                </wp:positionH>
                <wp:positionV relativeFrom="paragraph">
                  <wp:posOffset>-154940</wp:posOffset>
                </wp:positionV>
                <wp:extent cx="2640969" cy="329412"/>
                <wp:effectExtent l="0" t="0" r="13335" b="13970"/>
                <wp:wrapNone/>
                <wp:docPr id="898918600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0969" cy="329412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1703ED" w14:textId="3D9AAC61" w:rsidR="0071512F" w:rsidRPr="005B6080" w:rsidRDefault="0071512F" w:rsidP="005B60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B60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แผนเผชิญเหตุนำนักเรียนไปทัศนศึกษา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5AF009" id="_x0000_s1027" style="position:absolute;margin-left:118.45pt;margin-top:-12.2pt;width:207.95pt;height:25.95pt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3F1703ED" w14:textId="3D9AAC61" w:rsidR="0071512F" w:rsidRPr="005B6080" w:rsidRDefault="0071512F" w:rsidP="005B608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B608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แผนเผชิญเหตุนำนักเรียนไปทัศนศึกษา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EBB14E2" w14:textId="11543BE3" w:rsidR="005B6080" w:rsidRPr="00413558" w:rsidRDefault="005B6080" w:rsidP="00413558">
      <w:pPr>
        <w:pStyle w:val="2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413558">
        <w:rPr>
          <w:rFonts w:ascii="TH SarabunPSK" w:hAnsi="TH SarabunPSK" w:cs="TH SarabunPSK" w:hint="cs"/>
          <w:sz w:val="32"/>
          <w:szCs w:val="32"/>
          <w:cs/>
        </w:rPr>
        <w:t>๑</w:t>
      </w:r>
      <w:r w:rsidRPr="00413558">
        <w:rPr>
          <w:rFonts w:ascii="TH SarabunPSK" w:hAnsi="TH SarabunPSK" w:cs="TH SarabunPSK" w:hint="cs"/>
          <w:sz w:val="32"/>
          <w:szCs w:val="32"/>
        </w:rPr>
        <w:t xml:space="preserve">. </w:t>
      </w:r>
      <w:r w:rsidRPr="00413558">
        <w:rPr>
          <w:rFonts w:ascii="TH SarabunPSK" w:hAnsi="TH SarabunPSK" w:cs="TH SarabunPSK" w:hint="cs"/>
          <w:sz w:val="32"/>
          <w:szCs w:val="32"/>
          <w:cs/>
        </w:rPr>
        <w:t>วัตถุประสงค์</w:t>
      </w:r>
    </w:p>
    <w:p w14:paraId="5165B36B" w14:textId="4182B175" w:rsidR="00413558" w:rsidRPr="00413558" w:rsidRDefault="00413558" w:rsidP="003E4827">
      <w:pPr>
        <w:pStyle w:val="af1"/>
        <w:numPr>
          <w:ilvl w:val="0"/>
          <w:numId w:val="22"/>
        </w:numPr>
        <w:rPr>
          <w:rFonts w:cs="TH SarabunPSK"/>
          <w:szCs w:val="32"/>
        </w:rPr>
      </w:pPr>
      <w:r w:rsidRPr="00413558">
        <w:rPr>
          <w:rFonts w:cs="TH SarabunPSK" w:hint="cs"/>
          <w:szCs w:val="32"/>
          <w:cs/>
          <w:lang w:bidi="th-TH"/>
        </w:rPr>
        <w:t>เพื่อกำหนดแนวทางปฏิบัติที่เป็นมาตรฐานในการดูแลความปลอดภัยของนักเรียนระหว่างเดินทาง</w:t>
      </w:r>
    </w:p>
    <w:p w14:paraId="45A0F94C" w14:textId="03510199" w:rsidR="00413558" w:rsidRPr="00413558" w:rsidRDefault="00413558" w:rsidP="003E4827">
      <w:pPr>
        <w:pStyle w:val="af1"/>
        <w:numPr>
          <w:ilvl w:val="0"/>
          <w:numId w:val="22"/>
        </w:numPr>
        <w:rPr>
          <w:rFonts w:cs="TH SarabunPSK"/>
          <w:szCs w:val="32"/>
        </w:rPr>
      </w:pPr>
      <w:r w:rsidRPr="00413558">
        <w:rPr>
          <w:rFonts w:cs="TH SarabunPSK" w:hint="cs"/>
          <w:szCs w:val="32"/>
          <w:cs/>
          <w:lang w:bidi="th-TH"/>
        </w:rPr>
        <w:t>เพื่อให้ครูและบุคลากรสามารถแก้ไขสถานการณ์ฉุกเฉินได้อย่างมีสติและรวดเร็ว</w:t>
      </w:r>
    </w:p>
    <w:p w14:paraId="4B88A1E4" w14:textId="1772A602" w:rsidR="00413558" w:rsidRPr="00413558" w:rsidRDefault="00413558" w:rsidP="003E4827">
      <w:pPr>
        <w:pStyle w:val="af1"/>
        <w:numPr>
          <w:ilvl w:val="0"/>
          <w:numId w:val="22"/>
        </w:numPr>
        <w:rPr>
          <w:rFonts w:cs="TH SarabunPSK"/>
          <w:szCs w:val="32"/>
        </w:rPr>
      </w:pPr>
      <w:r w:rsidRPr="00413558">
        <w:rPr>
          <w:rFonts w:cs="TH SarabunPSK" w:hint="cs"/>
          <w:szCs w:val="32"/>
          <w:cs/>
          <w:lang w:bidi="th-TH"/>
        </w:rPr>
        <w:t>เพื่อลดความสูญเสียและสร้างความมั่นใจให้กับผู้ปกครอง</w:t>
      </w:r>
    </w:p>
    <w:p w14:paraId="38A27205" w14:textId="14DD798B" w:rsidR="005B6080" w:rsidRPr="00413558" w:rsidRDefault="005B6080" w:rsidP="00413558">
      <w:pPr>
        <w:pStyle w:val="2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413558">
        <w:rPr>
          <w:rFonts w:ascii="TH SarabunPSK" w:hAnsi="TH SarabunPSK" w:cs="TH SarabunPSK" w:hint="cs"/>
          <w:sz w:val="32"/>
          <w:szCs w:val="32"/>
          <w:cs/>
        </w:rPr>
        <w:t>๒</w:t>
      </w:r>
      <w:r w:rsidRPr="00413558">
        <w:rPr>
          <w:rFonts w:ascii="TH SarabunPSK" w:hAnsi="TH SarabunPSK" w:cs="TH SarabunPSK" w:hint="cs"/>
          <w:sz w:val="32"/>
          <w:szCs w:val="32"/>
        </w:rPr>
        <w:t xml:space="preserve">. </w:t>
      </w:r>
      <w:r w:rsidRPr="00413558">
        <w:rPr>
          <w:rFonts w:ascii="TH SarabunPSK" w:hAnsi="TH SarabunPSK" w:cs="TH SarabunPSK" w:hint="cs"/>
          <w:sz w:val="32"/>
          <w:szCs w:val="32"/>
          <w:cs/>
        </w:rPr>
        <w:t>รายละเอียดภารกิจและกิจกรรมที่ต้องดำเนินการ</w:t>
      </w:r>
    </w:p>
    <w:p w14:paraId="4AFD08AD" w14:textId="77777777" w:rsidR="005B6080" w:rsidRDefault="005B6080" w:rsidP="00413558">
      <w:pPr>
        <w:rPr>
          <w:rFonts w:ascii="TH SarabunPSK" w:hAnsi="TH SarabunPSK" w:cs="TH SarabunPSK"/>
          <w:sz w:val="32"/>
          <w:szCs w:val="32"/>
        </w:rPr>
      </w:pPr>
      <w:r w:rsidRPr="00413558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๒</w:t>
      </w:r>
      <w:r w:rsidRPr="00413558">
        <w:rPr>
          <w:rFonts w:ascii="TH SarabunPSK" w:eastAsia="TH SarabunPSK" w:hAnsi="TH SarabunPSK" w:cs="TH SarabunPSK" w:hint="cs"/>
          <w:b/>
          <w:sz w:val="32"/>
          <w:szCs w:val="32"/>
        </w:rPr>
        <w:t>.</w:t>
      </w:r>
      <w:r w:rsidRPr="00413558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๑</w:t>
      </w:r>
      <w:r w:rsidRPr="00413558">
        <w:rPr>
          <w:rFonts w:ascii="TH SarabunPSK" w:eastAsia="TH SarabunPSK" w:hAnsi="TH SarabunPSK" w:cs="TH SarabunPSK" w:hint="cs"/>
          <w:b/>
          <w:sz w:val="32"/>
          <w:szCs w:val="32"/>
        </w:rPr>
        <w:t xml:space="preserve"> </w:t>
      </w:r>
      <w:r w:rsidRPr="00413558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การเตรียมการก่อนเกิดเหตุ</w:t>
      </w:r>
    </w:p>
    <w:p w14:paraId="030E4626" w14:textId="77777777" w:rsidR="00413558" w:rsidRPr="00413558" w:rsidRDefault="00413558" w:rsidP="00413558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79"/>
        <w:gridCol w:w="5528"/>
        <w:gridCol w:w="2158"/>
      </w:tblGrid>
      <w:tr w:rsidR="00413558" w:rsidRPr="00413558" w14:paraId="58E6691D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2183B86B" w14:textId="77777777" w:rsidR="00413558" w:rsidRPr="00413558" w:rsidRDefault="0041355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55469A44" w14:textId="77777777" w:rsidR="00413558" w:rsidRPr="00413558" w:rsidRDefault="0041355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109901CA" w14:textId="77777777" w:rsidR="00413558" w:rsidRPr="00413558" w:rsidRDefault="0041355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413558" w:rsidRPr="00413558" w14:paraId="4C471EB2" w14:textId="77777777" w:rsidTr="00413558">
        <w:tc>
          <w:tcPr>
            <w:tcW w:w="0" w:type="auto"/>
            <w:hideMark/>
          </w:tcPr>
          <w:p w14:paraId="6FB89CE2" w14:textId="77777777" w:rsidR="00413558" w:rsidRPr="00413558" w:rsidRDefault="00413558" w:rsidP="004135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ตรวจสอบยานพาหนะ</w:t>
            </w:r>
          </w:p>
        </w:tc>
        <w:tc>
          <w:tcPr>
            <w:tcW w:w="0" w:type="auto"/>
            <w:hideMark/>
          </w:tcPr>
          <w:p w14:paraId="1867795F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ตรวจสภาพรถ (เบรก</w:t>
            </w:r>
            <w:r w:rsidRPr="00413558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ยาง</w:t>
            </w:r>
            <w:r w:rsidRPr="00413558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เข็มขัดนิรภัย</w:t>
            </w:r>
            <w:r w:rsidRPr="00413558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ทางออกฉุกเฉิน) และประวัติพนักงานขับรถ</w:t>
            </w:r>
          </w:p>
        </w:tc>
        <w:tc>
          <w:tcPr>
            <w:tcW w:w="0" w:type="auto"/>
            <w:hideMark/>
          </w:tcPr>
          <w:p w14:paraId="54A8014F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ฝ่ายบริหาร / หัวหน้าโครงการ</w:t>
            </w:r>
          </w:p>
        </w:tc>
      </w:tr>
      <w:tr w:rsidR="00413558" w:rsidRPr="00413558" w14:paraId="50E989DC" w14:textId="77777777" w:rsidTr="00413558">
        <w:tc>
          <w:tcPr>
            <w:tcW w:w="0" w:type="auto"/>
            <w:hideMark/>
          </w:tcPr>
          <w:p w14:paraId="5F717B30" w14:textId="77777777" w:rsidR="00413558" w:rsidRPr="00413558" w:rsidRDefault="00413558" w:rsidP="004135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ข้อมูลสุขภาพ/ประกัน</w:t>
            </w:r>
          </w:p>
        </w:tc>
        <w:tc>
          <w:tcPr>
            <w:tcW w:w="0" w:type="auto"/>
            <w:hideMark/>
          </w:tcPr>
          <w:p w14:paraId="1F8FC931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รวบรวมเบอร์ติดต่อฉุกเฉิน ประวัตินักเรียนที่แพ้ยา/มีโรคประจำตัว และจัดทำประกันอุบัติเหตุกลุ่ม</w:t>
            </w:r>
          </w:p>
        </w:tc>
        <w:tc>
          <w:tcPr>
            <w:tcW w:w="0" w:type="auto"/>
            <w:hideMark/>
          </w:tcPr>
          <w:p w14:paraId="6A260DBA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ครูที่ปรึกษา / ครูพยาบาล</w:t>
            </w:r>
          </w:p>
        </w:tc>
      </w:tr>
      <w:tr w:rsidR="00413558" w:rsidRPr="00413558" w14:paraId="103A47FF" w14:textId="77777777" w:rsidTr="00413558">
        <w:tc>
          <w:tcPr>
            <w:tcW w:w="0" w:type="auto"/>
            <w:hideMark/>
          </w:tcPr>
          <w:p w14:paraId="2A5AAF57" w14:textId="77777777" w:rsidR="00413558" w:rsidRPr="00413558" w:rsidRDefault="00413558" w:rsidP="004135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ซักซ้อมความเข้าใจ</w:t>
            </w:r>
          </w:p>
        </w:tc>
        <w:tc>
          <w:tcPr>
            <w:tcW w:w="0" w:type="auto"/>
            <w:hideMark/>
          </w:tcPr>
          <w:p w14:paraId="74055E17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อบรมวิธีใช้ทางออกฉุกเฉิน การใช้อุปกรณ์ดับเพลิง และจุดนัดพบเมื่อเกิดเหตุพลัดหลง</w:t>
            </w:r>
          </w:p>
        </w:tc>
        <w:tc>
          <w:tcPr>
            <w:tcW w:w="0" w:type="auto"/>
            <w:hideMark/>
          </w:tcPr>
          <w:p w14:paraId="0CF78F1F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ครูควบคุม / นักเรียนทุกคน</w:t>
            </w:r>
          </w:p>
        </w:tc>
      </w:tr>
      <w:tr w:rsidR="00413558" w:rsidRPr="00413558" w14:paraId="171B1E8D" w14:textId="77777777" w:rsidTr="00413558">
        <w:tc>
          <w:tcPr>
            <w:tcW w:w="0" w:type="auto"/>
            <w:hideMark/>
          </w:tcPr>
          <w:p w14:paraId="26E8A9CD" w14:textId="77777777" w:rsidR="00413558" w:rsidRPr="00413558" w:rsidRDefault="00413558" w:rsidP="004135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เตรียมอุปกรณ์ฉุกเฉิน</w:t>
            </w:r>
          </w:p>
        </w:tc>
        <w:tc>
          <w:tcPr>
            <w:tcW w:w="0" w:type="auto"/>
            <w:hideMark/>
          </w:tcPr>
          <w:p w14:paraId="46C6DEBC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จัดเตรียมกล่องปฐมพยาบาลเบื้องต้น (</w:t>
            </w:r>
            <w:r w:rsidRPr="00413558">
              <w:rPr>
                <w:rFonts w:ascii="TH SarabunPSK" w:hAnsi="TH SarabunPSK" w:cs="TH SarabunPSK" w:hint="cs"/>
                <w:sz w:val="32"/>
                <w:szCs w:val="32"/>
              </w:rPr>
              <w:t xml:space="preserve">First Aid Kit) </w:t>
            </w: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ประจำรถทุกคัน</w:t>
            </w:r>
          </w:p>
        </w:tc>
        <w:tc>
          <w:tcPr>
            <w:tcW w:w="0" w:type="auto"/>
            <w:hideMark/>
          </w:tcPr>
          <w:p w14:paraId="565BB427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ครูพยาบาล</w:t>
            </w:r>
          </w:p>
        </w:tc>
      </w:tr>
    </w:tbl>
    <w:p w14:paraId="7AA678F1" w14:textId="77777777" w:rsidR="005B6080" w:rsidRPr="00413558" w:rsidRDefault="005B6080" w:rsidP="005B6080">
      <w:pPr>
        <w:rPr>
          <w:rFonts w:ascii="TH SarabunPSK" w:eastAsia="TH SarabunPSK" w:hAnsi="TH SarabunPSK" w:cs="TH SarabunPSK"/>
          <w:b/>
          <w:sz w:val="32"/>
          <w:szCs w:val="32"/>
        </w:rPr>
      </w:pPr>
    </w:p>
    <w:p w14:paraId="07AACAE7" w14:textId="5F7AB693" w:rsidR="005B6080" w:rsidRPr="00413558" w:rsidRDefault="005B6080" w:rsidP="005B6080">
      <w:pPr>
        <w:rPr>
          <w:rFonts w:ascii="TH SarabunPSK" w:hAnsi="TH SarabunPSK" w:cs="TH SarabunPSK"/>
          <w:sz w:val="32"/>
          <w:szCs w:val="32"/>
        </w:rPr>
      </w:pPr>
      <w:r w:rsidRPr="00413558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๒</w:t>
      </w:r>
      <w:r w:rsidRPr="00413558">
        <w:rPr>
          <w:rFonts w:ascii="TH SarabunPSK" w:eastAsia="TH SarabunPSK" w:hAnsi="TH SarabunPSK" w:cs="TH SarabunPSK" w:hint="cs"/>
          <w:b/>
          <w:sz w:val="32"/>
          <w:szCs w:val="32"/>
        </w:rPr>
        <w:t>.</w:t>
      </w:r>
      <w:r w:rsidRPr="00413558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63"/>
        <w:gridCol w:w="5242"/>
        <w:gridCol w:w="2160"/>
      </w:tblGrid>
      <w:tr w:rsidR="00413558" w:rsidRPr="00413558" w14:paraId="281A7104" w14:textId="77777777" w:rsidTr="008248DB">
        <w:trPr>
          <w:trHeight w:val="245"/>
          <w:tblHeader/>
        </w:trPr>
        <w:tc>
          <w:tcPr>
            <w:tcW w:w="1642" w:type="dxa"/>
            <w:shd w:val="clear" w:color="auto" w:fill="C5E0B3" w:themeFill="accent6" w:themeFillTint="66"/>
          </w:tcPr>
          <w:p w14:paraId="742D5BEE" w14:textId="77777777" w:rsidR="00413558" w:rsidRPr="00413558" w:rsidRDefault="0041355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0B2CBB17" w14:textId="77777777" w:rsidR="00413558" w:rsidRPr="00413558" w:rsidRDefault="0041355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4E121E1F" w14:textId="77777777" w:rsidR="00413558" w:rsidRPr="00413558" w:rsidRDefault="0041355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413558" w:rsidRPr="00413558" w14:paraId="762D4331" w14:textId="77777777" w:rsidTr="00413558">
        <w:tc>
          <w:tcPr>
            <w:tcW w:w="0" w:type="auto"/>
            <w:hideMark/>
          </w:tcPr>
          <w:p w14:paraId="7465F3CE" w14:textId="77777777" w:rsidR="00413558" w:rsidRPr="00413558" w:rsidRDefault="00413558" w:rsidP="004135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การควบคุมสติ/อพยพ</w:t>
            </w:r>
          </w:p>
        </w:tc>
        <w:tc>
          <w:tcPr>
            <w:tcW w:w="0" w:type="auto"/>
            <w:hideMark/>
          </w:tcPr>
          <w:p w14:paraId="06471A94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ครูประจำรถต้องคุมสติ นำนักเรียนออกจากจุดเกิดเหตุไปยังพื้นที่ปลอดภัยทันที</w:t>
            </w:r>
          </w:p>
        </w:tc>
        <w:tc>
          <w:tcPr>
            <w:tcW w:w="0" w:type="auto"/>
            <w:hideMark/>
          </w:tcPr>
          <w:p w14:paraId="70D3533D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ครูประจำรถ</w:t>
            </w:r>
          </w:p>
        </w:tc>
      </w:tr>
      <w:tr w:rsidR="00413558" w:rsidRPr="00413558" w14:paraId="492497B3" w14:textId="77777777" w:rsidTr="00413558">
        <w:tc>
          <w:tcPr>
            <w:tcW w:w="0" w:type="auto"/>
            <w:hideMark/>
          </w:tcPr>
          <w:p w14:paraId="4177AEB4" w14:textId="77777777" w:rsidR="00413558" w:rsidRPr="00413558" w:rsidRDefault="00413558" w:rsidP="004135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การแจ้งเหตุ</w:t>
            </w:r>
          </w:p>
        </w:tc>
        <w:tc>
          <w:tcPr>
            <w:tcW w:w="0" w:type="auto"/>
            <w:hideMark/>
          </w:tcPr>
          <w:p w14:paraId="27760BA1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โทรแจ้งหน่วยฉุกเฉิน (</w:t>
            </w:r>
            <w:r w:rsidRPr="00413558">
              <w:rPr>
                <w:rFonts w:ascii="TH SarabunPSK" w:hAnsi="TH SarabunPSK" w:cs="TH SarabunPSK" w:hint="cs"/>
                <w:sz w:val="32"/>
                <w:szCs w:val="32"/>
              </w:rPr>
              <w:t xml:space="preserve">1669 / 191) </w:t>
            </w: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และรายงานผู้อำนวยการโรงเรียนทันที</w:t>
            </w:r>
          </w:p>
        </w:tc>
        <w:tc>
          <w:tcPr>
            <w:tcW w:w="0" w:type="auto"/>
            <w:hideMark/>
          </w:tcPr>
          <w:p w14:paraId="76A8E9F7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หัวหน้าคณะเดินทาง</w:t>
            </w:r>
          </w:p>
        </w:tc>
      </w:tr>
      <w:tr w:rsidR="00413558" w:rsidRPr="00413558" w14:paraId="2365343B" w14:textId="77777777" w:rsidTr="00413558">
        <w:tc>
          <w:tcPr>
            <w:tcW w:w="0" w:type="auto"/>
            <w:hideMark/>
          </w:tcPr>
          <w:p w14:paraId="1BDC8852" w14:textId="77777777" w:rsidR="00413558" w:rsidRPr="00413558" w:rsidRDefault="00413558" w:rsidP="004135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การปฐมพยาบาล</w:t>
            </w:r>
          </w:p>
        </w:tc>
        <w:tc>
          <w:tcPr>
            <w:tcW w:w="0" w:type="auto"/>
            <w:hideMark/>
          </w:tcPr>
          <w:p w14:paraId="7666608B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คัดแยกผู้บาดเจ็บและทำการปฐมพยาบาลเบื้องต้นตามลำดับความรุนแรง</w:t>
            </w:r>
          </w:p>
        </w:tc>
        <w:tc>
          <w:tcPr>
            <w:tcW w:w="0" w:type="auto"/>
            <w:hideMark/>
          </w:tcPr>
          <w:p w14:paraId="50929B86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ครูพยาบาล / ครูประจำรถ</w:t>
            </w:r>
          </w:p>
        </w:tc>
      </w:tr>
      <w:tr w:rsidR="00413558" w:rsidRPr="00413558" w14:paraId="76F69978" w14:textId="77777777" w:rsidTr="00413558">
        <w:tc>
          <w:tcPr>
            <w:tcW w:w="0" w:type="auto"/>
            <w:hideMark/>
          </w:tcPr>
          <w:p w14:paraId="7C917905" w14:textId="77777777" w:rsidR="00413558" w:rsidRPr="00413558" w:rsidRDefault="00413558" w:rsidP="004135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การนับจำนวน (</w:t>
            </w: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Roll Call)</w:t>
            </w:r>
          </w:p>
        </w:tc>
        <w:tc>
          <w:tcPr>
            <w:tcW w:w="0" w:type="auto"/>
            <w:hideMark/>
          </w:tcPr>
          <w:p w14:paraId="73DCC0DB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ตรวจสอบยอดนักเรียนตามบัญชีรายชื่อทุกครั้งที่มีการเปลี่ยนถ่ายรถหรือเคลื่อนย้าย</w:t>
            </w:r>
          </w:p>
        </w:tc>
        <w:tc>
          <w:tcPr>
            <w:tcW w:w="0" w:type="auto"/>
            <w:hideMark/>
          </w:tcPr>
          <w:p w14:paraId="76DF7E20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</w:tc>
      </w:tr>
    </w:tbl>
    <w:p w14:paraId="107BB076" w14:textId="77777777" w:rsidR="00413558" w:rsidRPr="00413558" w:rsidRDefault="00413558" w:rsidP="005B6080">
      <w:pPr>
        <w:rPr>
          <w:rFonts w:ascii="TH SarabunPSK" w:hAnsi="TH SarabunPSK" w:cs="TH SarabunPSK"/>
          <w:sz w:val="32"/>
          <w:szCs w:val="32"/>
        </w:rPr>
      </w:pPr>
    </w:p>
    <w:p w14:paraId="3EEB2787" w14:textId="02C23791" w:rsidR="005B6080" w:rsidRPr="00413558" w:rsidRDefault="005B6080" w:rsidP="005B6080">
      <w:pPr>
        <w:rPr>
          <w:rFonts w:ascii="TH SarabunPSK" w:hAnsi="TH SarabunPSK" w:cs="TH SarabunPSK"/>
          <w:sz w:val="32"/>
          <w:szCs w:val="32"/>
        </w:rPr>
      </w:pPr>
      <w:r w:rsidRPr="00413558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๒</w:t>
      </w:r>
      <w:r w:rsidRPr="00413558">
        <w:rPr>
          <w:rFonts w:ascii="TH SarabunPSK" w:eastAsia="TH SarabunPSK" w:hAnsi="TH SarabunPSK" w:cs="TH SarabunPSK" w:hint="cs"/>
          <w:b/>
          <w:sz w:val="32"/>
          <w:szCs w:val="32"/>
        </w:rPr>
        <w:t>.</w:t>
      </w:r>
      <w:r w:rsidRPr="00413558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24"/>
        <w:gridCol w:w="5630"/>
        <w:gridCol w:w="2111"/>
      </w:tblGrid>
      <w:tr w:rsidR="00413558" w:rsidRPr="00413558" w14:paraId="1554BE4B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39349294" w14:textId="77777777" w:rsidR="00413558" w:rsidRPr="00413558" w:rsidRDefault="0041355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30E80F0F" w14:textId="77777777" w:rsidR="00413558" w:rsidRPr="00413558" w:rsidRDefault="0041355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51967D60" w14:textId="77777777" w:rsidR="00413558" w:rsidRPr="00413558" w:rsidRDefault="0041355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413558" w:rsidRPr="00413558" w14:paraId="77FFE8C3" w14:textId="77777777" w:rsidTr="00413558">
        <w:tc>
          <w:tcPr>
            <w:tcW w:w="0" w:type="auto"/>
            <w:hideMark/>
          </w:tcPr>
          <w:p w14:paraId="036264C2" w14:textId="77777777" w:rsidR="00413558" w:rsidRPr="00413558" w:rsidRDefault="00413558" w:rsidP="004135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แจ้งข้อมูลผู้ปกครอง</w:t>
            </w:r>
          </w:p>
        </w:tc>
        <w:tc>
          <w:tcPr>
            <w:tcW w:w="0" w:type="auto"/>
            <w:hideMark/>
          </w:tcPr>
          <w:p w14:paraId="70C02411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ให้ข้อมูลข้อเท็จจริงตามสถานการณ์แก่ผู้ปกครองอย่างเป็นระบบ (ป้องกันข้อมูลคลาดเคลื่อน)</w:t>
            </w:r>
          </w:p>
        </w:tc>
        <w:tc>
          <w:tcPr>
            <w:tcW w:w="0" w:type="auto"/>
            <w:hideMark/>
          </w:tcPr>
          <w:p w14:paraId="163485DB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ผู้อำนวยการโรงเรียน</w:t>
            </w:r>
          </w:p>
        </w:tc>
      </w:tr>
      <w:tr w:rsidR="00413558" w:rsidRPr="00413558" w14:paraId="1E01FD72" w14:textId="77777777" w:rsidTr="00413558">
        <w:tc>
          <w:tcPr>
            <w:tcW w:w="0" w:type="auto"/>
            <w:hideMark/>
          </w:tcPr>
          <w:p w14:paraId="2F91889C" w14:textId="77777777" w:rsidR="00413558" w:rsidRPr="00413558" w:rsidRDefault="00413558" w:rsidP="004135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การดูแลเยียวยาจิตใจ</w:t>
            </w:r>
          </w:p>
        </w:tc>
        <w:tc>
          <w:tcPr>
            <w:tcW w:w="0" w:type="auto"/>
            <w:hideMark/>
          </w:tcPr>
          <w:p w14:paraId="7D32A79A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ติดตามอาการบาดเจ็บและเยียวยาสภาพจิตใจนักเรียนที่อยู่ในเหตุการณ์ (</w:t>
            </w:r>
            <w:r w:rsidRPr="00413558">
              <w:rPr>
                <w:rFonts w:ascii="TH SarabunPSK" w:hAnsi="TH SarabunPSK" w:cs="TH SarabunPSK" w:hint="cs"/>
                <w:sz w:val="32"/>
                <w:szCs w:val="32"/>
              </w:rPr>
              <w:t>Case Conference)</w:t>
            </w:r>
          </w:p>
        </w:tc>
        <w:tc>
          <w:tcPr>
            <w:tcW w:w="0" w:type="auto"/>
            <w:hideMark/>
          </w:tcPr>
          <w:p w14:paraId="1B54C478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ครูแนะแนว / นักจิตวิทยา</w:t>
            </w:r>
          </w:p>
        </w:tc>
      </w:tr>
      <w:tr w:rsidR="00413558" w:rsidRPr="00413558" w14:paraId="1AA31048" w14:textId="77777777" w:rsidTr="00413558">
        <w:tc>
          <w:tcPr>
            <w:tcW w:w="0" w:type="auto"/>
            <w:hideMark/>
          </w:tcPr>
          <w:p w14:paraId="4D64CDB0" w14:textId="77777777" w:rsidR="00413558" w:rsidRPr="00413558" w:rsidRDefault="00413558" w:rsidP="004135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สรุปรายงาน</w:t>
            </w:r>
          </w:p>
        </w:tc>
        <w:tc>
          <w:tcPr>
            <w:tcW w:w="0" w:type="auto"/>
            <w:hideMark/>
          </w:tcPr>
          <w:p w14:paraId="2F33B985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จัดทำรายงานสรุปเหตุการณ์ สาเหตุ และผลการจัดการ เพื่อเป็นแนวทางปรับปรุงในอนาคต</w:t>
            </w:r>
          </w:p>
        </w:tc>
        <w:tc>
          <w:tcPr>
            <w:tcW w:w="0" w:type="auto"/>
            <w:hideMark/>
          </w:tcPr>
          <w:p w14:paraId="6E610253" w14:textId="77777777" w:rsidR="00413558" w:rsidRPr="00413558" w:rsidRDefault="00413558" w:rsidP="004135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หัวหน้าโครงการ</w:t>
            </w:r>
          </w:p>
        </w:tc>
      </w:tr>
    </w:tbl>
    <w:p w14:paraId="18E58BE5" w14:textId="77777777" w:rsidR="00413558" w:rsidRPr="005B6080" w:rsidRDefault="00413558" w:rsidP="005B6080">
      <w:pPr>
        <w:rPr>
          <w:rFonts w:ascii="TH SarabunPSK" w:hAnsi="TH SarabunPSK" w:cs="TH SarabunPSK"/>
          <w:sz w:val="32"/>
          <w:szCs w:val="32"/>
        </w:rPr>
      </w:pPr>
    </w:p>
    <w:p w14:paraId="2E1E7900" w14:textId="77777777" w:rsidR="00413558" w:rsidRPr="00AC7BFD" w:rsidRDefault="00413558" w:rsidP="00413558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๓. ระยะเวลาในการป้องกัน</w:t>
      </w:r>
    </w:p>
    <w:p w14:paraId="6214C6F8" w14:textId="77777777" w:rsidR="00413558" w:rsidRPr="00AC7BFD" w:rsidRDefault="00413558" w:rsidP="0041355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52220D5B" w14:textId="77777777" w:rsidR="00413558" w:rsidRPr="00AC7BFD" w:rsidRDefault="00413558" w:rsidP="00413558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016E1015" w14:textId="77777777" w:rsidR="00413068" w:rsidRPr="00AC7BFD" w:rsidRDefault="00413068" w:rsidP="0041306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7155882" w14:textId="77777777" w:rsidR="00413558" w:rsidRPr="00AC7BFD" w:rsidRDefault="00413558" w:rsidP="00413558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๕. ผู้บัญชาการเหตุการณ์</w:t>
      </w:r>
    </w:p>
    <w:p w14:paraId="3FD668D5" w14:textId="0B674E1C" w:rsidR="00D13085" w:rsidRDefault="00D13085" w:rsidP="00D13085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152C3A4D" w14:textId="77777777" w:rsidR="00D13085" w:rsidRDefault="00D13085" w:rsidP="00D1308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1890049F" w14:textId="0E0A4288" w:rsidR="007339B2" w:rsidRPr="007339B2" w:rsidRDefault="007339B2" w:rsidP="00413558">
      <w:pPr>
        <w:pStyle w:val="1"/>
        <w:tabs>
          <w:tab w:val="left" w:pos="6120"/>
          <w:tab w:val="left" w:pos="7066"/>
        </w:tabs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622CF939" wp14:editId="0F15DB86">
                <wp:simplePos x="0" y="0"/>
                <wp:positionH relativeFrom="column">
                  <wp:posOffset>1797908</wp:posOffset>
                </wp:positionH>
                <wp:positionV relativeFrom="paragraph">
                  <wp:posOffset>98854</wp:posOffset>
                </wp:positionV>
                <wp:extent cx="2928551" cy="376881"/>
                <wp:effectExtent l="0" t="0" r="18415" b="17145"/>
                <wp:wrapNone/>
                <wp:docPr id="86988326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8551" cy="376881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096C41" w14:textId="230DC098" w:rsidR="0071512F" w:rsidRPr="005B6080" w:rsidRDefault="0071512F" w:rsidP="007339B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B60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แผนเผชิญเหตุ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กรณีอุบัติเหตุบนรถทัศนศึกษา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2CF939" id="_x0000_s1028" style="position:absolute;margin-left:141.55pt;margin-top:7.8pt;width:230.6pt;height:29.7pt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4C096C41" w14:textId="230DC098" w:rsidR="0071512F" w:rsidRPr="005B6080" w:rsidRDefault="0071512F" w:rsidP="007339B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B608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แผนเผชิญเหตุ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กรณีอุบัติเหตุบนรถทัศนศึกษา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PSK" w:hAnsi="TH SarabunPSK" w:cs="TH SarabunPSK"/>
          <w:szCs w:val="32"/>
        </w:rPr>
        <w:tab/>
      </w:r>
      <w:r w:rsidR="00413558">
        <w:rPr>
          <w:rFonts w:ascii="TH SarabunPSK" w:hAnsi="TH SarabunPSK" w:cs="TH SarabunPSK"/>
          <w:szCs w:val="32"/>
        </w:rPr>
        <w:tab/>
      </w:r>
    </w:p>
    <w:p w14:paraId="3067DFF5" w14:textId="77777777" w:rsidR="00D13085" w:rsidRDefault="00D13085" w:rsidP="00413558">
      <w:pPr>
        <w:pStyle w:val="21"/>
        <w:tabs>
          <w:tab w:val="left" w:pos="5546"/>
        </w:tabs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680DF5EA" w14:textId="791186A8" w:rsidR="007339B2" w:rsidRPr="00413558" w:rsidRDefault="007339B2" w:rsidP="00413558">
      <w:pPr>
        <w:pStyle w:val="21"/>
        <w:tabs>
          <w:tab w:val="left" w:pos="5546"/>
        </w:tabs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413558">
        <w:rPr>
          <w:rFonts w:ascii="TH SarabunPSK" w:hAnsi="TH SarabunPSK" w:cs="TH SarabunPSK" w:hint="cs"/>
          <w:sz w:val="32"/>
          <w:szCs w:val="32"/>
          <w:cs/>
        </w:rPr>
        <w:t>๑</w:t>
      </w:r>
      <w:r w:rsidRPr="00413558">
        <w:rPr>
          <w:rFonts w:ascii="TH SarabunPSK" w:hAnsi="TH SarabunPSK" w:cs="TH SarabunPSK" w:hint="cs"/>
          <w:sz w:val="32"/>
          <w:szCs w:val="32"/>
        </w:rPr>
        <w:t xml:space="preserve">. </w:t>
      </w:r>
      <w:r w:rsidRPr="00413558">
        <w:rPr>
          <w:rFonts w:ascii="TH SarabunPSK" w:hAnsi="TH SarabunPSK" w:cs="TH SarabunPSK" w:hint="cs"/>
          <w:sz w:val="32"/>
          <w:szCs w:val="32"/>
          <w:cs/>
        </w:rPr>
        <w:t>วัตถุประสงค์</w:t>
      </w:r>
      <w:r w:rsidRPr="00413558">
        <w:rPr>
          <w:rFonts w:ascii="TH SarabunPSK" w:hAnsi="TH SarabunPSK" w:cs="TH SarabunPSK" w:hint="cs"/>
          <w:sz w:val="32"/>
          <w:szCs w:val="32"/>
        </w:rPr>
        <w:tab/>
      </w:r>
    </w:p>
    <w:p w14:paraId="248CEA00" w14:textId="641FAB92" w:rsidR="00413558" w:rsidRPr="00413558" w:rsidRDefault="00413558" w:rsidP="003E4827">
      <w:pPr>
        <w:pStyle w:val="af1"/>
        <w:numPr>
          <w:ilvl w:val="0"/>
          <w:numId w:val="23"/>
        </w:numPr>
        <w:rPr>
          <w:rFonts w:cs="TH SarabunPSK"/>
          <w:szCs w:val="32"/>
        </w:rPr>
      </w:pPr>
      <w:r w:rsidRPr="00413558">
        <w:rPr>
          <w:rFonts w:cs="TH SarabunPSK" w:hint="cs"/>
          <w:szCs w:val="32"/>
          <w:cs/>
          <w:lang w:bidi="th-TH"/>
        </w:rPr>
        <w:t>เพื่อให้เกิดกระบวนการอพยพนักเรียนออกจากรถอย่างปลอดภัยและรวดเร็วที่สุด</w:t>
      </w:r>
    </w:p>
    <w:p w14:paraId="4CF9D565" w14:textId="6C6082E8" w:rsidR="00413558" w:rsidRPr="00413558" w:rsidRDefault="00413558" w:rsidP="003E4827">
      <w:pPr>
        <w:pStyle w:val="af1"/>
        <w:numPr>
          <w:ilvl w:val="0"/>
          <w:numId w:val="23"/>
        </w:numPr>
        <w:rPr>
          <w:rFonts w:cs="TH SarabunPSK"/>
          <w:szCs w:val="32"/>
        </w:rPr>
      </w:pPr>
      <w:r w:rsidRPr="00413558">
        <w:rPr>
          <w:rFonts w:cs="TH SarabunPSK" w:hint="cs"/>
          <w:szCs w:val="32"/>
          <w:cs/>
          <w:lang w:bidi="th-TH"/>
        </w:rPr>
        <w:t>เพื่อประสานงานกับหน่วยงานกู้ชีพกู้ภัยได้อย่างมีประสิทธิภาพ</w:t>
      </w:r>
    </w:p>
    <w:p w14:paraId="277C63E7" w14:textId="1CA758F8" w:rsidR="00413558" w:rsidRDefault="00413558" w:rsidP="003E4827">
      <w:pPr>
        <w:pStyle w:val="af1"/>
        <w:numPr>
          <w:ilvl w:val="0"/>
          <w:numId w:val="23"/>
        </w:numPr>
        <w:rPr>
          <w:rFonts w:cs="TH SarabunPSK"/>
          <w:szCs w:val="32"/>
        </w:rPr>
      </w:pPr>
      <w:r w:rsidRPr="00413558">
        <w:rPr>
          <w:rFonts w:cs="TH SarabunPSK" w:hint="cs"/>
          <w:szCs w:val="32"/>
          <w:cs/>
          <w:lang w:bidi="th-TH"/>
        </w:rPr>
        <w:t>เพื่อลดความตื่นตระหนกและบริหารจัดการสถานการณ์วิกฤตได้อย่างเป็นระบบ</w:t>
      </w:r>
    </w:p>
    <w:p w14:paraId="5B0CD98A" w14:textId="77777777" w:rsidR="009C5905" w:rsidRPr="009C5905" w:rsidRDefault="009C5905" w:rsidP="009C5905">
      <w:pPr>
        <w:rPr>
          <w:rFonts w:cs="TH SarabunPSK"/>
          <w:szCs w:val="32"/>
        </w:rPr>
      </w:pPr>
    </w:p>
    <w:p w14:paraId="1B5DFB0B" w14:textId="77777777" w:rsidR="007339B2" w:rsidRDefault="007339B2" w:rsidP="00413558">
      <w:pPr>
        <w:pStyle w:val="2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413558">
        <w:rPr>
          <w:rFonts w:ascii="TH SarabunPSK" w:hAnsi="TH SarabunPSK" w:cs="TH SarabunPSK" w:hint="cs"/>
          <w:sz w:val="32"/>
          <w:szCs w:val="32"/>
          <w:cs/>
        </w:rPr>
        <w:t>๒</w:t>
      </w:r>
      <w:r w:rsidRPr="00413558">
        <w:rPr>
          <w:rFonts w:ascii="TH SarabunPSK" w:hAnsi="TH SarabunPSK" w:cs="TH SarabunPSK" w:hint="cs"/>
          <w:sz w:val="32"/>
          <w:szCs w:val="32"/>
        </w:rPr>
        <w:t xml:space="preserve">. </w:t>
      </w:r>
      <w:r w:rsidRPr="00413558">
        <w:rPr>
          <w:rFonts w:ascii="TH SarabunPSK" w:hAnsi="TH SarabunPSK" w:cs="TH SarabunPSK" w:hint="cs"/>
          <w:sz w:val="32"/>
          <w:szCs w:val="32"/>
          <w:cs/>
        </w:rPr>
        <w:t>รายละเอียดภารกิจและกิจกรรมที่ต้องดำเนินการ</w:t>
      </w:r>
    </w:p>
    <w:p w14:paraId="00CC77ED" w14:textId="71E17109" w:rsidR="00D13085" w:rsidRDefault="00D13085" w:rsidP="00413558">
      <w:pPr>
        <w:pStyle w:val="2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70BA5D07" w14:textId="0D5BCBB6" w:rsidR="00D13085" w:rsidRPr="009C5905" w:rsidRDefault="00D13085" w:rsidP="00413558">
      <w:pPr>
        <w:pStyle w:val="2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15A2C136" w14:textId="77777777" w:rsidR="00D13085" w:rsidRPr="00413558" w:rsidRDefault="00D13085" w:rsidP="00413558">
      <w:pPr>
        <w:pStyle w:val="2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7F749DE6" w14:textId="77777777" w:rsidR="007339B2" w:rsidRPr="00413558" w:rsidRDefault="007339B2" w:rsidP="00413558">
      <w:pPr>
        <w:rPr>
          <w:rFonts w:ascii="TH SarabunPSK" w:hAnsi="TH SarabunPSK" w:cs="TH SarabunPSK"/>
          <w:sz w:val="32"/>
          <w:szCs w:val="32"/>
        </w:rPr>
      </w:pPr>
      <w:r w:rsidRPr="00413558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๒</w:t>
      </w:r>
      <w:r w:rsidRPr="00413558">
        <w:rPr>
          <w:rFonts w:ascii="TH SarabunPSK" w:eastAsia="TH SarabunPSK" w:hAnsi="TH SarabunPSK" w:cs="TH SarabunPSK" w:hint="cs"/>
          <w:b/>
          <w:sz w:val="32"/>
          <w:szCs w:val="32"/>
        </w:rPr>
        <w:t>.</w:t>
      </w:r>
      <w:r w:rsidRPr="00413558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๑ การเตรียมการก่อนเกิดเหตุ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4427"/>
        <w:gridCol w:w="1924"/>
      </w:tblGrid>
      <w:tr w:rsidR="007339B2" w:rsidRPr="007339B2" w14:paraId="1CB10405" w14:textId="77777777" w:rsidTr="008248DB">
        <w:tc>
          <w:tcPr>
            <w:tcW w:w="3114" w:type="dxa"/>
            <w:shd w:val="clear" w:color="auto" w:fill="C5E0B3" w:themeFill="accent6" w:themeFillTint="66"/>
          </w:tcPr>
          <w:p w14:paraId="37DA76A4" w14:textId="77777777" w:rsidR="007339B2" w:rsidRPr="007339B2" w:rsidRDefault="007339B2" w:rsidP="007339B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427" w:type="dxa"/>
            <w:shd w:val="clear" w:color="auto" w:fill="C5E0B3" w:themeFill="accent6" w:themeFillTint="66"/>
          </w:tcPr>
          <w:p w14:paraId="5306559B" w14:textId="77777777" w:rsidR="007339B2" w:rsidRPr="007339B2" w:rsidRDefault="007339B2" w:rsidP="007339B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1924" w:type="dxa"/>
            <w:shd w:val="clear" w:color="auto" w:fill="C5E0B3" w:themeFill="accent6" w:themeFillTint="66"/>
          </w:tcPr>
          <w:p w14:paraId="350F07F5" w14:textId="77777777" w:rsidR="007339B2" w:rsidRPr="007339B2" w:rsidRDefault="007339B2" w:rsidP="007339B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7339B2" w:rsidRPr="007339B2" w14:paraId="3A546AB4" w14:textId="77777777" w:rsidTr="00413558">
        <w:tc>
          <w:tcPr>
            <w:tcW w:w="3114" w:type="dxa"/>
          </w:tcPr>
          <w:p w14:paraId="4DF3E844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คัดเลือกและตรวจสอบยานพาหนะ</w:t>
            </w:r>
          </w:p>
        </w:tc>
        <w:tc>
          <w:tcPr>
            <w:tcW w:w="4427" w:type="dxa"/>
          </w:tcPr>
          <w:p w14:paraId="2122583D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ตรวจสภาพรถและประวัติการให้บริการของบริษัทขนส่ง</w:t>
            </w:r>
          </w:p>
        </w:tc>
        <w:tc>
          <w:tcPr>
            <w:tcW w:w="1924" w:type="dxa"/>
          </w:tcPr>
          <w:p w14:paraId="3D9FE657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คณะทำงานจัดกิจกรรม</w:t>
            </w:r>
          </w:p>
        </w:tc>
      </w:tr>
      <w:tr w:rsidR="007339B2" w:rsidRPr="007339B2" w14:paraId="7B9E138E" w14:textId="77777777" w:rsidTr="00413558">
        <w:tc>
          <w:tcPr>
            <w:tcW w:w="3114" w:type="dxa"/>
          </w:tcPr>
          <w:p w14:paraId="538E3FB9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จัดให้มีเจ้าหน้าที่ควบคุมความปลอดภัย</w:t>
            </w:r>
          </w:p>
        </w:tc>
        <w:tc>
          <w:tcPr>
            <w:tcW w:w="4427" w:type="dxa"/>
          </w:tcPr>
          <w:p w14:paraId="132F8F3A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กำหนดผู้ควบคุมรถแต่ละคัน พร้อมเบอร์ติดต่อฉุกเฉิน</w:t>
            </w:r>
          </w:p>
        </w:tc>
        <w:tc>
          <w:tcPr>
            <w:tcW w:w="1924" w:type="dxa"/>
          </w:tcPr>
          <w:p w14:paraId="22965094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ครูผู้ควบคุมรถ</w:t>
            </w:r>
          </w:p>
        </w:tc>
      </w:tr>
      <w:tr w:rsidR="007339B2" w:rsidRPr="007339B2" w14:paraId="0ADA6344" w14:textId="77777777" w:rsidTr="00413558">
        <w:tc>
          <w:tcPr>
            <w:tcW w:w="3114" w:type="dxa"/>
          </w:tcPr>
          <w:p w14:paraId="7A612DF6" w14:textId="7F6D9FF0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จัดเตรียมอุปกรณ์ปฐมพยาบาลและเบอร์ติดต่อหน่วยงานฉุกเฉิน</w:t>
            </w:r>
          </w:p>
        </w:tc>
        <w:tc>
          <w:tcPr>
            <w:tcW w:w="4427" w:type="dxa"/>
          </w:tcPr>
          <w:p w14:paraId="7D2D2E79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ติดตั้งไว้ในรถและแจ้งหมายเลขสำคัญล่วงหน้า</w:t>
            </w:r>
          </w:p>
        </w:tc>
        <w:tc>
          <w:tcPr>
            <w:tcW w:w="1924" w:type="dxa"/>
          </w:tcPr>
          <w:p w14:paraId="495CDEC1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บริษัทเดินรถ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</w:rPr>
              <w:t>/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ครูผู้ควบคุม</w:t>
            </w:r>
          </w:p>
        </w:tc>
      </w:tr>
      <w:tr w:rsidR="007339B2" w:rsidRPr="007339B2" w14:paraId="35B6E60B" w14:textId="77777777" w:rsidTr="00413558">
        <w:tc>
          <w:tcPr>
            <w:tcW w:w="3114" w:type="dxa"/>
          </w:tcPr>
          <w:p w14:paraId="771ED050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ซักซ้อมแนวทางปฏิบัติเหตุฉุกเฉิน</w:t>
            </w:r>
          </w:p>
        </w:tc>
        <w:tc>
          <w:tcPr>
            <w:tcW w:w="4427" w:type="dxa"/>
          </w:tcPr>
          <w:p w14:paraId="742A7822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ให้ครูและนักเรียนรู้ขั้นตอนการอพยพ การแจ้งเหตุ และการช่วยเหลือตัวเอง</w:t>
            </w:r>
          </w:p>
        </w:tc>
        <w:tc>
          <w:tcPr>
            <w:tcW w:w="1924" w:type="dxa"/>
          </w:tcPr>
          <w:p w14:paraId="1C4F9FEC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คณะทำงานและครูประจำชั้น</w:t>
            </w:r>
          </w:p>
        </w:tc>
      </w:tr>
    </w:tbl>
    <w:p w14:paraId="11BD9D8A" w14:textId="77777777" w:rsidR="007339B2" w:rsidRDefault="007339B2" w:rsidP="007339B2">
      <w:pPr>
        <w:rPr>
          <w:rFonts w:ascii="TH SarabunPSK" w:eastAsia="TH SarabunPSK" w:hAnsi="TH SarabunPSK" w:cs="TH SarabunPSK"/>
          <w:b/>
          <w:sz w:val="32"/>
          <w:szCs w:val="32"/>
        </w:rPr>
      </w:pPr>
    </w:p>
    <w:p w14:paraId="44A40E82" w14:textId="311F1D8E" w:rsidR="007339B2" w:rsidRPr="007339B2" w:rsidRDefault="007339B2" w:rsidP="007339B2">
      <w:pPr>
        <w:rPr>
          <w:rFonts w:ascii="TH SarabunPSK" w:hAnsi="TH SarabunPSK" w:cs="TH SarabunPSK"/>
          <w:sz w:val="32"/>
          <w:szCs w:val="32"/>
        </w:rPr>
      </w:pPr>
      <w:r w:rsidRPr="007339B2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๒</w:t>
      </w:r>
      <w:r w:rsidRPr="007339B2">
        <w:rPr>
          <w:rFonts w:ascii="TH SarabunPSK" w:eastAsia="TH SarabunPSK" w:hAnsi="TH SarabunPSK" w:cs="TH SarabunPSK" w:hint="cs"/>
          <w:b/>
          <w:sz w:val="32"/>
          <w:szCs w:val="32"/>
        </w:rPr>
        <w:t>.</w:t>
      </w:r>
      <w:r w:rsidRPr="007339B2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7339B2" w:rsidRPr="007339B2" w14:paraId="1D3C46BB" w14:textId="77777777" w:rsidTr="008248DB">
        <w:trPr>
          <w:tblHeader/>
        </w:trPr>
        <w:tc>
          <w:tcPr>
            <w:tcW w:w="2880" w:type="dxa"/>
            <w:shd w:val="clear" w:color="auto" w:fill="C5E0B3" w:themeFill="accent6" w:themeFillTint="66"/>
          </w:tcPr>
          <w:p w14:paraId="64CD7B40" w14:textId="77777777" w:rsidR="007339B2" w:rsidRPr="007339B2" w:rsidRDefault="007339B2" w:rsidP="007339B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880" w:type="dxa"/>
            <w:shd w:val="clear" w:color="auto" w:fill="C5E0B3" w:themeFill="accent6" w:themeFillTint="66"/>
          </w:tcPr>
          <w:p w14:paraId="39FE20EA" w14:textId="77777777" w:rsidR="007339B2" w:rsidRPr="007339B2" w:rsidRDefault="007339B2" w:rsidP="007339B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880" w:type="dxa"/>
            <w:shd w:val="clear" w:color="auto" w:fill="C5E0B3" w:themeFill="accent6" w:themeFillTint="66"/>
          </w:tcPr>
          <w:p w14:paraId="6541829A" w14:textId="77777777" w:rsidR="007339B2" w:rsidRPr="007339B2" w:rsidRDefault="007339B2" w:rsidP="007339B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7339B2" w:rsidRPr="007339B2" w14:paraId="198E1C31" w14:textId="77777777" w:rsidTr="00936FCC">
        <w:tc>
          <w:tcPr>
            <w:tcW w:w="2880" w:type="dxa"/>
          </w:tcPr>
          <w:p w14:paraId="2C724648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แจ้งเหตุทันที</w:t>
            </w:r>
          </w:p>
        </w:tc>
        <w:tc>
          <w:tcPr>
            <w:tcW w:w="2880" w:type="dxa"/>
          </w:tcPr>
          <w:p w14:paraId="36FF0389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โทรแจ้งหน่วยกู้ชีพ ตำรวจ และผู้บริหารโรงเรียน</w:t>
            </w:r>
          </w:p>
        </w:tc>
        <w:tc>
          <w:tcPr>
            <w:tcW w:w="2880" w:type="dxa"/>
          </w:tcPr>
          <w:p w14:paraId="70376E44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ครูผู้ควบคุมรถ</w:t>
            </w:r>
          </w:p>
        </w:tc>
      </w:tr>
      <w:tr w:rsidR="007339B2" w:rsidRPr="007339B2" w14:paraId="0C36DC15" w14:textId="77777777" w:rsidTr="00936FCC">
        <w:tc>
          <w:tcPr>
            <w:tcW w:w="2880" w:type="dxa"/>
          </w:tcPr>
          <w:p w14:paraId="7BDC5672" w14:textId="2B9DB286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อพยพนักเรียนออกจากรถอย่างปลอดภัย</w:t>
            </w:r>
          </w:p>
        </w:tc>
        <w:tc>
          <w:tcPr>
            <w:tcW w:w="2880" w:type="dxa"/>
          </w:tcPr>
          <w:p w14:paraId="4EED3AAA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ใช้ทางออกฉุกเฉิน และรวบรวมนักเรียน ณ จุดรวมพล</w:t>
            </w:r>
          </w:p>
        </w:tc>
        <w:tc>
          <w:tcPr>
            <w:tcW w:w="2880" w:type="dxa"/>
          </w:tcPr>
          <w:p w14:paraId="7DF07148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ครูและนักเรียนที่ได้รับการอบรม</w:t>
            </w:r>
          </w:p>
        </w:tc>
      </w:tr>
      <w:tr w:rsidR="007339B2" w:rsidRPr="007339B2" w14:paraId="0B6DC577" w14:textId="77777777" w:rsidTr="00936FCC">
        <w:tc>
          <w:tcPr>
            <w:tcW w:w="2880" w:type="dxa"/>
          </w:tcPr>
          <w:p w14:paraId="2FA5CE19" w14:textId="5BD68DBA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ปฐมพยาบาลเบื้องต้นผู้ได้รับบาดเจ็บ</w:t>
            </w:r>
          </w:p>
        </w:tc>
        <w:tc>
          <w:tcPr>
            <w:tcW w:w="2880" w:type="dxa"/>
          </w:tcPr>
          <w:p w14:paraId="06E05EF7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ใช้อุปกรณ์ปฐมพยาบาลและแยกผู้บาดเจ็บตามความรุนแรง</w:t>
            </w:r>
          </w:p>
        </w:tc>
        <w:tc>
          <w:tcPr>
            <w:tcW w:w="2880" w:type="dxa"/>
          </w:tcPr>
          <w:p w14:paraId="68A7E0F3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ครูหรือเจ้าหน้าที่ที่ได้รับการอบรม</w:t>
            </w:r>
          </w:p>
        </w:tc>
      </w:tr>
      <w:tr w:rsidR="007339B2" w:rsidRPr="007339B2" w14:paraId="7A35BC77" w14:textId="77777777" w:rsidTr="00936FCC">
        <w:tc>
          <w:tcPr>
            <w:tcW w:w="2880" w:type="dxa"/>
          </w:tcPr>
          <w:p w14:paraId="0D3D0B06" w14:textId="51080A9C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ประสานการเคลื่อนย้ายและรักษาพยาบาล</w:t>
            </w:r>
          </w:p>
        </w:tc>
        <w:tc>
          <w:tcPr>
            <w:tcW w:w="2880" w:type="dxa"/>
          </w:tcPr>
          <w:p w14:paraId="79DC9FC5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ติดตามผู้บาดเจ็บไปโรงพยาบาล</w:t>
            </w:r>
          </w:p>
        </w:tc>
        <w:tc>
          <w:tcPr>
            <w:tcW w:w="2880" w:type="dxa"/>
          </w:tcPr>
          <w:p w14:paraId="1FEA4A6B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หัวหน้าหน่วยบัญชาการเหตุการณ์</w:t>
            </w:r>
          </w:p>
        </w:tc>
      </w:tr>
      <w:tr w:rsidR="007339B2" w:rsidRPr="007339B2" w14:paraId="310576A4" w14:textId="77777777" w:rsidTr="00936FCC">
        <w:tc>
          <w:tcPr>
            <w:tcW w:w="2880" w:type="dxa"/>
          </w:tcPr>
          <w:p w14:paraId="7A8C1A03" w14:textId="3C8BEE0B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รายงานเหตุการณ์ต่อผู้บริหารและผู้ปกครอง</w:t>
            </w:r>
          </w:p>
        </w:tc>
        <w:tc>
          <w:tcPr>
            <w:tcW w:w="2880" w:type="dxa"/>
          </w:tcPr>
          <w:p w14:paraId="6BCEDDCC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รายงานสถานการณ์ทางโทรศัพท์หรือสื่อดิจิทัล</w:t>
            </w:r>
          </w:p>
        </w:tc>
        <w:tc>
          <w:tcPr>
            <w:tcW w:w="2880" w:type="dxa"/>
          </w:tcPr>
          <w:p w14:paraId="7A1FCCEC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ครูประสานงานและผู้อำนวยการ</w:t>
            </w:r>
          </w:p>
        </w:tc>
      </w:tr>
    </w:tbl>
    <w:p w14:paraId="724A8D64" w14:textId="77777777" w:rsidR="007339B2" w:rsidRDefault="007339B2" w:rsidP="007339B2">
      <w:pPr>
        <w:rPr>
          <w:rFonts w:ascii="TH SarabunPSK" w:eastAsia="TH SarabunPSK" w:hAnsi="TH SarabunPSK" w:cs="TH SarabunPSK"/>
          <w:b/>
          <w:sz w:val="32"/>
          <w:szCs w:val="32"/>
        </w:rPr>
      </w:pPr>
    </w:p>
    <w:p w14:paraId="39A543A0" w14:textId="7D20E6FE" w:rsidR="007339B2" w:rsidRPr="007339B2" w:rsidRDefault="007339B2" w:rsidP="007339B2">
      <w:pPr>
        <w:rPr>
          <w:rFonts w:ascii="TH SarabunPSK" w:hAnsi="TH SarabunPSK" w:cs="TH SarabunPSK"/>
          <w:sz w:val="32"/>
          <w:szCs w:val="32"/>
        </w:rPr>
      </w:pPr>
      <w:r w:rsidRPr="007339B2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๒</w:t>
      </w:r>
      <w:r w:rsidRPr="007339B2">
        <w:rPr>
          <w:rFonts w:ascii="TH SarabunPSK" w:eastAsia="TH SarabunPSK" w:hAnsi="TH SarabunPSK" w:cs="TH SarabunPSK" w:hint="cs"/>
          <w:b/>
          <w:sz w:val="32"/>
          <w:szCs w:val="32"/>
        </w:rPr>
        <w:t>.</w:t>
      </w:r>
      <w:r w:rsidRPr="007339B2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689"/>
        <w:gridCol w:w="4020"/>
        <w:gridCol w:w="2756"/>
      </w:tblGrid>
      <w:tr w:rsidR="007339B2" w:rsidRPr="007339B2" w14:paraId="2B276FAE" w14:textId="77777777" w:rsidTr="008248DB">
        <w:tc>
          <w:tcPr>
            <w:tcW w:w="2689" w:type="dxa"/>
            <w:shd w:val="clear" w:color="auto" w:fill="C5E0B3" w:themeFill="accent6" w:themeFillTint="66"/>
          </w:tcPr>
          <w:p w14:paraId="142026FF" w14:textId="77777777" w:rsidR="007339B2" w:rsidRPr="00413558" w:rsidRDefault="007339B2" w:rsidP="004135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020" w:type="dxa"/>
            <w:shd w:val="clear" w:color="auto" w:fill="C5E0B3" w:themeFill="accent6" w:themeFillTint="66"/>
          </w:tcPr>
          <w:p w14:paraId="3084BE42" w14:textId="77777777" w:rsidR="007339B2" w:rsidRPr="00413558" w:rsidRDefault="007339B2" w:rsidP="004135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756" w:type="dxa"/>
            <w:shd w:val="clear" w:color="auto" w:fill="C5E0B3" w:themeFill="accent6" w:themeFillTint="66"/>
          </w:tcPr>
          <w:p w14:paraId="6F83B79A" w14:textId="77777777" w:rsidR="007339B2" w:rsidRPr="00413558" w:rsidRDefault="007339B2" w:rsidP="004135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135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7339B2" w:rsidRPr="007339B2" w14:paraId="71636FF1" w14:textId="77777777" w:rsidTr="00413558">
        <w:tc>
          <w:tcPr>
            <w:tcW w:w="2689" w:type="dxa"/>
          </w:tcPr>
          <w:p w14:paraId="22F42CDF" w14:textId="5F3800FF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ให้การดูแลเยียวยาผู้ได้รับผลกระทบ</w:t>
            </w:r>
          </w:p>
        </w:tc>
        <w:tc>
          <w:tcPr>
            <w:tcW w:w="4020" w:type="dxa"/>
          </w:tcPr>
          <w:p w14:paraId="0C6A2581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ติดตามการรักษาพยาบาล และให้การสนับสนุนด้านจิตใจ</w:t>
            </w:r>
          </w:p>
        </w:tc>
        <w:tc>
          <w:tcPr>
            <w:tcW w:w="2756" w:type="dxa"/>
          </w:tcPr>
          <w:p w14:paraId="5F2D8C12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คณะทำงาน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</w:rPr>
              <w:t>/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เจ้าหน้าที่ที่ได้รับมอบหมาย</w:t>
            </w:r>
          </w:p>
        </w:tc>
      </w:tr>
      <w:tr w:rsidR="007339B2" w:rsidRPr="007339B2" w14:paraId="11D6EF0D" w14:textId="77777777" w:rsidTr="00413558">
        <w:tc>
          <w:tcPr>
            <w:tcW w:w="2689" w:type="dxa"/>
          </w:tcPr>
          <w:p w14:paraId="0ECA75DA" w14:textId="028B3126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ประสานบริษัทประกันภัย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</w:rPr>
              <w:t>/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หน่วยงานที่เกี่ยวข้อง</w:t>
            </w:r>
          </w:p>
        </w:tc>
        <w:tc>
          <w:tcPr>
            <w:tcW w:w="4020" w:type="dxa"/>
          </w:tcPr>
          <w:p w14:paraId="0817E512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ดำเนินการเบิกจ่ายและเคลมประกันตามสิทธิ</w:t>
            </w:r>
          </w:p>
        </w:tc>
        <w:tc>
          <w:tcPr>
            <w:tcW w:w="2756" w:type="dxa"/>
          </w:tcPr>
          <w:p w14:paraId="17BB91D9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</w:rPr>
              <w:t>/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ครูประสานงาน</w:t>
            </w:r>
          </w:p>
        </w:tc>
      </w:tr>
      <w:tr w:rsidR="007339B2" w:rsidRPr="007339B2" w14:paraId="3E188B09" w14:textId="77777777" w:rsidTr="00413558">
        <w:tc>
          <w:tcPr>
            <w:tcW w:w="2689" w:type="dxa"/>
          </w:tcPr>
          <w:p w14:paraId="7D9D888E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สรุปรายงานและถอดบทเรียน</w:t>
            </w:r>
          </w:p>
        </w:tc>
        <w:tc>
          <w:tcPr>
            <w:tcW w:w="4020" w:type="dxa"/>
          </w:tcPr>
          <w:p w14:paraId="1F8CB0B1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รวบรวมข้อมูล เหตุการณ์ และข้อเสนอแนะเพื่อปรับปรุงแผน</w:t>
            </w:r>
          </w:p>
        </w:tc>
        <w:tc>
          <w:tcPr>
            <w:tcW w:w="2756" w:type="dxa"/>
          </w:tcPr>
          <w:p w14:paraId="73632893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หัวหน้าหน่วยบัญชาการเหตุการณ์</w:t>
            </w:r>
          </w:p>
        </w:tc>
      </w:tr>
      <w:tr w:rsidR="007339B2" w:rsidRPr="007339B2" w14:paraId="6F4E3823" w14:textId="77777777" w:rsidTr="00413558">
        <w:tc>
          <w:tcPr>
            <w:tcW w:w="2689" w:type="dxa"/>
          </w:tcPr>
          <w:p w14:paraId="4E9AA705" w14:textId="30E9319B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ทบทวนและปรับปรุงมาตรการป้องกัน</w:t>
            </w:r>
          </w:p>
        </w:tc>
        <w:tc>
          <w:tcPr>
            <w:tcW w:w="4020" w:type="dxa"/>
          </w:tcPr>
          <w:p w14:paraId="1E0640FD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ประชุมสรุปแนวทางใหม่ร่วมกับทุกฝ่ายที่เกี่ยวข้อง</w:t>
            </w:r>
          </w:p>
        </w:tc>
        <w:tc>
          <w:tcPr>
            <w:tcW w:w="2756" w:type="dxa"/>
          </w:tcPr>
          <w:p w14:paraId="70F7D90A" w14:textId="77777777" w:rsidR="007339B2" w:rsidRPr="007339B2" w:rsidRDefault="007339B2" w:rsidP="00936F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39B2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คณะกรรมการบริหารสถานศึกษา</w:t>
            </w:r>
          </w:p>
        </w:tc>
      </w:tr>
    </w:tbl>
    <w:p w14:paraId="27016920" w14:textId="77777777" w:rsidR="00D13085" w:rsidRDefault="00D13085" w:rsidP="00413558">
      <w:pPr>
        <w:pStyle w:val="2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26CC78F3" w14:textId="0536EBD1" w:rsidR="007339B2" w:rsidRPr="007339B2" w:rsidRDefault="007339B2" w:rsidP="00413558">
      <w:pPr>
        <w:pStyle w:val="2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7339B2">
        <w:rPr>
          <w:rFonts w:ascii="TH SarabunPSK" w:hAnsi="TH SarabunPSK" w:cs="TH SarabunPSK" w:hint="cs"/>
          <w:sz w:val="32"/>
          <w:szCs w:val="32"/>
          <w:cs/>
        </w:rPr>
        <w:t>๓</w:t>
      </w:r>
      <w:r w:rsidRPr="007339B2">
        <w:rPr>
          <w:rFonts w:ascii="TH SarabunPSK" w:hAnsi="TH SarabunPSK" w:cs="TH SarabunPSK" w:hint="cs"/>
          <w:sz w:val="32"/>
          <w:szCs w:val="32"/>
        </w:rPr>
        <w:t xml:space="preserve">. </w:t>
      </w:r>
      <w:r w:rsidRPr="007339B2">
        <w:rPr>
          <w:rFonts w:ascii="TH SarabunPSK" w:hAnsi="TH SarabunPSK" w:cs="TH SarabunPSK" w:hint="cs"/>
          <w:sz w:val="32"/>
          <w:szCs w:val="32"/>
          <w:cs/>
        </w:rPr>
        <w:t>ระยะเวลาดำเนินการ</w:t>
      </w:r>
    </w:p>
    <w:p w14:paraId="0D48BADA" w14:textId="77777777" w:rsidR="007339B2" w:rsidRPr="007339B2" w:rsidRDefault="007339B2" w:rsidP="00413558">
      <w:pPr>
        <w:rPr>
          <w:rFonts w:ascii="TH SarabunPSK" w:hAnsi="TH SarabunPSK" w:cs="TH SarabunPSK"/>
          <w:sz w:val="32"/>
          <w:szCs w:val="32"/>
        </w:rPr>
      </w:pPr>
      <w:r w:rsidRPr="007339B2">
        <w:rPr>
          <w:rFonts w:ascii="TH SarabunPSK" w:eastAsia="TH SarabunPSK" w:hAnsi="TH SarabunPSK" w:cs="TH SarabunPSK" w:hint="cs"/>
          <w:sz w:val="32"/>
          <w:szCs w:val="32"/>
          <w:cs/>
        </w:rPr>
        <w:t>ใช้บังคับในช่วงจัดกิจกรรมทัศนศึกษาของสถานศึกษา หรือเมื่อมีการเดินทางโดยใช้รถร่วมขนส่งนักเรียน</w:t>
      </w:r>
    </w:p>
    <w:p w14:paraId="32F57A25" w14:textId="77777777" w:rsidR="006D6988" w:rsidRPr="000C465C" w:rsidRDefault="006D6988" w:rsidP="00413558">
      <w:pPr>
        <w:rPr>
          <w:rFonts w:ascii="TH SarabunPSK" w:hAnsi="TH SarabunPSK" w:cs="TH SarabunPSK"/>
          <w:sz w:val="32"/>
          <w:szCs w:val="32"/>
        </w:rPr>
      </w:pPr>
      <w:r w:rsidRPr="000C465C">
        <w:rPr>
          <w:rStyle w:val="ad"/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35D66EBD" w14:textId="77777777" w:rsidR="00413068" w:rsidRPr="00AC7BFD" w:rsidRDefault="00413068" w:rsidP="0041306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F1D3C21" w14:textId="77777777" w:rsidR="006D6988" w:rsidRPr="000C465C" w:rsidRDefault="006D6988" w:rsidP="00413558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0C465C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๕. ผู้บัญชาการเหตุการณ์</w:t>
      </w:r>
    </w:p>
    <w:p w14:paraId="00D1F713" w14:textId="77777777" w:rsidR="00D13085" w:rsidRDefault="00D13085" w:rsidP="00D13085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4DDD638F" w14:textId="77777777" w:rsidR="000E72F9" w:rsidRDefault="000E72F9" w:rsidP="006D6988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120A5054" w14:textId="77777777" w:rsidR="000E72F9" w:rsidRDefault="000E72F9" w:rsidP="006D6988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6B9D1780" w14:textId="77777777" w:rsidR="00413558" w:rsidRDefault="00413558" w:rsidP="006D6988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7A718DB7" w14:textId="77777777" w:rsidR="008C512B" w:rsidRDefault="008C512B" w:rsidP="006D6988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497B6B50" w14:textId="4AACAB38" w:rsidR="00540399" w:rsidRDefault="00540399" w:rsidP="006D6988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5D315EE8" w14:textId="2BBC34AA" w:rsidR="00D13085" w:rsidRDefault="00D13085" w:rsidP="006D6988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6E3D17AD" w14:textId="435D461A" w:rsidR="00D13085" w:rsidRDefault="00D13085" w:rsidP="006D6988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6C571B00" w14:textId="76325160" w:rsidR="00D13085" w:rsidRDefault="00D13085" w:rsidP="006D6988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0368B46F" w14:textId="59546594" w:rsidR="00D13085" w:rsidRDefault="00D13085" w:rsidP="006D6988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15C9C4AC" w14:textId="3C8A1B16" w:rsidR="00D13085" w:rsidRDefault="00D13085" w:rsidP="006D6988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193DFAFA" w14:textId="654267DD" w:rsidR="00D13085" w:rsidRDefault="00D13085" w:rsidP="006D6988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3F97813F" w14:textId="1CCA1608" w:rsidR="00D13085" w:rsidRDefault="00D13085" w:rsidP="006D6988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0FBBFC4A" w14:textId="141C114E" w:rsidR="00D13085" w:rsidRDefault="00D13085" w:rsidP="006D6988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13D08FD7" w14:textId="77777777" w:rsidR="00D13085" w:rsidRDefault="00D13085" w:rsidP="006D6988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46A01EF2" w14:textId="77777777" w:rsidR="00540399" w:rsidRDefault="00540399" w:rsidP="006D6988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51AB7A9B" w14:textId="77777777" w:rsidR="00540399" w:rsidRDefault="00540399" w:rsidP="006D6988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068DED04" w14:textId="013F46E2" w:rsidR="000E72F9" w:rsidRPr="008248DB" w:rsidRDefault="008248DB" w:rsidP="008248DB">
      <w:pPr>
        <w:rPr>
          <w:rStyle w:val="ad"/>
          <w:rFonts w:ascii="TH SarabunPSK" w:hAnsi="TH SarabunPSK" w:cs="TH SarabunPSK"/>
          <w:color w:val="C00000"/>
          <w:sz w:val="48"/>
          <w:szCs w:val="48"/>
        </w:rPr>
      </w:pPr>
      <w:r w:rsidRPr="008248DB">
        <w:rPr>
          <w:rFonts w:ascii="TH SarabunPSK" w:hAnsi="TH SarabunPSK" w:cs="TH SarabunPSK" w:hint="cs"/>
          <w:b/>
          <w:bCs/>
          <w:color w:val="C00000"/>
          <w:sz w:val="48"/>
          <w:szCs w:val="48"/>
          <w:cs/>
        </w:rPr>
        <w:lastRenderedPageBreak/>
        <w:t>เหตุภัยพิบัติเขตพื้นที่พิเศษ</w:t>
      </w:r>
      <w:r w:rsidR="000E72F9" w:rsidRPr="008248DB">
        <w:rPr>
          <w:rStyle w:val="ad"/>
          <w:rFonts w:ascii="TH SarabunPSK" w:hAnsi="TH SarabunPSK" w:cs="TH SarabunPSK"/>
          <w:color w:val="C00000"/>
          <w:sz w:val="48"/>
          <w:szCs w:val="48"/>
        </w:rPr>
        <w:tab/>
      </w:r>
    </w:p>
    <w:p w14:paraId="7154EA88" w14:textId="53E437B9" w:rsidR="00EB6C2D" w:rsidRDefault="00EB6C2D" w:rsidP="00EB6C2D">
      <w:pPr>
        <w:pStyle w:val="31"/>
        <w:tabs>
          <w:tab w:val="left" w:pos="4562"/>
          <w:tab w:val="left" w:pos="6619"/>
        </w:tabs>
        <w:jc w:val="thaiDistribute"/>
        <w:rPr>
          <w:rStyle w:val="ad"/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   </w:t>
      </w:r>
      <w:r w:rsidRPr="00EB6C2D">
        <w:rPr>
          <w:rFonts w:ascii="TH SarabunPSK" w:hAnsi="TH SarabunPSK" w:cs="TH SarabunPSK" w:hint="cs"/>
          <w:b w:val="0"/>
          <w:bCs w:val="0"/>
          <w:sz w:val="32"/>
          <w:szCs w:val="32"/>
        </w:rPr>
        <w:t>"</w:t>
      </w:r>
      <w:r w:rsidRPr="00EB6C2D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เขตพื้นที่พิเศษ" หมายถึง พื้นที่ที่มีลักษณะทางกายภาพ สังคม หรือที่ตั้งที่เสี่ยงต่อการเกิดภัยพิบัติมากกว่าปกติ เช่น พื้นที่ลาดเชิงเขา พื้นที่ทางผ่านน้ำ หรือพื้นที่ที่มีความเสี่ยงด้านความมั่นคง การเตรียมความพร้อมสำหรับสถานศึกษาในเขตพื้นที่เหล่านี้จึงมีความจำเป็นเร่งด่วน เพื่อลดความสูญเสียต่อชีวิตและทรัพย์สินของนักเรียนและบุคลากร</w:t>
      </w:r>
    </w:p>
    <w:p w14:paraId="2BB792D0" w14:textId="45D83B47" w:rsidR="000E72F9" w:rsidRPr="00A642A2" w:rsidRDefault="000E72F9" w:rsidP="000E72F9">
      <w:pPr>
        <w:pStyle w:val="31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525FDA1F" wp14:editId="64D90DD3">
                <wp:simplePos x="0" y="0"/>
                <wp:positionH relativeFrom="column">
                  <wp:posOffset>1692447</wp:posOffset>
                </wp:positionH>
                <wp:positionV relativeFrom="paragraph">
                  <wp:posOffset>13198</wp:posOffset>
                </wp:positionV>
                <wp:extent cx="2505710" cy="271780"/>
                <wp:effectExtent l="0" t="0" r="8890" b="7620"/>
                <wp:wrapNone/>
                <wp:docPr id="748881154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E335112" id="สี่เหลี่ยมผืนผ้ามุมมน 2" o:spid="_x0000_s1026" style="position:absolute;margin-left:133.25pt;margin-top:1.05pt;width:197.3pt;height:21.4pt;z-index:-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Pr="00A642A2">
        <w:rPr>
          <w:rStyle w:val="ad"/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ประเภทภัย แผ่นดินไหว</w:t>
      </w:r>
    </w:p>
    <w:p w14:paraId="3C87FC5F" w14:textId="77777777" w:rsidR="000E72F9" w:rsidRPr="00EB6C2D" w:rsidRDefault="000E72F9" w:rsidP="00EB6C2D">
      <w:pPr>
        <w:pStyle w:val="31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6C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๑. วัตถุประสงค์</w:t>
      </w:r>
    </w:p>
    <w:p w14:paraId="11A0F154" w14:textId="348A2387" w:rsidR="00EB6C2D" w:rsidRPr="00EB6C2D" w:rsidRDefault="00EB6C2D" w:rsidP="003E4827">
      <w:pPr>
        <w:pStyle w:val="af1"/>
        <w:numPr>
          <w:ilvl w:val="0"/>
          <w:numId w:val="24"/>
        </w:numPr>
        <w:rPr>
          <w:rFonts w:cs="TH SarabunPSK"/>
          <w:szCs w:val="32"/>
        </w:rPr>
      </w:pPr>
      <w:r w:rsidRPr="00EB6C2D">
        <w:rPr>
          <w:rFonts w:cs="TH SarabunPSK" w:hint="cs"/>
          <w:szCs w:val="32"/>
          <w:cs/>
          <w:lang w:bidi="th-TH"/>
        </w:rPr>
        <w:t>เพื่อให้นักเรียนและบุคลากรมีความรู้ในการป้องกันตนเองขณะเกิดการสั่นสะเทือน</w:t>
      </w:r>
    </w:p>
    <w:p w14:paraId="6656D903" w14:textId="294603BC" w:rsidR="00EB6C2D" w:rsidRPr="00EB6C2D" w:rsidRDefault="00EB6C2D" w:rsidP="003E4827">
      <w:pPr>
        <w:pStyle w:val="af1"/>
        <w:numPr>
          <w:ilvl w:val="0"/>
          <w:numId w:val="24"/>
        </w:numPr>
        <w:rPr>
          <w:rFonts w:cs="TH SarabunPSK"/>
          <w:szCs w:val="32"/>
        </w:rPr>
      </w:pPr>
      <w:r w:rsidRPr="00EB6C2D">
        <w:rPr>
          <w:rFonts w:cs="TH SarabunPSK" w:hint="cs"/>
          <w:szCs w:val="32"/>
          <w:cs/>
          <w:lang w:bidi="th-TH"/>
        </w:rPr>
        <w:t>เพื่อจัดระบบการอพยพออกจากอาคารมายังจุดรวมพลอย่างปลอดภัย</w:t>
      </w:r>
    </w:p>
    <w:p w14:paraId="2CD03C74" w14:textId="6CC7D563" w:rsidR="00EB6C2D" w:rsidRPr="00EB6C2D" w:rsidRDefault="00EB6C2D" w:rsidP="003E4827">
      <w:pPr>
        <w:pStyle w:val="af1"/>
        <w:numPr>
          <w:ilvl w:val="0"/>
          <w:numId w:val="24"/>
        </w:numPr>
        <w:rPr>
          <w:rFonts w:cs="TH SarabunPSK"/>
          <w:szCs w:val="32"/>
        </w:rPr>
      </w:pPr>
      <w:r w:rsidRPr="00EB6C2D">
        <w:rPr>
          <w:rFonts w:cs="TH SarabunPSK" w:hint="cs"/>
          <w:szCs w:val="32"/>
          <w:cs/>
          <w:lang w:bidi="th-TH"/>
        </w:rPr>
        <w:t>เพื่อลดความสูญเสียจากโครงสร้างอาคารหรือสิ่งของตกหล่นทับ</w:t>
      </w:r>
    </w:p>
    <w:p w14:paraId="67039F84" w14:textId="77777777" w:rsidR="000E72F9" w:rsidRPr="00EB6C2D" w:rsidRDefault="000E72F9" w:rsidP="00EB6C2D">
      <w:pPr>
        <w:pStyle w:val="31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6C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110B6D1D" w14:textId="77777777" w:rsidR="000E72F9" w:rsidRDefault="000E72F9" w:rsidP="00EB6C2D">
      <w:pPr>
        <w:pStyle w:val="4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6C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๒.๑ การเตรียมการเกิดเหตุ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47"/>
        <w:gridCol w:w="4944"/>
        <w:gridCol w:w="2074"/>
      </w:tblGrid>
      <w:tr w:rsidR="00EB6C2D" w:rsidRPr="000C58F2" w14:paraId="4583D439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674FAF23" w14:textId="77777777" w:rsidR="00EB6C2D" w:rsidRPr="000C58F2" w:rsidRDefault="00EB6C2D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76FED2D0" w14:textId="77777777" w:rsidR="00EB6C2D" w:rsidRPr="000C58F2" w:rsidRDefault="00EB6C2D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28EA747E" w14:textId="77777777" w:rsidR="00EB6C2D" w:rsidRPr="000C58F2" w:rsidRDefault="00EB6C2D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EB6C2D" w:rsidRPr="00EB6C2D" w14:paraId="5AF153E7" w14:textId="77777777" w:rsidTr="00EB6C2D">
        <w:tc>
          <w:tcPr>
            <w:tcW w:w="0" w:type="auto"/>
            <w:hideMark/>
          </w:tcPr>
          <w:p w14:paraId="54E0B2E6" w14:textId="77777777" w:rsidR="00EB6C2D" w:rsidRPr="00EB6C2D" w:rsidRDefault="00EB6C2D" w:rsidP="00EB6C2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ตรวจสอบโครงสร้าง/สิ่งของ</w:t>
            </w:r>
          </w:p>
        </w:tc>
        <w:tc>
          <w:tcPr>
            <w:tcW w:w="0" w:type="auto"/>
            <w:hideMark/>
          </w:tcPr>
          <w:p w14:paraId="4B3C0C07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ยึดตู้ ชั้นวางของ และอุปกรณ์หนักเข้ากับผนัง ตรวจสอบรอยร้าวของอาคาร</w:t>
            </w:r>
          </w:p>
        </w:tc>
        <w:tc>
          <w:tcPr>
            <w:tcW w:w="0" w:type="auto"/>
            <w:hideMark/>
          </w:tcPr>
          <w:p w14:paraId="59A646A7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ฝ่ายอาคารสถานที่</w:t>
            </w:r>
          </w:p>
        </w:tc>
      </w:tr>
      <w:tr w:rsidR="00EB6C2D" w:rsidRPr="00EB6C2D" w14:paraId="146B2746" w14:textId="77777777" w:rsidTr="00EB6C2D">
        <w:tc>
          <w:tcPr>
            <w:tcW w:w="0" w:type="auto"/>
            <w:hideMark/>
          </w:tcPr>
          <w:p w14:paraId="772C9995" w14:textId="77777777" w:rsidR="00EB6C2D" w:rsidRPr="00EB6C2D" w:rsidRDefault="00EB6C2D" w:rsidP="00EB6C2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ซักซ้อมแผน (</w:t>
            </w: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Drop-Cover-Hold)</w:t>
            </w:r>
          </w:p>
        </w:tc>
        <w:tc>
          <w:tcPr>
            <w:tcW w:w="0" w:type="auto"/>
            <w:hideMark/>
          </w:tcPr>
          <w:p w14:paraId="050CF313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ฝึกซ้อมนักเรียน "หมอบ-ป้อง-เกาะ" ภายใต้โต๊ะที่แข็งแรงอย่างน้อยภาคเรียนละ </w:t>
            </w:r>
            <w:r w:rsidRPr="00EB6C2D">
              <w:rPr>
                <w:rFonts w:ascii="TH SarabunPSK" w:hAnsi="TH SarabunPSK" w:cs="TH SarabunPSK" w:hint="cs"/>
                <w:sz w:val="32"/>
                <w:szCs w:val="32"/>
              </w:rPr>
              <w:t xml:space="preserve">1 </w:t>
            </w: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</w:t>
            </w:r>
          </w:p>
        </w:tc>
        <w:tc>
          <w:tcPr>
            <w:tcW w:w="0" w:type="auto"/>
            <w:hideMark/>
          </w:tcPr>
          <w:p w14:paraId="5CD5E2D0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 / ฝ่ายปกครอง</w:t>
            </w:r>
          </w:p>
        </w:tc>
      </w:tr>
      <w:tr w:rsidR="00EB6C2D" w:rsidRPr="00EB6C2D" w14:paraId="65C97846" w14:textId="77777777" w:rsidTr="00EB6C2D">
        <w:tc>
          <w:tcPr>
            <w:tcW w:w="0" w:type="auto"/>
            <w:hideMark/>
          </w:tcPr>
          <w:p w14:paraId="6DCE5682" w14:textId="77777777" w:rsidR="00EB6C2D" w:rsidRPr="00EB6C2D" w:rsidRDefault="00EB6C2D" w:rsidP="00EB6C2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กำหนดจุดรวมพล</w:t>
            </w:r>
          </w:p>
        </w:tc>
        <w:tc>
          <w:tcPr>
            <w:tcW w:w="0" w:type="auto"/>
            <w:hideMark/>
          </w:tcPr>
          <w:p w14:paraId="1FD9AE44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กำหนดพื้นที่โล่งแจ้งห่างจากตัวอาคารและเสาไฟ พร้อมติดตั้งป้ายสัญลักษณ์</w:t>
            </w:r>
          </w:p>
        </w:tc>
        <w:tc>
          <w:tcPr>
            <w:tcW w:w="0" w:type="auto"/>
            <w:hideMark/>
          </w:tcPr>
          <w:p w14:paraId="7CFF360C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งานนิรภัยโรงเรียน</w:t>
            </w:r>
          </w:p>
        </w:tc>
      </w:tr>
      <w:tr w:rsidR="00EB6C2D" w:rsidRPr="00EB6C2D" w14:paraId="213C92F0" w14:textId="77777777" w:rsidTr="00EB6C2D">
        <w:tc>
          <w:tcPr>
            <w:tcW w:w="0" w:type="auto"/>
            <w:hideMark/>
          </w:tcPr>
          <w:p w14:paraId="7D17F077" w14:textId="77777777" w:rsidR="00EB6C2D" w:rsidRPr="00EB6C2D" w:rsidRDefault="00EB6C2D" w:rsidP="00EB6C2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เตรียมเป้ฉุกเฉิน</w:t>
            </w:r>
          </w:p>
        </w:tc>
        <w:tc>
          <w:tcPr>
            <w:tcW w:w="0" w:type="auto"/>
            <w:hideMark/>
          </w:tcPr>
          <w:p w14:paraId="1A70F9AC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จัดเตรียมน้ำดื่ม ไฟฉาย นกหวีด และชุดปฐมพยาบาลเบื้องต้นไว้ในจุดที่หยิบง่าย</w:t>
            </w:r>
          </w:p>
        </w:tc>
        <w:tc>
          <w:tcPr>
            <w:tcW w:w="0" w:type="auto"/>
            <w:hideMark/>
          </w:tcPr>
          <w:p w14:paraId="7B26F972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งานอนามัย / ธุรการ</w:t>
            </w:r>
          </w:p>
        </w:tc>
      </w:tr>
    </w:tbl>
    <w:p w14:paraId="35F85500" w14:textId="77777777" w:rsidR="000E72F9" w:rsidRPr="00EB6C2D" w:rsidRDefault="000E72F9" w:rsidP="00EB6C2D">
      <w:pPr>
        <w:pStyle w:val="4"/>
        <w:spacing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6C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73"/>
        <w:gridCol w:w="5407"/>
        <w:gridCol w:w="1985"/>
      </w:tblGrid>
      <w:tr w:rsidR="00EB6C2D" w:rsidRPr="00EB6C2D" w14:paraId="5DFD593A" w14:textId="77777777" w:rsidTr="008248DB">
        <w:trPr>
          <w:trHeight w:val="245"/>
          <w:tblHeader/>
        </w:trPr>
        <w:tc>
          <w:tcPr>
            <w:tcW w:w="1642" w:type="dxa"/>
            <w:shd w:val="clear" w:color="auto" w:fill="C5E0B3" w:themeFill="accent6" w:themeFillTint="66"/>
          </w:tcPr>
          <w:p w14:paraId="43F9A3A6" w14:textId="77777777" w:rsidR="00EB6C2D" w:rsidRPr="00EB6C2D" w:rsidRDefault="00EB6C2D" w:rsidP="00EB6C2D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5B07DD10" w14:textId="77777777" w:rsidR="00EB6C2D" w:rsidRPr="00EB6C2D" w:rsidRDefault="00EB6C2D" w:rsidP="00EB6C2D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57B88CC5" w14:textId="77777777" w:rsidR="00EB6C2D" w:rsidRPr="00EB6C2D" w:rsidRDefault="00EB6C2D" w:rsidP="00EB6C2D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EB6C2D" w:rsidRPr="00EB6C2D" w14:paraId="45AA6A6E" w14:textId="77777777" w:rsidTr="00EB6C2D">
        <w:tc>
          <w:tcPr>
            <w:tcW w:w="0" w:type="auto"/>
            <w:hideMark/>
          </w:tcPr>
          <w:p w14:paraId="2ABEFB68" w14:textId="77777777" w:rsidR="00EB6C2D" w:rsidRPr="00EB6C2D" w:rsidRDefault="00EB6C2D" w:rsidP="00EB6C2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การป้องกันตัว (</w:t>
            </w: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Action)</w:t>
            </w:r>
          </w:p>
        </w:tc>
        <w:tc>
          <w:tcPr>
            <w:tcW w:w="0" w:type="auto"/>
            <w:hideMark/>
          </w:tcPr>
          <w:p w14:paraId="7BBF9C12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ตะโกนสั่งให้นักเรียน</w:t>
            </w:r>
            <w:r w:rsidRPr="00EB6C2D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"</w:t>
            </w: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หมอบลงใต้โต๊ะ ป้องกันศีรษะ และเกาะขาโต๊ะไว้"</w:t>
            </w:r>
            <w:r w:rsidRPr="00EB6C2D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จนกว่าการสั่นสะเทือนจะหยุด</w:t>
            </w:r>
          </w:p>
        </w:tc>
        <w:tc>
          <w:tcPr>
            <w:tcW w:w="0" w:type="auto"/>
            <w:hideMark/>
          </w:tcPr>
          <w:p w14:paraId="00D34FD6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ครูผู้สอนในห้อง</w:t>
            </w:r>
          </w:p>
        </w:tc>
      </w:tr>
      <w:tr w:rsidR="00EB6C2D" w:rsidRPr="00EB6C2D" w14:paraId="1E5979CC" w14:textId="77777777" w:rsidTr="00EB6C2D">
        <w:tc>
          <w:tcPr>
            <w:tcW w:w="0" w:type="auto"/>
            <w:hideMark/>
          </w:tcPr>
          <w:p w14:paraId="35C1E5D0" w14:textId="77777777" w:rsidR="00EB6C2D" w:rsidRPr="00EB6C2D" w:rsidRDefault="00EB6C2D" w:rsidP="00EB6C2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การอพยพ (</w:t>
            </w: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Evacuation)</w:t>
            </w:r>
          </w:p>
        </w:tc>
        <w:tc>
          <w:tcPr>
            <w:tcW w:w="0" w:type="auto"/>
            <w:hideMark/>
          </w:tcPr>
          <w:p w14:paraId="6A9A386C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เมื่อการสั่นสะเทือนหยุด ให้เดินออกจากอาคารอย่างรวดเร็ว</w:t>
            </w:r>
            <w:r w:rsidRPr="00EB6C2D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ห้ามใช้ลิฟต์</w:t>
            </w:r>
            <w:r w:rsidRPr="00EB6C2D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และใช้บันไดหนีไฟเท่านั้น</w:t>
            </w:r>
          </w:p>
        </w:tc>
        <w:tc>
          <w:tcPr>
            <w:tcW w:w="0" w:type="auto"/>
            <w:hideMark/>
          </w:tcPr>
          <w:p w14:paraId="39737B99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 / ครูประจำรถ</w:t>
            </w:r>
          </w:p>
        </w:tc>
      </w:tr>
      <w:tr w:rsidR="00EB6C2D" w:rsidRPr="00EB6C2D" w14:paraId="33C94C7A" w14:textId="77777777" w:rsidTr="00EB6C2D">
        <w:tc>
          <w:tcPr>
            <w:tcW w:w="0" w:type="auto"/>
            <w:hideMark/>
          </w:tcPr>
          <w:p w14:paraId="69A23916" w14:textId="77777777" w:rsidR="00EB6C2D" w:rsidRPr="00EB6C2D" w:rsidRDefault="00EB6C2D" w:rsidP="00EB6C2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การตัดระบบสาธารณูปโภค</w:t>
            </w:r>
          </w:p>
        </w:tc>
        <w:tc>
          <w:tcPr>
            <w:tcW w:w="0" w:type="auto"/>
            <w:hideMark/>
          </w:tcPr>
          <w:p w14:paraId="0F74E0C1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ตัด</w:t>
            </w:r>
            <w:proofErr w:type="spellStart"/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กระแสไฟ</w:t>
            </w:r>
            <w:proofErr w:type="spellEnd"/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และปิดวาล์วแก๊สในห้อง</w:t>
            </w:r>
            <w:proofErr w:type="spellStart"/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คห</w:t>
            </w:r>
            <w:proofErr w:type="spellEnd"/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กรรมหรือโรงอาหารทันที</w:t>
            </w:r>
          </w:p>
        </w:tc>
        <w:tc>
          <w:tcPr>
            <w:tcW w:w="0" w:type="auto"/>
            <w:hideMark/>
          </w:tcPr>
          <w:p w14:paraId="11DF04D6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นักการภารโรง</w:t>
            </w:r>
          </w:p>
        </w:tc>
      </w:tr>
      <w:tr w:rsidR="00EB6C2D" w:rsidRPr="00EB6C2D" w14:paraId="0819C341" w14:textId="77777777" w:rsidTr="00EB6C2D">
        <w:tc>
          <w:tcPr>
            <w:tcW w:w="0" w:type="auto"/>
            <w:hideMark/>
          </w:tcPr>
          <w:p w14:paraId="4C87A9C7" w14:textId="77777777" w:rsidR="00EB6C2D" w:rsidRPr="00EB6C2D" w:rsidRDefault="00EB6C2D" w:rsidP="00EB6C2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การนับยอด</w:t>
            </w:r>
          </w:p>
        </w:tc>
        <w:tc>
          <w:tcPr>
            <w:tcW w:w="0" w:type="auto"/>
            <w:hideMark/>
          </w:tcPr>
          <w:p w14:paraId="0B891FBF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เมื่อถึงจุดรวมพล ให้ครูนับจำนวนนักเรียนและรายงานศูนย์บัญชาการ</w:t>
            </w:r>
          </w:p>
        </w:tc>
        <w:tc>
          <w:tcPr>
            <w:tcW w:w="0" w:type="auto"/>
            <w:hideMark/>
          </w:tcPr>
          <w:p w14:paraId="26939DCF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</w:tc>
      </w:tr>
    </w:tbl>
    <w:p w14:paraId="4FE276A0" w14:textId="77777777" w:rsidR="000E72F9" w:rsidRPr="00EB6C2D" w:rsidRDefault="000E72F9" w:rsidP="00EB6C2D">
      <w:pPr>
        <w:pStyle w:val="4"/>
        <w:spacing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6C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30"/>
        <w:gridCol w:w="5409"/>
        <w:gridCol w:w="2026"/>
      </w:tblGrid>
      <w:tr w:rsidR="00EB6C2D" w:rsidRPr="00EB6C2D" w14:paraId="10663C9C" w14:textId="77777777" w:rsidTr="008248DB">
        <w:trPr>
          <w:trHeight w:val="245"/>
        </w:trPr>
        <w:tc>
          <w:tcPr>
            <w:tcW w:w="2011" w:type="dxa"/>
            <w:shd w:val="clear" w:color="auto" w:fill="C5E0B3" w:themeFill="accent6" w:themeFillTint="66"/>
          </w:tcPr>
          <w:p w14:paraId="44CB0649" w14:textId="77777777" w:rsidR="00EB6C2D" w:rsidRPr="00EB6C2D" w:rsidRDefault="00EB6C2D" w:rsidP="00EB6C2D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317" w:type="dxa"/>
            <w:shd w:val="clear" w:color="auto" w:fill="C5E0B3" w:themeFill="accent6" w:themeFillTint="66"/>
          </w:tcPr>
          <w:p w14:paraId="3BBCF5F6" w14:textId="77777777" w:rsidR="00EB6C2D" w:rsidRPr="00EB6C2D" w:rsidRDefault="00EB6C2D" w:rsidP="00EB6C2D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137" w:type="dxa"/>
            <w:shd w:val="clear" w:color="auto" w:fill="C5E0B3" w:themeFill="accent6" w:themeFillTint="66"/>
          </w:tcPr>
          <w:p w14:paraId="5B34B73B" w14:textId="77777777" w:rsidR="00EB6C2D" w:rsidRPr="00EB6C2D" w:rsidRDefault="00EB6C2D" w:rsidP="00EB6C2D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EB6C2D" w:rsidRPr="00EB6C2D" w14:paraId="7C978DF4" w14:textId="77777777" w:rsidTr="00EB6C2D">
        <w:tc>
          <w:tcPr>
            <w:tcW w:w="0" w:type="auto"/>
            <w:hideMark/>
          </w:tcPr>
          <w:p w14:paraId="22CCA93B" w14:textId="77777777" w:rsidR="00EB6C2D" w:rsidRPr="00EB6C2D" w:rsidRDefault="00EB6C2D" w:rsidP="00EB6C2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สำรวจผู้ติดค้าง</w:t>
            </w:r>
          </w:p>
        </w:tc>
        <w:tc>
          <w:tcPr>
            <w:tcW w:w="0" w:type="auto"/>
            <w:hideMark/>
          </w:tcPr>
          <w:p w14:paraId="20851214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ประสานทีมกู้ภัยเข้าตรวจสอบอาคารหากพบว่ามีนักเรียนหรือบุคลากรสูญหาย</w:t>
            </w:r>
          </w:p>
        </w:tc>
        <w:tc>
          <w:tcPr>
            <w:tcW w:w="0" w:type="auto"/>
            <w:hideMark/>
          </w:tcPr>
          <w:p w14:paraId="2C135458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 / ทีมกู้ภัย</w:t>
            </w:r>
          </w:p>
        </w:tc>
      </w:tr>
      <w:tr w:rsidR="00EB6C2D" w:rsidRPr="00EB6C2D" w14:paraId="68BF0C6E" w14:textId="77777777" w:rsidTr="00EB6C2D">
        <w:tc>
          <w:tcPr>
            <w:tcW w:w="0" w:type="auto"/>
            <w:hideMark/>
          </w:tcPr>
          <w:p w14:paraId="5D2DCF9C" w14:textId="77777777" w:rsidR="00EB6C2D" w:rsidRPr="00EB6C2D" w:rsidRDefault="00EB6C2D" w:rsidP="00EB6C2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ประเมินความมั่นคงอาคาร</w:t>
            </w:r>
          </w:p>
        </w:tc>
        <w:tc>
          <w:tcPr>
            <w:tcW w:w="0" w:type="auto"/>
            <w:hideMark/>
          </w:tcPr>
          <w:p w14:paraId="41828B2F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ห้ามเข้าอาคารจนกว่าวิศวกรหรือผู้เชี่ยวชาญจะรับรองความปลอดภัย (ป้องกัน </w:t>
            </w:r>
            <w:r w:rsidRPr="00EB6C2D">
              <w:rPr>
                <w:rFonts w:ascii="TH SarabunPSK" w:hAnsi="TH SarabunPSK" w:cs="TH SarabunPSK" w:hint="cs"/>
                <w:sz w:val="32"/>
                <w:szCs w:val="32"/>
              </w:rPr>
              <w:t>Aftershock)</w:t>
            </w:r>
          </w:p>
        </w:tc>
        <w:tc>
          <w:tcPr>
            <w:tcW w:w="0" w:type="auto"/>
            <w:hideMark/>
          </w:tcPr>
          <w:p w14:paraId="4822590C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ฝ่ายอาคารสถานที่</w:t>
            </w:r>
          </w:p>
        </w:tc>
      </w:tr>
      <w:tr w:rsidR="00EB6C2D" w:rsidRPr="00EB6C2D" w14:paraId="37B26734" w14:textId="77777777" w:rsidTr="00EB6C2D">
        <w:tc>
          <w:tcPr>
            <w:tcW w:w="0" w:type="auto"/>
            <w:hideMark/>
          </w:tcPr>
          <w:p w14:paraId="044CC775" w14:textId="77777777" w:rsidR="00EB6C2D" w:rsidRPr="00EB6C2D" w:rsidRDefault="00EB6C2D" w:rsidP="00EB6C2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ดูแลสุขภาพจิต</w:t>
            </w:r>
          </w:p>
        </w:tc>
        <w:tc>
          <w:tcPr>
            <w:tcW w:w="0" w:type="auto"/>
            <w:hideMark/>
          </w:tcPr>
          <w:p w14:paraId="108C91C6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ปลอบขวัญนักเรียนและให้ข้อมูลที่ถูกต้องเพื่อลดความตระหนก</w:t>
            </w:r>
          </w:p>
        </w:tc>
        <w:tc>
          <w:tcPr>
            <w:tcW w:w="0" w:type="auto"/>
            <w:hideMark/>
          </w:tcPr>
          <w:p w14:paraId="7BC10A3B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ครูแนะแนว / นักจิตวิทยา</w:t>
            </w:r>
          </w:p>
        </w:tc>
      </w:tr>
      <w:tr w:rsidR="00EB6C2D" w:rsidRPr="00EB6C2D" w14:paraId="5A978D33" w14:textId="77777777" w:rsidTr="00EB6C2D">
        <w:tc>
          <w:tcPr>
            <w:tcW w:w="0" w:type="auto"/>
            <w:hideMark/>
          </w:tcPr>
          <w:p w14:paraId="522E13C6" w14:textId="77777777" w:rsidR="00EB6C2D" w:rsidRPr="00EB6C2D" w:rsidRDefault="00EB6C2D" w:rsidP="00EB6C2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แจ้งสถานการณ์</w:t>
            </w:r>
          </w:p>
        </w:tc>
        <w:tc>
          <w:tcPr>
            <w:tcW w:w="0" w:type="auto"/>
            <w:hideMark/>
          </w:tcPr>
          <w:p w14:paraId="4CB9839F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สื่อสารกับผู้ปกครองผ่านช่องทางหลักของโรงเรียนถึงความปลอดภัยของนักเรียน</w:t>
            </w:r>
          </w:p>
        </w:tc>
        <w:tc>
          <w:tcPr>
            <w:tcW w:w="0" w:type="auto"/>
            <w:hideMark/>
          </w:tcPr>
          <w:p w14:paraId="03FB4BCC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งานประชาสัมพันธ์</w:t>
            </w:r>
          </w:p>
        </w:tc>
      </w:tr>
    </w:tbl>
    <w:p w14:paraId="65A311B7" w14:textId="77777777" w:rsidR="00EB6C2D" w:rsidRPr="007339B2" w:rsidRDefault="00EB6C2D" w:rsidP="00EB6C2D">
      <w:pPr>
        <w:pStyle w:val="2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7339B2">
        <w:rPr>
          <w:rFonts w:ascii="TH SarabunPSK" w:hAnsi="TH SarabunPSK" w:cs="TH SarabunPSK" w:hint="cs"/>
          <w:sz w:val="32"/>
          <w:szCs w:val="32"/>
          <w:cs/>
        </w:rPr>
        <w:t>๓</w:t>
      </w:r>
      <w:r w:rsidRPr="007339B2">
        <w:rPr>
          <w:rFonts w:ascii="TH SarabunPSK" w:hAnsi="TH SarabunPSK" w:cs="TH SarabunPSK" w:hint="cs"/>
          <w:sz w:val="32"/>
          <w:szCs w:val="32"/>
        </w:rPr>
        <w:t xml:space="preserve">. </w:t>
      </w:r>
      <w:r w:rsidRPr="007339B2">
        <w:rPr>
          <w:rFonts w:ascii="TH SarabunPSK" w:hAnsi="TH SarabunPSK" w:cs="TH SarabunPSK" w:hint="cs"/>
          <w:sz w:val="32"/>
          <w:szCs w:val="32"/>
          <w:cs/>
        </w:rPr>
        <w:t>ระยะเวลาดำเนินการ</w:t>
      </w:r>
    </w:p>
    <w:p w14:paraId="103C5F30" w14:textId="77777777" w:rsidR="008248DB" w:rsidRPr="00AC7BFD" w:rsidRDefault="008248DB" w:rsidP="008248DB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56293AA1" w14:textId="77777777" w:rsidR="00EB6C2D" w:rsidRPr="000C465C" w:rsidRDefault="00EB6C2D" w:rsidP="00EB6C2D">
      <w:pPr>
        <w:rPr>
          <w:rFonts w:ascii="TH SarabunPSK" w:hAnsi="TH SarabunPSK" w:cs="TH SarabunPSK"/>
          <w:sz w:val="32"/>
          <w:szCs w:val="32"/>
        </w:rPr>
      </w:pPr>
      <w:r w:rsidRPr="000C465C">
        <w:rPr>
          <w:rStyle w:val="ad"/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34608D03" w14:textId="77777777" w:rsidR="00413068" w:rsidRPr="00AC7BFD" w:rsidRDefault="00413068" w:rsidP="0041306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0450AA7" w14:textId="77777777" w:rsidR="00EB6C2D" w:rsidRPr="000C465C" w:rsidRDefault="00EB6C2D" w:rsidP="00EB6C2D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0C465C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๕. ผู้บัญชาการเหตุการณ์</w:t>
      </w:r>
    </w:p>
    <w:p w14:paraId="06D47B71" w14:textId="77777777" w:rsidR="00D13085" w:rsidRDefault="00D13085" w:rsidP="00D13085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3DED0984" w14:textId="77777777" w:rsidR="000E72F9" w:rsidRDefault="000E72F9" w:rsidP="000E72F9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992F51A" w14:textId="77777777" w:rsidR="000E72F9" w:rsidRPr="00A642A2" w:rsidRDefault="000E72F9" w:rsidP="000E72F9">
      <w:pPr>
        <w:pStyle w:val="31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22686DE0" wp14:editId="06422DA4">
                <wp:simplePos x="0" y="0"/>
                <wp:positionH relativeFrom="column">
                  <wp:posOffset>1780108</wp:posOffset>
                </wp:positionH>
                <wp:positionV relativeFrom="paragraph">
                  <wp:posOffset>160325</wp:posOffset>
                </wp:positionV>
                <wp:extent cx="2505710" cy="271780"/>
                <wp:effectExtent l="50800" t="25400" r="59690" b="71120"/>
                <wp:wrapNone/>
                <wp:docPr id="718839284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27178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DA797E" id="สี่เหลี่ยมผืนผ้ามุมมน 2" o:spid="_x0000_s1026" style="position:absolute;margin-left:140.15pt;margin-top:12.6pt;width:197.3pt;height:21.4pt;z-index:-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Pr="00A642A2">
        <w:rPr>
          <w:rStyle w:val="ad"/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ประเภทภัย </w:t>
      </w:r>
      <w:proofErr w:type="spellStart"/>
      <w:r w:rsidRPr="00A642A2">
        <w:rPr>
          <w:rStyle w:val="ad"/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สึ</w:t>
      </w:r>
      <w:proofErr w:type="spellEnd"/>
      <w:r w:rsidRPr="00A642A2">
        <w:rPr>
          <w:rStyle w:val="ad"/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นามิ</w:t>
      </w:r>
    </w:p>
    <w:p w14:paraId="25D1D2B8" w14:textId="77777777" w:rsidR="000E72F9" w:rsidRPr="00EB6C2D" w:rsidRDefault="000E72F9" w:rsidP="00EB6C2D">
      <w:pPr>
        <w:pStyle w:val="31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6C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๑. วัตถุประสงค์</w:t>
      </w:r>
    </w:p>
    <w:p w14:paraId="7F884D7F" w14:textId="108FBEEA" w:rsidR="00EB6C2D" w:rsidRPr="00EB6C2D" w:rsidRDefault="00EB6C2D" w:rsidP="003E4827">
      <w:pPr>
        <w:pStyle w:val="af1"/>
        <w:numPr>
          <w:ilvl w:val="0"/>
          <w:numId w:val="25"/>
        </w:numPr>
        <w:rPr>
          <w:rFonts w:cs="TH SarabunPSK"/>
          <w:szCs w:val="32"/>
        </w:rPr>
      </w:pPr>
      <w:r w:rsidRPr="00EB6C2D">
        <w:rPr>
          <w:rFonts w:cs="TH SarabunPSK" w:hint="cs"/>
          <w:szCs w:val="32"/>
          <w:cs/>
          <w:lang w:bidi="th-TH"/>
        </w:rPr>
        <w:t xml:space="preserve">เพื่อให้ครูและนักเรียนสามารถอพยพไปยังพื้นที่ปลอดภัย </w:t>
      </w:r>
      <w:r w:rsidRPr="00EB6C2D">
        <w:rPr>
          <w:rFonts w:cs="TH SarabunPSK" w:hint="cs"/>
          <w:szCs w:val="32"/>
          <w:rtl/>
          <w:cs/>
        </w:rPr>
        <w:t>(</w:t>
      </w:r>
      <w:r w:rsidRPr="00EB6C2D">
        <w:rPr>
          <w:rFonts w:cs="TH SarabunPSK" w:hint="cs"/>
          <w:szCs w:val="32"/>
          <w:rtl/>
          <w:cs/>
          <w:lang w:bidi="th-TH"/>
        </w:rPr>
        <w:t>ที่สูง</w:t>
      </w:r>
      <w:r w:rsidRPr="00EB6C2D">
        <w:rPr>
          <w:rFonts w:cs="TH SarabunPSK" w:hint="cs"/>
          <w:szCs w:val="32"/>
          <w:rtl/>
          <w:cs/>
        </w:rPr>
        <w:t xml:space="preserve">) </w:t>
      </w:r>
      <w:r w:rsidRPr="00EB6C2D">
        <w:rPr>
          <w:rFonts w:cs="TH SarabunPSK" w:hint="cs"/>
          <w:szCs w:val="32"/>
          <w:rtl/>
          <w:cs/>
          <w:lang w:bidi="th-TH"/>
        </w:rPr>
        <w:t>ได้ทันท่วงทีเมื่อมีการแจ้งเตือน</w:t>
      </w:r>
    </w:p>
    <w:p w14:paraId="2B11F6C7" w14:textId="54C2B970" w:rsidR="00EB6C2D" w:rsidRPr="00EB6C2D" w:rsidRDefault="00EB6C2D" w:rsidP="003E4827">
      <w:pPr>
        <w:pStyle w:val="af1"/>
        <w:numPr>
          <w:ilvl w:val="0"/>
          <w:numId w:val="25"/>
        </w:numPr>
        <w:rPr>
          <w:rFonts w:cs="TH SarabunPSK"/>
          <w:szCs w:val="32"/>
        </w:rPr>
      </w:pPr>
      <w:r w:rsidRPr="00EB6C2D">
        <w:rPr>
          <w:rFonts w:cs="TH SarabunPSK" w:hint="cs"/>
          <w:szCs w:val="32"/>
          <w:cs/>
          <w:lang w:bidi="th-TH"/>
        </w:rPr>
        <w:t>เพื่อกำหนดเส้นทางอพยพและจุดรวมพลที่ปลอดภัยจากการซัดของคลื่น</w:t>
      </w:r>
    </w:p>
    <w:p w14:paraId="6B34EAA9" w14:textId="2D0FEAC4" w:rsidR="00EB6C2D" w:rsidRPr="00EB6C2D" w:rsidRDefault="00EB6C2D" w:rsidP="003E4827">
      <w:pPr>
        <w:pStyle w:val="af1"/>
        <w:numPr>
          <w:ilvl w:val="0"/>
          <w:numId w:val="25"/>
        </w:numPr>
        <w:rPr>
          <w:rFonts w:cs="TH SarabunPSK"/>
          <w:szCs w:val="32"/>
        </w:rPr>
      </w:pPr>
      <w:r w:rsidRPr="00EB6C2D">
        <w:rPr>
          <w:rFonts w:cs="TH SarabunPSK" w:hint="cs"/>
          <w:szCs w:val="32"/>
          <w:cs/>
          <w:lang w:bidi="th-TH"/>
        </w:rPr>
        <w:t>เพื่อลดความตื่นตระหนกและสร้างระบบการสื่อสารที่มีประสิทธิภาพในภาวะวิกฤต</w:t>
      </w:r>
    </w:p>
    <w:p w14:paraId="3D9B2C4B" w14:textId="77777777" w:rsidR="000E72F9" w:rsidRPr="00EB6C2D" w:rsidRDefault="000E72F9" w:rsidP="00EB6C2D">
      <w:pPr>
        <w:pStyle w:val="31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6C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04FF16FC" w14:textId="77777777" w:rsidR="000E72F9" w:rsidRDefault="000E72F9" w:rsidP="00EB6C2D">
      <w:pPr>
        <w:pStyle w:val="4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6C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๒.๑ การเตรียมการเกิดเหตุ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97"/>
        <w:gridCol w:w="5470"/>
        <w:gridCol w:w="2198"/>
      </w:tblGrid>
      <w:tr w:rsidR="00EB6C2D" w:rsidRPr="000C58F2" w14:paraId="5D98C4B4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7C162959" w14:textId="77777777" w:rsidR="00EB6C2D" w:rsidRPr="000C58F2" w:rsidRDefault="00EB6C2D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793D4905" w14:textId="77777777" w:rsidR="00EB6C2D" w:rsidRPr="000C58F2" w:rsidRDefault="00EB6C2D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3F27313D" w14:textId="77777777" w:rsidR="00EB6C2D" w:rsidRPr="000C58F2" w:rsidRDefault="00EB6C2D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EB6C2D" w:rsidRPr="00EB6C2D" w14:paraId="3A52D685" w14:textId="77777777" w:rsidTr="00EB6C2D">
        <w:tc>
          <w:tcPr>
            <w:tcW w:w="0" w:type="auto"/>
            <w:hideMark/>
          </w:tcPr>
          <w:p w14:paraId="2E359722" w14:textId="77777777" w:rsidR="00EB6C2D" w:rsidRPr="00EB6C2D" w:rsidRDefault="00EB6C2D" w:rsidP="00EB6C2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กำหนดเส้นทางอพยพ</w:t>
            </w:r>
          </w:p>
        </w:tc>
        <w:tc>
          <w:tcPr>
            <w:tcW w:w="0" w:type="auto"/>
            <w:hideMark/>
          </w:tcPr>
          <w:p w14:paraId="58F3CB04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สำรวจและจัดทำป้ายบอกทางไปยัง "พื้นที่สูง" หรือ "อาคารหลบภัย</w:t>
            </w:r>
            <w:proofErr w:type="spellStart"/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สึ</w:t>
            </w:r>
            <w:proofErr w:type="spellEnd"/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นามิ" ที่ใกล้ที่สุด</w:t>
            </w:r>
          </w:p>
        </w:tc>
        <w:tc>
          <w:tcPr>
            <w:tcW w:w="0" w:type="auto"/>
            <w:hideMark/>
          </w:tcPr>
          <w:p w14:paraId="1BC0463A" w14:textId="5DA19620" w:rsidR="00EB6C2D" w:rsidRPr="00EB6C2D" w:rsidRDefault="00AB71E0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ฝ่ายอาคารสถานที่ </w:t>
            </w:r>
          </w:p>
        </w:tc>
      </w:tr>
      <w:tr w:rsidR="00EB6C2D" w:rsidRPr="00EB6C2D" w14:paraId="27751DA1" w14:textId="77777777" w:rsidTr="00EB6C2D">
        <w:tc>
          <w:tcPr>
            <w:tcW w:w="0" w:type="auto"/>
            <w:hideMark/>
          </w:tcPr>
          <w:p w14:paraId="16FC6FAE" w14:textId="77777777" w:rsidR="00EB6C2D" w:rsidRPr="00EB6C2D" w:rsidRDefault="00EB6C2D" w:rsidP="00EB6C2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ระบบแจ้งเตือนภัย</w:t>
            </w:r>
          </w:p>
        </w:tc>
        <w:tc>
          <w:tcPr>
            <w:tcW w:w="0" w:type="auto"/>
            <w:hideMark/>
          </w:tcPr>
          <w:p w14:paraId="6D552500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ติดตั้งและทดสอบสัญญาณเตือนภัย/วิทยุสื่อสารให้พร้อมใช้งานตลอดเวลา</w:t>
            </w:r>
          </w:p>
        </w:tc>
        <w:tc>
          <w:tcPr>
            <w:tcW w:w="0" w:type="auto"/>
            <w:hideMark/>
          </w:tcPr>
          <w:p w14:paraId="76795314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งานนิรภัยโรงเรียน</w:t>
            </w:r>
          </w:p>
        </w:tc>
      </w:tr>
      <w:tr w:rsidR="00EB6C2D" w:rsidRPr="00EB6C2D" w14:paraId="399C0954" w14:textId="77777777" w:rsidTr="00EB6C2D">
        <w:tc>
          <w:tcPr>
            <w:tcW w:w="0" w:type="auto"/>
            <w:hideMark/>
          </w:tcPr>
          <w:p w14:paraId="52FE6A9A" w14:textId="77777777" w:rsidR="00EB6C2D" w:rsidRPr="00EB6C2D" w:rsidRDefault="00EB6C2D" w:rsidP="00EB6C2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ซักซ้อมแผนอพยพ</w:t>
            </w:r>
          </w:p>
        </w:tc>
        <w:tc>
          <w:tcPr>
            <w:tcW w:w="0" w:type="auto"/>
            <w:hideMark/>
          </w:tcPr>
          <w:p w14:paraId="054C69DE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ฝึกซ้อมอพยพนักเรียนขึ้นที่สูง (</w:t>
            </w:r>
            <w:r w:rsidRPr="00EB6C2D">
              <w:rPr>
                <w:rFonts w:ascii="TH SarabunPSK" w:hAnsi="TH SarabunPSK" w:cs="TH SarabunPSK" w:hint="cs"/>
                <w:sz w:val="32"/>
                <w:szCs w:val="32"/>
              </w:rPr>
              <w:t xml:space="preserve">Tsunami Drill) </w:t>
            </w: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อย่างน้อยปีละ </w:t>
            </w:r>
            <w:r w:rsidRPr="00EB6C2D">
              <w:rPr>
                <w:rFonts w:ascii="TH SarabunPSK" w:hAnsi="TH SarabunPSK" w:cs="TH SarabunPSK" w:hint="cs"/>
                <w:sz w:val="32"/>
                <w:szCs w:val="32"/>
              </w:rPr>
              <w:t xml:space="preserve">2 </w:t>
            </w: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</w:t>
            </w:r>
          </w:p>
        </w:tc>
        <w:tc>
          <w:tcPr>
            <w:tcW w:w="0" w:type="auto"/>
            <w:hideMark/>
          </w:tcPr>
          <w:p w14:paraId="5F862DE8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ครูและนักเรียนทุกคน</w:t>
            </w:r>
          </w:p>
        </w:tc>
      </w:tr>
      <w:tr w:rsidR="00EB6C2D" w:rsidRPr="00EB6C2D" w14:paraId="0F22F6AD" w14:textId="77777777" w:rsidTr="00EB6C2D">
        <w:tc>
          <w:tcPr>
            <w:tcW w:w="0" w:type="auto"/>
            <w:hideMark/>
          </w:tcPr>
          <w:p w14:paraId="321EB282" w14:textId="77777777" w:rsidR="00EB6C2D" w:rsidRPr="00EB6C2D" w:rsidRDefault="00EB6C2D" w:rsidP="00EB6C2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จัดเตรียมถุงยังชีพ</w:t>
            </w:r>
          </w:p>
        </w:tc>
        <w:tc>
          <w:tcPr>
            <w:tcW w:w="0" w:type="auto"/>
            <w:hideMark/>
          </w:tcPr>
          <w:p w14:paraId="5EB2FAA5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เตรียมน้ำดื่ม ยารักษาโรค และอุปกรณ์สื่อสารสำรองไว้ที่จุดรวมพลปลอดภัย</w:t>
            </w:r>
          </w:p>
        </w:tc>
        <w:tc>
          <w:tcPr>
            <w:tcW w:w="0" w:type="auto"/>
            <w:hideMark/>
          </w:tcPr>
          <w:p w14:paraId="1346687B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งานอนามัย / ฝ่ายพัสดุ</w:t>
            </w:r>
          </w:p>
        </w:tc>
      </w:tr>
    </w:tbl>
    <w:p w14:paraId="2253BB89" w14:textId="77777777" w:rsidR="000E72F9" w:rsidRPr="00EB6C2D" w:rsidRDefault="000E72F9" w:rsidP="00EB6C2D">
      <w:pPr>
        <w:pStyle w:val="4"/>
        <w:spacing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6C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37"/>
        <w:gridCol w:w="5417"/>
        <w:gridCol w:w="2511"/>
      </w:tblGrid>
      <w:tr w:rsidR="00EB6C2D" w:rsidRPr="00EB6C2D" w14:paraId="6CE4CACE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4F9D69C7" w14:textId="77777777" w:rsidR="00EB6C2D" w:rsidRPr="00EB6C2D" w:rsidRDefault="00EB6C2D" w:rsidP="008248DB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64EFE031" w14:textId="77777777" w:rsidR="00EB6C2D" w:rsidRPr="00EB6C2D" w:rsidRDefault="00EB6C2D" w:rsidP="008248DB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6178A87E" w14:textId="77777777" w:rsidR="00EB6C2D" w:rsidRPr="00EB6C2D" w:rsidRDefault="00EB6C2D" w:rsidP="008248DB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EB6C2D" w:rsidRPr="00EB6C2D" w14:paraId="43FB92D9" w14:textId="77777777" w:rsidTr="00EB6C2D">
        <w:tc>
          <w:tcPr>
            <w:tcW w:w="0" w:type="auto"/>
            <w:hideMark/>
          </w:tcPr>
          <w:p w14:paraId="4E9B64C8" w14:textId="77777777" w:rsidR="00EB6C2D" w:rsidRPr="00EB6C2D" w:rsidRDefault="00EB6C2D" w:rsidP="00EB6C2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การตัดสินใจอพยพ</w:t>
            </w:r>
          </w:p>
        </w:tc>
        <w:tc>
          <w:tcPr>
            <w:tcW w:w="0" w:type="auto"/>
            <w:hideMark/>
          </w:tcPr>
          <w:p w14:paraId="3A763615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เมื่อสัญญาณเตือนดังขึ้น หรือเกิดแผ่นดินไหวรุนแรง ให้สั่งอพยพทันที</w:t>
            </w:r>
            <w:r w:rsidRPr="00EB6C2D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"</w:t>
            </w: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ไม่ต้องรอคู่น้ำลด"</w:t>
            </w:r>
          </w:p>
        </w:tc>
        <w:tc>
          <w:tcPr>
            <w:tcW w:w="0" w:type="auto"/>
            <w:hideMark/>
          </w:tcPr>
          <w:p w14:paraId="64058CE8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ผู้อำนวยการโรงเรียน</w:t>
            </w:r>
          </w:p>
        </w:tc>
      </w:tr>
      <w:tr w:rsidR="00EB6C2D" w:rsidRPr="00EB6C2D" w14:paraId="157B1AC7" w14:textId="77777777" w:rsidTr="00EB6C2D">
        <w:tc>
          <w:tcPr>
            <w:tcW w:w="0" w:type="auto"/>
            <w:hideMark/>
          </w:tcPr>
          <w:p w14:paraId="253D5E42" w14:textId="77777777" w:rsidR="00EB6C2D" w:rsidRPr="00EB6C2D" w:rsidRDefault="00EB6C2D" w:rsidP="00EB6C2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การอพยพขึ้นที่สูง</w:t>
            </w:r>
          </w:p>
        </w:tc>
        <w:tc>
          <w:tcPr>
            <w:tcW w:w="0" w:type="auto"/>
            <w:hideMark/>
          </w:tcPr>
          <w:p w14:paraId="3E55D222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นำนักเรียนเดิน/วิ่งไปยังจุดรวมพลที่กำหนด (สูงกว่าระดับน้ำทะเลอย่างน้อย </w:t>
            </w:r>
            <w:r w:rsidRPr="00EB6C2D">
              <w:rPr>
                <w:rFonts w:ascii="TH SarabunPSK" w:hAnsi="TH SarabunPSK" w:cs="TH SarabunPSK" w:hint="cs"/>
                <w:sz w:val="32"/>
                <w:szCs w:val="32"/>
              </w:rPr>
              <w:t xml:space="preserve">15-30 </w:t>
            </w: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เมตร)</w:t>
            </w:r>
          </w:p>
        </w:tc>
        <w:tc>
          <w:tcPr>
            <w:tcW w:w="0" w:type="auto"/>
            <w:hideMark/>
          </w:tcPr>
          <w:p w14:paraId="7D6B391D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 / ครูประจำวิชา</w:t>
            </w:r>
          </w:p>
        </w:tc>
      </w:tr>
      <w:tr w:rsidR="00EB6C2D" w:rsidRPr="00EB6C2D" w14:paraId="7F10437A" w14:textId="77777777" w:rsidTr="00EB6C2D">
        <w:tc>
          <w:tcPr>
            <w:tcW w:w="0" w:type="auto"/>
            <w:hideMark/>
          </w:tcPr>
          <w:p w14:paraId="2EBF06E8" w14:textId="77777777" w:rsidR="00EB6C2D" w:rsidRPr="00EB6C2D" w:rsidRDefault="00EB6C2D" w:rsidP="00EB6C2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การดูแลกลุ่มพิเศษ</w:t>
            </w:r>
          </w:p>
        </w:tc>
        <w:tc>
          <w:tcPr>
            <w:tcW w:w="0" w:type="auto"/>
            <w:hideMark/>
          </w:tcPr>
          <w:p w14:paraId="7178B81D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ช่วยเหลือเด็กเล็กหรือนักเรียนที่มีความบกพร่องทางร่างกายเป็นลำดับแรกในการอพยพ</w:t>
            </w:r>
          </w:p>
        </w:tc>
        <w:tc>
          <w:tcPr>
            <w:tcW w:w="0" w:type="auto"/>
            <w:hideMark/>
          </w:tcPr>
          <w:p w14:paraId="3F3C1577" w14:textId="6CE169B4" w:rsidR="00EB6C2D" w:rsidRPr="00EB6C2D" w:rsidRDefault="00EB6C2D" w:rsidP="00A3773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</w:t>
            </w:r>
            <w:r w:rsidR="00A37738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ประจำชั้น</w:t>
            </w: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/ อาสาฯ สภานักเรียน</w:t>
            </w:r>
          </w:p>
        </w:tc>
      </w:tr>
      <w:tr w:rsidR="00EB6C2D" w:rsidRPr="00EB6C2D" w14:paraId="2B1C692F" w14:textId="77777777" w:rsidTr="00EB6C2D">
        <w:tc>
          <w:tcPr>
            <w:tcW w:w="0" w:type="auto"/>
            <w:hideMark/>
          </w:tcPr>
          <w:p w14:paraId="2DF9A9F0" w14:textId="77777777" w:rsidR="00EB6C2D" w:rsidRPr="00EB6C2D" w:rsidRDefault="00EB6C2D" w:rsidP="00EB6C2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การรายงานตัว</w:t>
            </w:r>
          </w:p>
        </w:tc>
        <w:tc>
          <w:tcPr>
            <w:tcW w:w="0" w:type="auto"/>
            <w:hideMark/>
          </w:tcPr>
          <w:p w14:paraId="5DF93786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เมื่อถึงจุดปลอดภัย ให้เช็คชื่อนักเรียนและรายงานยอดผู้สูญหายทันที</w:t>
            </w:r>
          </w:p>
        </w:tc>
        <w:tc>
          <w:tcPr>
            <w:tcW w:w="0" w:type="auto"/>
            <w:hideMark/>
          </w:tcPr>
          <w:p w14:paraId="3CD3F9A1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</w:tc>
      </w:tr>
    </w:tbl>
    <w:p w14:paraId="164B77A7" w14:textId="77777777" w:rsidR="000E72F9" w:rsidRPr="00EB6C2D" w:rsidRDefault="000E72F9" w:rsidP="00EB6C2D">
      <w:pPr>
        <w:pStyle w:val="4"/>
        <w:spacing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6C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49"/>
        <w:gridCol w:w="5608"/>
        <w:gridCol w:w="2108"/>
      </w:tblGrid>
      <w:tr w:rsidR="00EB6C2D" w:rsidRPr="00EB6C2D" w14:paraId="0EBC378F" w14:textId="77777777" w:rsidTr="008248DB">
        <w:trPr>
          <w:trHeight w:val="245"/>
        </w:trPr>
        <w:tc>
          <w:tcPr>
            <w:tcW w:w="1749" w:type="dxa"/>
            <w:shd w:val="clear" w:color="auto" w:fill="C5E0B3" w:themeFill="accent6" w:themeFillTint="66"/>
          </w:tcPr>
          <w:p w14:paraId="2395082D" w14:textId="77777777" w:rsidR="00EB6C2D" w:rsidRPr="00EB6C2D" w:rsidRDefault="00EB6C2D" w:rsidP="008248DB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608" w:type="dxa"/>
            <w:shd w:val="clear" w:color="auto" w:fill="C5E0B3" w:themeFill="accent6" w:themeFillTint="66"/>
          </w:tcPr>
          <w:p w14:paraId="276771CD" w14:textId="77777777" w:rsidR="00EB6C2D" w:rsidRPr="00EB6C2D" w:rsidRDefault="00EB6C2D" w:rsidP="008248DB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108" w:type="dxa"/>
            <w:shd w:val="clear" w:color="auto" w:fill="C5E0B3" w:themeFill="accent6" w:themeFillTint="66"/>
          </w:tcPr>
          <w:p w14:paraId="46859BF1" w14:textId="77777777" w:rsidR="00EB6C2D" w:rsidRPr="00EB6C2D" w:rsidRDefault="00EB6C2D" w:rsidP="008248DB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EB6C2D" w:rsidRPr="00EB6C2D" w14:paraId="2122A6CB" w14:textId="77777777" w:rsidTr="00EB6C2D">
        <w:tc>
          <w:tcPr>
            <w:tcW w:w="0" w:type="auto"/>
            <w:hideMark/>
          </w:tcPr>
          <w:p w14:paraId="184819C5" w14:textId="77777777" w:rsidR="00EB6C2D" w:rsidRPr="00EB6C2D" w:rsidRDefault="00EB6C2D" w:rsidP="00EB6C2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การคงอยู่ที่ปลอดภัย</w:t>
            </w:r>
          </w:p>
        </w:tc>
        <w:tc>
          <w:tcPr>
            <w:tcW w:w="0" w:type="auto"/>
            <w:hideMark/>
          </w:tcPr>
          <w:p w14:paraId="211167E5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ห้ามกลับลงไปในพื้นที่ต่ำจนกว่าจะมีการประกาศยกเลิกเตือนภัยจากทางการ (เนื่องจากคลื่นอาจมาหลายระลอก)</w:t>
            </w:r>
          </w:p>
        </w:tc>
        <w:tc>
          <w:tcPr>
            <w:tcW w:w="0" w:type="auto"/>
            <w:hideMark/>
          </w:tcPr>
          <w:p w14:paraId="33CB810D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หัวหน้าศูนย์อพยพ</w:t>
            </w:r>
          </w:p>
        </w:tc>
      </w:tr>
      <w:tr w:rsidR="00EB6C2D" w:rsidRPr="00EB6C2D" w14:paraId="249A8C9C" w14:textId="77777777" w:rsidTr="00EB6C2D">
        <w:tc>
          <w:tcPr>
            <w:tcW w:w="0" w:type="auto"/>
            <w:hideMark/>
          </w:tcPr>
          <w:p w14:paraId="49656FC5" w14:textId="77777777" w:rsidR="00EB6C2D" w:rsidRPr="00EB6C2D" w:rsidRDefault="00EB6C2D" w:rsidP="00EB6C2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การปฐมพยาบาล</w:t>
            </w:r>
          </w:p>
        </w:tc>
        <w:tc>
          <w:tcPr>
            <w:tcW w:w="0" w:type="auto"/>
            <w:hideMark/>
          </w:tcPr>
          <w:p w14:paraId="537DB0FB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ดูแลผู้บาดเจ็บและคัดแยกอาการส่งต่อหน่วยแพทย์เคลื่อนที่</w:t>
            </w:r>
          </w:p>
        </w:tc>
        <w:tc>
          <w:tcPr>
            <w:tcW w:w="0" w:type="auto"/>
            <w:hideMark/>
          </w:tcPr>
          <w:p w14:paraId="17FB73EA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ครูพยาบาล</w:t>
            </w:r>
          </w:p>
        </w:tc>
      </w:tr>
      <w:tr w:rsidR="00EB6C2D" w:rsidRPr="00EB6C2D" w14:paraId="618BB177" w14:textId="77777777" w:rsidTr="00EB6C2D">
        <w:tc>
          <w:tcPr>
            <w:tcW w:w="0" w:type="auto"/>
            <w:hideMark/>
          </w:tcPr>
          <w:p w14:paraId="581103C7" w14:textId="77777777" w:rsidR="00EB6C2D" w:rsidRPr="00EB6C2D" w:rsidRDefault="00EB6C2D" w:rsidP="00EB6C2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ประสานงานครอบครัว</w:t>
            </w:r>
          </w:p>
        </w:tc>
        <w:tc>
          <w:tcPr>
            <w:tcW w:w="0" w:type="auto"/>
            <w:hideMark/>
          </w:tcPr>
          <w:p w14:paraId="1FCAD198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จัดทำระบบทะเบียนผู้ลี้ภัยและช่วยนักเรียนในการติดต่อสื่อสารกับผู้ปกครอง</w:t>
            </w:r>
          </w:p>
        </w:tc>
        <w:tc>
          <w:tcPr>
            <w:tcW w:w="0" w:type="auto"/>
            <w:hideMark/>
          </w:tcPr>
          <w:p w14:paraId="42D78810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งานแนะแนว / ประชาสัมพันธ์</w:t>
            </w:r>
          </w:p>
        </w:tc>
      </w:tr>
      <w:tr w:rsidR="00EB6C2D" w:rsidRPr="00EB6C2D" w14:paraId="487A9460" w14:textId="77777777" w:rsidTr="00EB6C2D">
        <w:tc>
          <w:tcPr>
            <w:tcW w:w="0" w:type="auto"/>
            <w:hideMark/>
          </w:tcPr>
          <w:p w14:paraId="47241266" w14:textId="77777777" w:rsidR="00EB6C2D" w:rsidRPr="00EB6C2D" w:rsidRDefault="00EB6C2D" w:rsidP="00EB6C2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ประเมินความเสียหาย</w:t>
            </w:r>
          </w:p>
        </w:tc>
        <w:tc>
          <w:tcPr>
            <w:tcW w:w="0" w:type="auto"/>
            <w:hideMark/>
          </w:tcPr>
          <w:p w14:paraId="4DE2A9AC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สำรวจความเสียหายของอาคารเรียนก่อนอนุญาตให้กลับเข้าใช้งาน</w:t>
            </w:r>
          </w:p>
        </w:tc>
        <w:tc>
          <w:tcPr>
            <w:tcW w:w="0" w:type="auto"/>
            <w:hideMark/>
          </w:tcPr>
          <w:p w14:paraId="0B94046E" w14:textId="77777777" w:rsidR="00EB6C2D" w:rsidRPr="00EB6C2D" w:rsidRDefault="00EB6C2D" w:rsidP="00EB6C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C2D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วิศวกร / ฝ่ายอาคารสถานที่</w:t>
            </w:r>
          </w:p>
        </w:tc>
      </w:tr>
    </w:tbl>
    <w:p w14:paraId="0431522B" w14:textId="77777777" w:rsidR="00EB6C2D" w:rsidRPr="007339B2" w:rsidRDefault="00EB6C2D" w:rsidP="00EB6C2D">
      <w:pPr>
        <w:pStyle w:val="2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7339B2">
        <w:rPr>
          <w:rFonts w:ascii="TH SarabunPSK" w:hAnsi="TH SarabunPSK" w:cs="TH SarabunPSK" w:hint="cs"/>
          <w:sz w:val="32"/>
          <w:szCs w:val="32"/>
          <w:cs/>
        </w:rPr>
        <w:t>๓</w:t>
      </w:r>
      <w:r w:rsidRPr="007339B2">
        <w:rPr>
          <w:rFonts w:ascii="TH SarabunPSK" w:hAnsi="TH SarabunPSK" w:cs="TH SarabunPSK" w:hint="cs"/>
          <w:sz w:val="32"/>
          <w:szCs w:val="32"/>
        </w:rPr>
        <w:t xml:space="preserve">. </w:t>
      </w:r>
      <w:r w:rsidRPr="007339B2">
        <w:rPr>
          <w:rFonts w:ascii="TH SarabunPSK" w:hAnsi="TH SarabunPSK" w:cs="TH SarabunPSK" w:hint="cs"/>
          <w:sz w:val="32"/>
          <w:szCs w:val="32"/>
          <w:cs/>
        </w:rPr>
        <w:t>ระยะเวลาดำเนินการ</w:t>
      </w:r>
    </w:p>
    <w:p w14:paraId="19049F96" w14:textId="77777777" w:rsidR="008248DB" w:rsidRPr="00AC7BFD" w:rsidRDefault="008248DB" w:rsidP="008248DB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2C8F6F31" w14:textId="77777777" w:rsidR="00EB6C2D" w:rsidRPr="000C465C" w:rsidRDefault="00EB6C2D" w:rsidP="00EB6C2D">
      <w:pPr>
        <w:rPr>
          <w:rFonts w:ascii="TH SarabunPSK" w:hAnsi="TH SarabunPSK" w:cs="TH SarabunPSK"/>
          <w:sz w:val="32"/>
          <w:szCs w:val="32"/>
        </w:rPr>
      </w:pPr>
      <w:r w:rsidRPr="000C465C">
        <w:rPr>
          <w:rStyle w:val="ad"/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2185ADD5" w14:textId="77777777" w:rsidR="00413068" w:rsidRPr="00AC7BFD" w:rsidRDefault="00413068" w:rsidP="0041306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2CE1F33" w14:textId="77777777" w:rsidR="00EB6C2D" w:rsidRPr="000C465C" w:rsidRDefault="00EB6C2D" w:rsidP="00EB6C2D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0C465C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๕. ผู้บัญชาการเหตุการณ์</w:t>
      </w:r>
    </w:p>
    <w:p w14:paraId="65E6F837" w14:textId="77777777" w:rsidR="001B03E7" w:rsidRDefault="001B03E7" w:rsidP="001B03E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6D324AE4" w14:textId="77777777" w:rsidR="000E72F9" w:rsidRPr="00A642A2" w:rsidRDefault="000E72F9" w:rsidP="000E72F9">
      <w:pPr>
        <w:pStyle w:val="31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4B7BE3FC" wp14:editId="6FC1CFFE">
                <wp:simplePos x="0" y="0"/>
                <wp:positionH relativeFrom="column">
                  <wp:posOffset>1787550</wp:posOffset>
                </wp:positionH>
                <wp:positionV relativeFrom="paragraph">
                  <wp:posOffset>175565</wp:posOffset>
                </wp:positionV>
                <wp:extent cx="2505710" cy="271780"/>
                <wp:effectExtent l="50800" t="25400" r="59690" b="71120"/>
                <wp:wrapNone/>
                <wp:docPr id="2001890066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9A44EA" id="สี่เหลี่ยมผืนผ้ามุมมน 2" o:spid="_x0000_s1026" style="position:absolute;margin-left:140.75pt;margin-top:13.8pt;width:197.3pt;height:21.4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Pr="00A642A2">
        <w:rPr>
          <w:rStyle w:val="ad"/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ประเภทภัย ดินถล่ม</w:t>
      </w:r>
    </w:p>
    <w:p w14:paraId="3D70107A" w14:textId="77777777" w:rsidR="000E72F9" w:rsidRPr="004E3893" w:rsidRDefault="000E72F9" w:rsidP="004E3893">
      <w:pPr>
        <w:pStyle w:val="31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38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๑. วัตถุประสงค์</w:t>
      </w:r>
    </w:p>
    <w:p w14:paraId="69FC4BC9" w14:textId="3A2D018F" w:rsidR="004E3893" w:rsidRPr="004E3893" w:rsidRDefault="004E3893" w:rsidP="003E4827">
      <w:pPr>
        <w:pStyle w:val="af1"/>
        <w:numPr>
          <w:ilvl w:val="0"/>
          <w:numId w:val="26"/>
        </w:numPr>
        <w:rPr>
          <w:rFonts w:cs="TH SarabunPSK"/>
          <w:szCs w:val="32"/>
        </w:rPr>
      </w:pPr>
      <w:r w:rsidRPr="004E3893">
        <w:rPr>
          <w:rFonts w:cs="TH SarabunPSK" w:hint="cs"/>
          <w:szCs w:val="32"/>
          <w:cs/>
          <w:lang w:bidi="th-TH"/>
        </w:rPr>
        <w:t>เพื่อให้บุคลากรและนักเรียนรู้จักสังเกตสัญญาณเตือนภัยธรรมชาติก่อนเกิดดินถล่ม</w:t>
      </w:r>
    </w:p>
    <w:p w14:paraId="0EF45CBA" w14:textId="241EA343" w:rsidR="004E3893" w:rsidRPr="004E3893" w:rsidRDefault="004E3893" w:rsidP="003E4827">
      <w:pPr>
        <w:pStyle w:val="af1"/>
        <w:numPr>
          <w:ilvl w:val="0"/>
          <w:numId w:val="26"/>
        </w:numPr>
        <w:rPr>
          <w:rFonts w:cs="TH SarabunPSK"/>
          <w:szCs w:val="32"/>
        </w:rPr>
      </w:pPr>
      <w:r w:rsidRPr="004E3893">
        <w:rPr>
          <w:rFonts w:cs="TH SarabunPSK" w:hint="cs"/>
          <w:szCs w:val="32"/>
          <w:cs/>
          <w:lang w:bidi="th-TH"/>
        </w:rPr>
        <w:t>เพื่อกำหนดจุดปลอดภัยและเส้นทางอพยพที่พ้นจากรัศมีการไหลของดินและเศษซาก</w:t>
      </w:r>
    </w:p>
    <w:p w14:paraId="3B774074" w14:textId="2A367DD3" w:rsidR="001B03E7" w:rsidRPr="001B03E7" w:rsidRDefault="004E3893" w:rsidP="001B03E7">
      <w:pPr>
        <w:pStyle w:val="af1"/>
        <w:numPr>
          <w:ilvl w:val="0"/>
          <w:numId w:val="26"/>
        </w:numPr>
        <w:rPr>
          <w:rFonts w:cs="TH SarabunPSK"/>
          <w:szCs w:val="32"/>
        </w:rPr>
      </w:pPr>
      <w:r w:rsidRPr="004E3893">
        <w:rPr>
          <w:rFonts w:cs="TH SarabunPSK" w:hint="cs"/>
          <w:szCs w:val="32"/>
          <w:cs/>
          <w:lang w:bidi="th-TH"/>
        </w:rPr>
        <w:t>เพื่อลดความสูญเสียต่อชีวิตและทรัพย์สินของสถานศึกษา</w:t>
      </w:r>
    </w:p>
    <w:p w14:paraId="7E0F96FE" w14:textId="77777777" w:rsidR="000E72F9" w:rsidRPr="004E3893" w:rsidRDefault="000E72F9" w:rsidP="004E3893">
      <w:pPr>
        <w:pStyle w:val="31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38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37208FFA" w14:textId="77777777" w:rsidR="000E72F9" w:rsidRDefault="000E72F9" w:rsidP="004E3893">
      <w:pPr>
        <w:pStyle w:val="4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38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๒.๑ การเตรียมการเกิดเหตุ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72"/>
        <w:gridCol w:w="5297"/>
        <w:gridCol w:w="2096"/>
      </w:tblGrid>
      <w:tr w:rsidR="004E3893" w:rsidRPr="000C58F2" w14:paraId="1ED02BC5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011AAE10" w14:textId="77777777" w:rsidR="004E3893" w:rsidRPr="000C58F2" w:rsidRDefault="004E3893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77944FC6" w14:textId="77777777" w:rsidR="004E3893" w:rsidRPr="000C58F2" w:rsidRDefault="004E3893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0FC54AB8" w14:textId="77777777" w:rsidR="004E3893" w:rsidRPr="000C58F2" w:rsidRDefault="004E3893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4E3893" w:rsidRPr="004E3893" w14:paraId="65E700E4" w14:textId="77777777" w:rsidTr="004E3893">
        <w:tc>
          <w:tcPr>
            <w:tcW w:w="0" w:type="auto"/>
            <w:hideMark/>
          </w:tcPr>
          <w:p w14:paraId="253B0AFE" w14:textId="77777777" w:rsidR="004E3893" w:rsidRPr="004E3893" w:rsidRDefault="004E3893" w:rsidP="004E38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การสำรวจพื้นที่เสี่ยง</w:t>
            </w:r>
          </w:p>
        </w:tc>
        <w:tc>
          <w:tcPr>
            <w:tcW w:w="0" w:type="auto"/>
            <w:hideMark/>
          </w:tcPr>
          <w:p w14:paraId="65216C6A" w14:textId="77777777" w:rsidR="004E3893" w:rsidRPr="004E3893" w:rsidRDefault="004E3893" w:rsidP="004E3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ตรวจสอบรอยร้าวบนพื้นดิน/อาคาร การเอียงของต้นไม้หรือเสาไฟฟ้าในโรงเรียน</w:t>
            </w:r>
          </w:p>
        </w:tc>
        <w:tc>
          <w:tcPr>
            <w:tcW w:w="0" w:type="auto"/>
            <w:hideMark/>
          </w:tcPr>
          <w:p w14:paraId="4E491CE9" w14:textId="77777777" w:rsidR="004E3893" w:rsidRPr="004E3893" w:rsidRDefault="004E3893" w:rsidP="004E3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ฝ่ายอาคารสถานที่</w:t>
            </w:r>
          </w:p>
        </w:tc>
      </w:tr>
      <w:tr w:rsidR="004E3893" w:rsidRPr="004E3893" w14:paraId="55B8C5BE" w14:textId="77777777" w:rsidTr="004E3893">
        <w:tc>
          <w:tcPr>
            <w:tcW w:w="0" w:type="auto"/>
            <w:hideMark/>
          </w:tcPr>
          <w:p w14:paraId="6A1A1A65" w14:textId="77777777" w:rsidR="004E3893" w:rsidRPr="004E3893" w:rsidRDefault="004E3893" w:rsidP="004E38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ติดตั้งเครื่องวัดปริมาณน้ำฝน</w:t>
            </w:r>
          </w:p>
        </w:tc>
        <w:tc>
          <w:tcPr>
            <w:tcW w:w="0" w:type="auto"/>
            <w:hideMark/>
          </w:tcPr>
          <w:p w14:paraId="0673804B" w14:textId="77777777" w:rsidR="004E3893" w:rsidRPr="004E3893" w:rsidRDefault="004E3893" w:rsidP="004E3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ติดตามปริมาณน้ำฝนสะสม (หากเกิน</w:t>
            </w:r>
            <w:r w:rsidRPr="004E3893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4E3893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100-150 </w:t>
            </w:r>
            <w:r w:rsidRPr="004E38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มม.</w:t>
            </w:r>
            <w:r w:rsidRPr="004E3893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ใน </w:t>
            </w:r>
            <w:r w:rsidRPr="004E3893">
              <w:rPr>
                <w:rFonts w:ascii="TH SarabunPSK" w:hAnsi="TH SarabunPSK" w:cs="TH SarabunPSK" w:hint="cs"/>
                <w:sz w:val="32"/>
                <w:szCs w:val="32"/>
              </w:rPr>
              <w:t xml:space="preserve">24 </w:t>
            </w: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ชม. ให้เตรียมพร้อมขั้นสูงสุด)</w:t>
            </w:r>
          </w:p>
        </w:tc>
        <w:tc>
          <w:tcPr>
            <w:tcW w:w="0" w:type="auto"/>
            <w:hideMark/>
          </w:tcPr>
          <w:p w14:paraId="180D6A6E" w14:textId="77777777" w:rsidR="004E3893" w:rsidRPr="004E3893" w:rsidRDefault="004E3893" w:rsidP="004E3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งานนิรภัยโรงเรียน</w:t>
            </w:r>
          </w:p>
        </w:tc>
      </w:tr>
      <w:tr w:rsidR="004E3893" w:rsidRPr="004E3893" w14:paraId="55C53822" w14:textId="77777777" w:rsidTr="004E3893">
        <w:tc>
          <w:tcPr>
            <w:tcW w:w="0" w:type="auto"/>
            <w:hideMark/>
          </w:tcPr>
          <w:p w14:paraId="2C86E450" w14:textId="77777777" w:rsidR="004E3893" w:rsidRPr="004E3893" w:rsidRDefault="004E3893" w:rsidP="004E38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ซักซ้อมเส้นทางอพยพ</w:t>
            </w:r>
          </w:p>
        </w:tc>
        <w:tc>
          <w:tcPr>
            <w:tcW w:w="0" w:type="auto"/>
            <w:hideMark/>
          </w:tcPr>
          <w:p w14:paraId="4DF1A62E" w14:textId="77777777" w:rsidR="004E3893" w:rsidRPr="004E3893" w:rsidRDefault="004E3893" w:rsidP="004E3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ฝึกซ้อมอพยพไปยังพื้นที่สูงที่มั่นคง หรือพื้นที่นอกทิศทางการไหลของดิน</w:t>
            </w:r>
          </w:p>
        </w:tc>
        <w:tc>
          <w:tcPr>
            <w:tcW w:w="0" w:type="auto"/>
            <w:hideMark/>
          </w:tcPr>
          <w:p w14:paraId="4A8119BD" w14:textId="77777777" w:rsidR="004E3893" w:rsidRPr="004E3893" w:rsidRDefault="004E3893" w:rsidP="004E3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ครูและนักเรียนทุกคน</w:t>
            </w:r>
          </w:p>
        </w:tc>
      </w:tr>
      <w:tr w:rsidR="004E3893" w:rsidRPr="004E3893" w14:paraId="37301F13" w14:textId="77777777" w:rsidTr="004E3893">
        <w:tc>
          <w:tcPr>
            <w:tcW w:w="0" w:type="auto"/>
            <w:hideMark/>
          </w:tcPr>
          <w:p w14:paraId="0A074D57" w14:textId="77777777" w:rsidR="004E3893" w:rsidRPr="004E3893" w:rsidRDefault="004E3893" w:rsidP="004E38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จัดทำบัญชีรายชื่อ</w:t>
            </w:r>
          </w:p>
        </w:tc>
        <w:tc>
          <w:tcPr>
            <w:tcW w:w="0" w:type="auto"/>
            <w:hideMark/>
          </w:tcPr>
          <w:p w14:paraId="552EC60A" w14:textId="77777777" w:rsidR="004E3893" w:rsidRPr="004E3893" w:rsidRDefault="004E3893" w:rsidP="004E3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เตรียมข้อมูลนักเรียนและเบอร์ติดต่อผู้ปกครองให้เป็นปัจจุบันและหยิบฉวยง่าย</w:t>
            </w:r>
          </w:p>
        </w:tc>
        <w:tc>
          <w:tcPr>
            <w:tcW w:w="0" w:type="auto"/>
            <w:hideMark/>
          </w:tcPr>
          <w:p w14:paraId="7E7059C0" w14:textId="77777777" w:rsidR="004E3893" w:rsidRPr="004E3893" w:rsidRDefault="004E3893" w:rsidP="004E3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</w:tc>
      </w:tr>
    </w:tbl>
    <w:p w14:paraId="5BC5B8E1" w14:textId="77777777" w:rsidR="000E72F9" w:rsidRPr="004E3893" w:rsidRDefault="000E72F9" w:rsidP="004E3893">
      <w:pPr>
        <w:pStyle w:val="4"/>
        <w:spacing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38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97"/>
        <w:gridCol w:w="5128"/>
        <w:gridCol w:w="2240"/>
      </w:tblGrid>
      <w:tr w:rsidR="004E3893" w:rsidRPr="004E3893" w14:paraId="42264885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2F1313DA" w14:textId="77777777" w:rsidR="004E3893" w:rsidRPr="004E3893" w:rsidRDefault="004E3893" w:rsidP="004E3893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09ED50EA" w14:textId="77777777" w:rsidR="004E3893" w:rsidRPr="004E3893" w:rsidRDefault="004E3893" w:rsidP="004E3893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7045D5C1" w14:textId="77777777" w:rsidR="004E3893" w:rsidRPr="004E3893" w:rsidRDefault="004E3893" w:rsidP="004E3893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4E3893" w:rsidRPr="004E3893" w14:paraId="1B27F1F0" w14:textId="77777777" w:rsidTr="004E3893">
        <w:tc>
          <w:tcPr>
            <w:tcW w:w="0" w:type="auto"/>
            <w:hideMark/>
          </w:tcPr>
          <w:p w14:paraId="174A926C" w14:textId="77777777" w:rsidR="004E3893" w:rsidRPr="004E3893" w:rsidRDefault="004E3893" w:rsidP="004E38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การแจ้งเหตุ/ส่งสัญญาณ</w:t>
            </w:r>
          </w:p>
        </w:tc>
        <w:tc>
          <w:tcPr>
            <w:tcW w:w="0" w:type="auto"/>
            <w:hideMark/>
          </w:tcPr>
          <w:p w14:paraId="22DFFD0C" w14:textId="77777777" w:rsidR="004E3893" w:rsidRPr="004E3893" w:rsidRDefault="004E3893" w:rsidP="004E3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ใช้เสียงสัญญาณที่ตกลงกันไว้ (เช่น นกหวีด</w:t>
            </w:r>
            <w:proofErr w:type="spellStart"/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ถี่ๆ</w:t>
            </w:r>
            <w:proofErr w:type="spellEnd"/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) เพื่อสั่งอพยพทันที</w:t>
            </w:r>
          </w:p>
        </w:tc>
        <w:tc>
          <w:tcPr>
            <w:tcW w:w="0" w:type="auto"/>
            <w:hideMark/>
          </w:tcPr>
          <w:p w14:paraId="05FB779A" w14:textId="77777777" w:rsidR="004E3893" w:rsidRPr="004E3893" w:rsidRDefault="004E3893" w:rsidP="004E3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ผู้อำนวยการ/หัวหน้าเวร</w:t>
            </w:r>
          </w:p>
        </w:tc>
      </w:tr>
      <w:tr w:rsidR="004E3893" w:rsidRPr="004E3893" w14:paraId="563EA7B1" w14:textId="77777777" w:rsidTr="004E3893">
        <w:tc>
          <w:tcPr>
            <w:tcW w:w="0" w:type="auto"/>
            <w:hideMark/>
          </w:tcPr>
          <w:p w14:paraId="6679575B" w14:textId="77777777" w:rsidR="004E3893" w:rsidRPr="004E3893" w:rsidRDefault="004E3893" w:rsidP="004E38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การอพยพ (</w:t>
            </w:r>
            <w:r w:rsidRPr="004E3893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Evacuate)</w:t>
            </w:r>
          </w:p>
        </w:tc>
        <w:tc>
          <w:tcPr>
            <w:tcW w:w="0" w:type="auto"/>
            <w:hideMark/>
          </w:tcPr>
          <w:p w14:paraId="58192FB9" w14:textId="77777777" w:rsidR="004E3893" w:rsidRPr="004E3893" w:rsidRDefault="004E3893" w:rsidP="004E3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นำนักเรียนอพยพไปตามเส้นทางที่กำหนด</w:t>
            </w:r>
            <w:r w:rsidRPr="004E3893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4E3893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"</w:t>
            </w:r>
            <w:r w:rsidRPr="004E38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ห้ามใช้เส้นทางที่เป็นทางน้ำไหล"</w:t>
            </w:r>
          </w:p>
        </w:tc>
        <w:tc>
          <w:tcPr>
            <w:tcW w:w="0" w:type="auto"/>
            <w:hideMark/>
          </w:tcPr>
          <w:p w14:paraId="5948BB1A" w14:textId="77777777" w:rsidR="004E3893" w:rsidRPr="004E3893" w:rsidRDefault="004E3893" w:rsidP="004E3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ครูประจำวิชา/ชั้น</w:t>
            </w:r>
          </w:p>
        </w:tc>
      </w:tr>
      <w:tr w:rsidR="004E3893" w:rsidRPr="004E3893" w14:paraId="3FF5EED3" w14:textId="77777777" w:rsidTr="004E3893">
        <w:tc>
          <w:tcPr>
            <w:tcW w:w="0" w:type="auto"/>
            <w:hideMark/>
          </w:tcPr>
          <w:p w14:paraId="3CB40393" w14:textId="77777777" w:rsidR="004E3893" w:rsidRPr="004E3893" w:rsidRDefault="004E3893" w:rsidP="004E38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การป้องกันตัวเฉพาะหน้า</w:t>
            </w:r>
          </w:p>
        </w:tc>
        <w:tc>
          <w:tcPr>
            <w:tcW w:w="0" w:type="auto"/>
            <w:hideMark/>
          </w:tcPr>
          <w:p w14:paraId="60F9E2CF" w14:textId="77777777" w:rsidR="004E3893" w:rsidRPr="004E3893" w:rsidRDefault="004E3893" w:rsidP="004E3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หากหนีไม่พ้น ให้ม้วนตัวเป็นก้อนกลม (</w:t>
            </w:r>
            <w:r w:rsidRPr="004E3893">
              <w:rPr>
                <w:rFonts w:ascii="TH SarabunPSK" w:hAnsi="TH SarabunPSK" w:cs="TH SarabunPSK" w:hint="cs"/>
                <w:sz w:val="32"/>
                <w:szCs w:val="32"/>
              </w:rPr>
              <w:t xml:space="preserve">Ball position) </w:t>
            </w: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เพื่อป้องกันศีรษะ</w:t>
            </w:r>
          </w:p>
        </w:tc>
        <w:tc>
          <w:tcPr>
            <w:tcW w:w="0" w:type="auto"/>
            <w:hideMark/>
          </w:tcPr>
          <w:p w14:paraId="6D7F192E" w14:textId="77777777" w:rsidR="004E3893" w:rsidRPr="004E3893" w:rsidRDefault="004E3893" w:rsidP="004E3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ครูและนักเรียน</w:t>
            </w:r>
          </w:p>
        </w:tc>
      </w:tr>
      <w:tr w:rsidR="004E3893" w:rsidRPr="004E3893" w14:paraId="20424A68" w14:textId="77777777" w:rsidTr="004E3893">
        <w:tc>
          <w:tcPr>
            <w:tcW w:w="0" w:type="auto"/>
            <w:hideMark/>
          </w:tcPr>
          <w:p w14:paraId="58D7EAE5" w14:textId="77777777" w:rsidR="004E3893" w:rsidRPr="004E3893" w:rsidRDefault="004E3893" w:rsidP="004E38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เช็คยอดนักเรียน</w:t>
            </w:r>
          </w:p>
        </w:tc>
        <w:tc>
          <w:tcPr>
            <w:tcW w:w="0" w:type="auto"/>
            <w:hideMark/>
          </w:tcPr>
          <w:p w14:paraId="6E5B2FA7" w14:textId="77777777" w:rsidR="004E3893" w:rsidRPr="004E3893" w:rsidRDefault="004E3893" w:rsidP="004E3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เมื่อถึงจุดรวมพลที่ปลอดภัย ให้ทำการเช็คชื่อทันทีเพื่อระบุตัวผู้สูญหาย</w:t>
            </w:r>
          </w:p>
        </w:tc>
        <w:tc>
          <w:tcPr>
            <w:tcW w:w="0" w:type="auto"/>
            <w:hideMark/>
          </w:tcPr>
          <w:p w14:paraId="3B3FF90D" w14:textId="77777777" w:rsidR="004E3893" w:rsidRPr="004E3893" w:rsidRDefault="004E3893" w:rsidP="004E3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</w:tc>
      </w:tr>
    </w:tbl>
    <w:p w14:paraId="2E2EA445" w14:textId="77777777" w:rsidR="000E72F9" w:rsidRPr="004E3893" w:rsidRDefault="000E72F9" w:rsidP="004E3893">
      <w:pPr>
        <w:pStyle w:val="4"/>
        <w:spacing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38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23"/>
        <w:gridCol w:w="5686"/>
        <w:gridCol w:w="1956"/>
      </w:tblGrid>
      <w:tr w:rsidR="004E3893" w:rsidRPr="004E3893" w14:paraId="1EAC0479" w14:textId="77777777" w:rsidTr="008248DB">
        <w:trPr>
          <w:trHeight w:val="245"/>
        </w:trPr>
        <w:tc>
          <w:tcPr>
            <w:tcW w:w="1794" w:type="dxa"/>
            <w:shd w:val="clear" w:color="auto" w:fill="C5E0B3" w:themeFill="accent6" w:themeFillTint="66"/>
          </w:tcPr>
          <w:p w14:paraId="35C785EF" w14:textId="77777777" w:rsidR="004E3893" w:rsidRPr="004E3893" w:rsidRDefault="004E3893" w:rsidP="004E3893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508" w:type="dxa"/>
            <w:shd w:val="clear" w:color="auto" w:fill="C5E0B3" w:themeFill="accent6" w:themeFillTint="66"/>
          </w:tcPr>
          <w:p w14:paraId="4269F2AC" w14:textId="77777777" w:rsidR="004E3893" w:rsidRPr="004E3893" w:rsidRDefault="004E3893" w:rsidP="004E3893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163" w:type="dxa"/>
            <w:shd w:val="clear" w:color="auto" w:fill="C5E0B3" w:themeFill="accent6" w:themeFillTint="66"/>
          </w:tcPr>
          <w:p w14:paraId="758F89F2" w14:textId="77777777" w:rsidR="004E3893" w:rsidRPr="004E3893" w:rsidRDefault="004E3893" w:rsidP="004E3893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4E3893" w:rsidRPr="004E3893" w14:paraId="30D14227" w14:textId="77777777" w:rsidTr="004E3893">
        <w:tc>
          <w:tcPr>
            <w:tcW w:w="0" w:type="auto"/>
            <w:hideMark/>
          </w:tcPr>
          <w:p w14:paraId="726ED38A" w14:textId="77777777" w:rsidR="004E3893" w:rsidRPr="004E3893" w:rsidRDefault="004E3893" w:rsidP="004E38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การประสานกู้ภัย</w:t>
            </w:r>
          </w:p>
        </w:tc>
        <w:tc>
          <w:tcPr>
            <w:tcW w:w="0" w:type="auto"/>
            <w:hideMark/>
          </w:tcPr>
          <w:p w14:paraId="20B641A2" w14:textId="77777777" w:rsidR="004E3893" w:rsidRPr="004E3893" w:rsidRDefault="004E3893" w:rsidP="004E3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แจ้งหน่วยงาน ปภ. หรือกู้ภัย หากมีผู้ติดค้างหรือสูญหายใต้ซากดิน</w:t>
            </w:r>
          </w:p>
        </w:tc>
        <w:tc>
          <w:tcPr>
            <w:tcW w:w="0" w:type="auto"/>
            <w:hideMark/>
          </w:tcPr>
          <w:p w14:paraId="0B0097EE" w14:textId="77777777" w:rsidR="004E3893" w:rsidRPr="004E3893" w:rsidRDefault="004E3893" w:rsidP="004E3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ผู้อำนวยการโรงเรียน</w:t>
            </w:r>
          </w:p>
        </w:tc>
      </w:tr>
      <w:tr w:rsidR="004E3893" w:rsidRPr="004E3893" w14:paraId="6E53D505" w14:textId="77777777" w:rsidTr="004E3893">
        <w:tc>
          <w:tcPr>
            <w:tcW w:w="0" w:type="auto"/>
            <w:hideMark/>
          </w:tcPr>
          <w:p w14:paraId="66E3B0F3" w14:textId="77777777" w:rsidR="004E3893" w:rsidRPr="004E3893" w:rsidRDefault="004E3893" w:rsidP="004E38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ประเมินความปลอดภัย</w:t>
            </w:r>
          </w:p>
        </w:tc>
        <w:tc>
          <w:tcPr>
            <w:tcW w:w="0" w:type="auto"/>
            <w:hideMark/>
          </w:tcPr>
          <w:p w14:paraId="480851DD" w14:textId="77777777" w:rsidR="004E3893" w:rsidRPr="004E3893" w:rsidRDefault="004E3893" w:rsidP="004E3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ห้ามกลับเข้าอาคารจนกว่าเจ้าหน้าที่ธรณีวิทยาจะยืนยันว่าดินหยุดการเคลื่อนตัว</w:t>
            </w:r>
          </w:p>
        </w:tc>
        <w:tc>
          <w:tcPr>
            <w:tcW w:w="0" w:type="auto"/>
            <w:hideMark/>
          </w:tcPr>
          <w:p w14:paraId="0239613B" w14:textId="77777777" w:rsidR="004E3893" w:rsidRPr="004E3893" w:rsidRDefault="004E3893" w:rsidP="004E3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ฝ่ายอาคารสถานที่</w:t>
            </w:r>
          </w:p>
        </w:tc>
      </w:tr>
      <w:tr w:rsidR="004E3893" w:rsidRPr="004E3893" w14:paraId="782D78ED" w14:textId="77777777" w:rsidTr="004E3893">
        <w:tc>
          <w:tcPr>
            <w:tcW w:w="0" w:type="auto"/>
            <w:hideMark/>
          </w:tcPr>
          <w:p w14:paraId="212010B0" w14:textId="77777777" w:rsidR="004E3893" w:rsidRPr="004E3893" w:rsidRDefault="004E3893" w:rsidP="004E38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ปฐมพยาบาล/เยียวยา</w:t>
            </w:r>
          </w:p>
        </w:tc>
        <w:tc>
          <w:tcPr>
            <w:tcW w:w="0" w:type="auto"/>
            <w:hideMark/>
          </w:tcPr>
          <w:p w14:paraId="662D01AF" w14:textId="77777777" w:rsidR="004E3893" w:rsidRPr="004E3893" w:rsidRDefault="004E3893" w:rsidP="004E3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ดูแลบาดแผลและประเมินภาวะช็อกหรือความหวาดกลัวของนักเรียน</w:t>
            </w:r>
          </w:p>
        </w:tc>
        <w:tc>
          <w:tcPr>
            <w:tcW w:w="0" w:type="auto"/>
            <w:hideMark/>
          </w:tcPr>
          <w:p w14:paraId="67A676EE" w14:textId="77777777" w:rsidR="004E3893" w:rsidRPr="004E3893" w:rsidRDefault="004E3893" w:rsidP="004E3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ครูพยาบาล/ครูแนะแนว</w:t>
            </w:r>
          </w:p>
        </w:tc>
      </w:tr>
      <w:tr w:rsidR="004E3893" w:rsidRPr="004E3893" w14:paraId="79CC9BFF" w14:textId="77777777" w:rsidTr="004E3893">
        <w:tc>
          <w:tcPr>
            <w:tcW w:w="0" w:type="auto"/>
            <w:hideMark/>
          </w:tcPr>
          <w:p w14:paraId="03850E98" w14:textId="77777777" w:rsidR="004E3893" w:rsidRPr="004E3893" w:rsidRDefault="004E3893" w:rsidP="004E38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สรุปบทเรียน</w:t>
            </w:r>
          </w:p>
        </w:tc>
        <w:tc>
          <w:tcPr>
            <w:tcW w:w="0" w:type="auto"/>
            <w:hideMark/>
          </w:tcPr>
          <w:p w14:paraId="228D7F50" w14:textId="77777777" w:rsidR="004E3893" w:rsidRPr="004E3893" w:rsidRDefault="004E3893" w:rsidP="004E3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บันทึกความเสียหายและสาเหตุเพื่อปรับปรุงมาตรการป้องกันดินถล่ม (เช่น การปลูกหญ้าแฝก)</w:t>
            </w:r>
          </w:p>
        </w:tc>
        <w:tc>
          <w:tcPr>
            <w:tcW w:w="0" w:type="auto"/>
            <w:hideMark/>
          </w:tcPr>
          <w:p w14:paraId="2959EC57" w14:textId="77777777" w:rsidR="004E3893" w:rsidRPr="004E3893" w:rsidRDefault="004E3893" w:rsidP="004E3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3893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คณะกรรมการโรงเรียน</w:t>
            </w:r>
          </w:p>
        </w:tc>
      </w:tr>
    </w:tbl>
    <w:p w14:paraId="73A0B121" w14:textId="77777777" w:rsidR="004E3893" w:rsidRPr="007339B2" w:rsidRDefault="004E3893" w:rsidP="004E3893">
      <w:pPr>
        <w:pStyle w:val="2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7339B2">
        <w:rPr>
          <w:rFonts w:ascii="TH SarabunPSK" w:hAnsi="TH SarabunPSK" w:cs="TH SarabunPSK" w:hint="cs"/>
          <w:sz w:val="32"/>
          <w:szCs w:val="32"/>
          <w:cs/>
        </w:rPr>
        <w:t>๓</w:t>
      </w:r>
      <w:r w:rsidRPr="007339B2">
        <w:rPr>
          <w:rFonts w:ascii="TH SarabunPSK" w:hAnsi="TH SarabunPSK" w:cs="TH SarabunPSK" w:hint="cs"/>
          <w:sz w:val="32"/>
          <w:szCs w:val="32"/>
        </w:rPr>
        <w:t xml:space="preserve">. </w:t>
      </w:r>
      <w:r w:rsidRPr="007339B2">
        <w:rPr>
          <w:rFonts w:ascii="TH SarabunPSK" w:hAnsi="TH SarabunPSK" w:cs="TH SarabunPSK" w:hint="cs"/>
          <w:sz w:val="32"/>
          <w:szCs w:val="32"/>
          <w:cs/>
        </w:rPr>
        <w:t>ระยะเวลาดำเนินการ</w:t>
      </w:r>
    </w:p>
    <w:p w14:paraId="7BAACDD4" w14:textId="55526B05" w:rsidR="008248DB" w:rsidRDefault="008248DB" w:rsidP="008248DB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11AB572D" w14:textId="77777777" w:rsidR="004E3893" w:rsidRPr="000C465C" w:rsidRDefault="004E3893" w:rsidP="004E3893">
      <w:pPr>
        <w:rPr>
          <w:rFonts w:ascii="TH SarabunPSK" w:hAnsi="TH SarabunPSK" w:cs="TH SarabunPSK"/>
          <w:sz w:val="32"/>
          <w:szCs w:val="32"/>
        </w:rPr>
      </w:pPr>
      <w:r w:rsidRPr="000C465C">
        <w:rPr>
          <w:rStyle w:val="ad"/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346BBA99" w14:textId="77777777" w:rsidR="00413068" w:rsidRPr="00AC7BFD" w:rsidRDefault="00413068" w:rsidP="0041306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A046080" w14:textId="77777777" w:rsidR="004E3893" w:rsidRPr="000C465C" w:rsidRDefault="004E3893" w:rsidP="004E3893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0C465C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๕. ผู้บัญชาการเหตุการณ์</w:t>
      </w:r>
    </w:p>
    <w:p w14:paraId="7241A1F7" w14:textId="77777777" w:rsidR="001B03E7" w:rsidRDefault="001B03E7" w:rsidP="001B03E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495334CC" w14:textId="77777777" w:rsidR="000E72F9" w:rsidRPr="00A642A2" w:rsidRDefault="000E72F9" w:rsidP="000E72F9">
      <w:pPr>
        <w:pStyle w:val="31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16C2F5FC" wp14:editId="3815C559">
                <wp:simplePos x="0" y="0"/>
                <wp:positionH relativeFrom="column">
                  <wp:posOffset>1781516</wp:posOffset>
                </wp:positionH>
                <wp:positionV relativeFrom="paragraph">
                  <wp:posOffset>0</wp:posOffset>
                </wp:positionV>
                <wp:extent cx="2505710" cy="271780"/>
                <wp:effectExtent l="0" t="0" r="8890" b="7620"/>
                <wp:wrapNone/>
                <wp:docPr id="465531989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2456E5B" id="สี่เหลี่ยมผืนผ้ามุมมน 2" o:spid="_x0000_s1026" style="position:absolute;margin-left:140.3pt;margin-top:0;width:197.3pt;height:21.4pt;z-index:-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Pr="00A642A2">
        <w:rPr>
          <w:rStyle w:val="ad"/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ประเภทภัย น้ำท่วม</w:t>
      </w:r>
    </w:p>
    <w:p w14:paraId="181D5F16" w14:textId="77777777" w:rsidR="000E72F9" w:rsidRPr="004E3893" w:rsidRDefault="000E72F9" w:rsidP="004E3893">
      <w:pPr>
        <w:pStyle w:val="31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38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๑. วัตถุประสงค์</w:t>
      </w:r>
    </w:p>
    <w:p w14:paraId="4DFC1156" w14:textId="7CD7D7CD" w:rsidR="004E3893" w:rsidRPr="004E3893" w:rsidRDefault="004E3893" w:rsidP="003E4827">
      <w:pPr>
        <w:pStyle w:val="af1"/>
        <w:numPr>
          <w:ilvl w:val="0"/>
          <w:numId w:val="27"/>
        </w:numPr>
        <w:rPr>
          <w:rFonts w:cs="TH SarabunPSK"/>
          <w:szCs w:val="32"/>
        </w:rPr>
      </w:pPr>
      <w:r w:rsidRPr="004E3893">
        <w:rPr>
          <w:rFonts w:cs="TH SarabunPSK" w:hint="cs"/>
          <w:szCs w:val="32"/>
          <w:cs/>
          <w:lang w:bidi="th-TH"/>
        </w:rPr>
        <w:t>เพื่อป้องกันอันตรายจากระดับน้ำที่เพิ่มสูงขึ้น รวมถึงอันตรายแฝง เช่น ไฟฟ้าดูด หรือสัตว์มีพิษ</w:t>
      </w:r>
    </w:p>
    <w:p w14:paraId="5A31E762" w14:textId="2046B4D1" w:rsidR="004E3893" w:rsidRPr="004E3893" w:rsidRDefault="004E3893" w:rsidP="003E4827">
      <w:pPr>
        <w:pStyle w:val="af1"/>
        <w:numPr>
          <w:ilvl w:val="0"/>
          <w:numId w:val="27"/>
        </w:numPr>
        <w:rPr>
          <w:rFonts w:cs="TH SarabunPSK"/>
          <w:szCs w:val="32"/>
        </w:rPr>
      </w:pPr>
      <w:r w:rsidRPr="004E3893">
        <w:rPr>
          <w:rFonts w:cs="TH SarabunPSK" w:hint="cs"/>
          <w:szCs w:val="32"/>
          <w:cs/>
          <w:lang w:bidi="th-TH"/>
        </w:rPr>
        <w:t>เพื่อรักษาความปลอดภัยของนักเรียนและบุคลากรในระหว่างที่รอการระบายน้ำหรือการเคลื่อนย้าย</w:t>
      </w:r>
    </w:p>
    <w:p w14:paraId="47867DF5" w14:textId="0EAD437D" w:rsidR="004E3893" w:rsidRPr="004E3893" w:rsidRDefault="004E3893" w:rsidP="003E4827">
      <w:pPr>
        <w:pStyle w:val="af1"/>
        <w:numPr>
          <w:ilvl w:val="0"/>
          <w:numId w:val="27"/>
        </w:numPr>
        <w:rPr>
          <w:rFonts w:cs="TH SarabunPSK"/>
          <w:szCs w:val="32"/>
        </w:rPr>
      </w:pPr>
      <w:r w:rsidRPr="004E3893">
        <w:rPr>
          <w:rFonts w:cs="TH SarabunPSK" w:hint="cs"/>
          <w:szCs w:val="32"/>
          <w:cs/>
          <w:lang w:bidi="th-TH"/>
        </w:rPr>
        <w:t>เพื่อลดความเสียหายของสื่อการเรียนการสอนและครุภัณฑ์สำคัญของโรงเรียน</w:t>
      </w:r>
    </w:p>
    <w:p w14:paraId="51BB4794" w14:textId="77777777" w:rsidR="000E72F9" w:rsidRPr="004E3893" w:rsidRDefault="000E72F9" w:rsidP="004E3893">
      <w:pPr>
        <w:pStyle w:val="31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38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18B5EC4F" w14:textId="77777777" w:rsidR="000E72F9" w:rsidRDefault="000E72F9" w:rsidP="004E3893">
      <w:pPr>
        <w:pStyle w:val="4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38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๒.๑ การเตรียมการเกิดเหตุ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52"/>
        <w:gridCol w:w="5417"/>
        <w:gridCol w:w="2196"/>
      </w:tblGrid>
      <w:tr w:rsidR="004E3893" w:rsidRPr="000C58F2" w14:paraId="416D86A7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56ACBEAE" w14:textId="77777777" w:rsidR="004E3893" w:rsidRPr="000C58F2" w:rsidRDefault="004E3893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3C1C0688" w14:textId="77777777" w:rsidR="004E3893" w:rsidRPr="000C58F2" w:rsidRDefault="004E3893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1A3369C6" w14:textId="77777777" w:rsidR="004E3893" w:rsidRPr="000C58F2" w:rsidRDefault="004E3893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DD5678" w:rsidRPr="00DD5678" w14:paraId="23D034F7" w14:textId="77777777" w:rsidTr="00DD5678">
        <w:tc>
          <w:tcPr>
            <w:tcW w:w="0" w:type="auto"/>
            <w:hideMark/>
          </w:tcPr>
          <w:p w14:paraId="5E373DDB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ติดตั้งปลั๊กไฟที่สูง</w:t>
            </w:r>
          </w:p>
        </w:tc>
        <w:tc>
          <w:tcPr>
            <w:tcW w:w="0" w:type="auto"/>
            <w:hideMark/>
          </w:tcPr>
          <w:p w14:paraId="084CF54B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ย้ายจุดปลั๊กไฟฟ้าและตู้ควบคุมไฟขึ้นที่สูง (ไม่น้อยกว่า </w:t>
            </w:r>
            <w:r w:rsidRPr="00DD5678">
              <w:rPr>
                <w:rFonts w:ascii="TH SarabunPSK" w:hAnsi="TH SarabunPSK" w:cs="TH SarabunPSK" w:hint="cs"/>
                <w:sz w:val="32"/>
                <w:szCs w:val="32"/>
              </w:rPr>
              <w:t xml:space="preserve">1.5 </w:t>
            </w: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เมตรจากพื้น)</w:t>
            </w:r>
          </w:p>
        </w:tc>
        <w:tc>
          <w:tcPr>
            <w:tcW w:w="0" w:type="auto"/>
            <w:hideMark/>
          </w:tcPr>
          <w:p w14:paraId="0B6B05F5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ฝ่ายอาคารสถานที่</w:t>
            </w:r>
          </w:p>
        </w:tc>
      </w:tr>
      <w:tr w:rsidR="00DD5678" w:rsidRPr="00DD5678" w14:paraId="197A2A17" w14:textId="77777777" w:rsidTr="00DD5678">
        <w:tc>
          <w:tcPr>
            <w:tcW w:w="0" w:type="auto"/>
            <w:hideMark/>
          </w:tcPr>
          <w:p w14:paraId="058C9A9C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เตรียมฐานข้อมูล</w:t>
            </w:r>
          </w:p>
        </w:tc>
        <w:tc>
          <w:tcPr>
            <w:tcW w:w="0" w:type="auto"/>
            <w:hideMark/>
          </w:tcPr>
          <w:p w14:paraId="7E1412F5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จัดทำบัญชีรายชื่อนักเรียนแยกตามพื้นที่อาศัยเพื่อประเมินความเสี่ยงในการเดินทาง</w:t>
            </w:r>
          </w:p>
        </w:tc>
        <w:tc>
          <w:tcPr>
            <w:tcW w:w="0" w:type="auto"/>
            <w:hideMark/>
          </w:tcPr>
          <w:p w14:paraId="63283B5C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</w:tc>
      </w:tr>
      <w:tr w:rsidR="00DD5678" w:rsidRPr="00DD5678" w14:paraId="7804939B" w14:textId="77777777" w:rsidTr="00DD5678">
        <w:tc>
          <w:tcPr>
            <w:tcW w:w="0" w:type="auto"/>
            <w:hideMark/>
          </w:tcPr>
          <w:p w14:paraId="7EAD7CE2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ทำความสะอาดทางน้ำ</w:t>
            </w:r>
          </w:p>
        </w:tc>
        <w:tc>
          <w:tcPr>
            <w:tcW w:w="0" w:type="auto"/>
            <w:hideMark/>
          </w:tcPr>
          <w:p w14:paraId="609CE3B5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ลอกท่อระบายน้ำและกำจัดเศษขยะรอบโรงเรียนเพื่อช่วยในการระบายน้ำ</w:t>
            </w:r>
          </w:p>
        </w:tc>
        <w:tc>
          <w:tcPr>
            <w:tcW w:w="0" w:type="auto"/>
            <w:hideMark/>
          </w:tcPr>
          <w:p w14:paraId="7DD88F76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นักการภารโรง</w:t>
            </w:r>
          </w:p>
        </w:tc>
      </w:tr>
      <w:tr w:rsidR="00DD5678" w:rsidRPr="00DD5678" w14:paraId="6A2E8979" w14:textId="77777777" w:rsidTr="00DD5678">
        <w:tc>
          <w:tcPr>
            <w:tcW w:w="0" w:type="auto"/>
            <w:hideMark/>
          </w:tcPr>
          <w:p w14:paraId="629F9752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แผนสำรองการสอน</w:t>
            </w:r>
          </w:p>
        </w:tc>
        <w:tc>
          <w:tcPr>
            <w:tcW w:w="0" w:type="auto"/>
            <w:hideMark/>
          </w:tcPr>
          <w:p w14:paraId="1F7D01ED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เตรียมแผนการเรียนการสอนแบบออนไลน์ (</w:t>
            </w:r>
            <w:r w:rsidRPr="00DD5678">
              <w:rPr>
                <w:rFonts w:ascii="TH SarabunPSK" w:hAnsi="TH SarabunPSK" w:cs="TH SarabunPSK" w:hint="cs"/>
                <w:sz w:val="32"/>
                <w:szCs w:val="32"/>
              </w:rPr>
              <w:t xml:space="preserve">Online) </w:t>
            </w: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กรณีต้องสั่งปิดโรงเรียนชั่วคราว</w:t>
            </w:r>
          </w:p>
        </w:tc>
        <w:tc>
          <w:tcPr>
            <w:tcW w:w="0" w:type="auto"/>
            <w:hideMark/>
          </w:tcPr>
          <w:p w14:paraId="19BFB279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ฝ่ายวิชาการ</w:t>
            </w:r>
          </w:p>
        </w:tc>
      </w:tr>
    </w:tbl>
    <w:p w14:paraId="4E353C81" w14:textId="77777777" w:rsidR="000E72F9" w:rsidRPr="00DD5678" w:rsidRDefault="000E72F9" w:rsidP="00DD5678">
      <w:pPr>
        <w:pStyle w:val="4"/>
        <w:spacing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D56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72"/>
        <w:gridCol w:w="4983"/>
        <w:gridCol w:w="2110"/>
      </w:tblGrid>
      <w:tr w:rsidR="004E3893" w:rsidRPr="00DD5678" w14:paraId="506BCC07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4F8F3EA9" w14:textId="77777777" w:rsidR="004E3893" w:rsidRPr="00DD5678" w:rsidRDefault="004E3893" w:rsidP="00DD567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4563ABAA" w14:textId="77777777" w:rsidR="004E3893" w:rsidRPr="00DD5678" w:rsidRDefault="004E3893" w:rsidP="00DD567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1BBD8388" w14:textId="77777777" w:rsidR="004E3893" w:rsidRPr="00DD5678" w:rsidRDefault="004E3893" w:rsidP="00DD567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DD5678" w:rsidRPr="00DD5678" w14:paraId="0484F365" w14:textId="77777777" w:rsidTr="00DD5678">
        <w:tc>
          <w:tcPr>
            <w:tcW w:w="0" w:type="auto"/>
            <w:hideMark/>
          </w:tcPr>
          <w:p w14:paraId="14BFD310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ตัดระบบไฟฟ้า</w:t>
            </w:r>
          </w:p>
        </w:tc>
        <w:tc>
          <w:tcPr>
            <w:tcW w:w="0" w:type="auto"/>
            <w:hideMark/>
          </w:tcPr>
          <w:p w14:paraId="1E10D1D3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สับ</w:t>
            </w:r>
            <w:proofErr w:type="spellStart"/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คัทเอาท์</w:t>
            </w:r>
            <w:proofErr w:type="spellEnd"/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ตัดไฟในจุดที่น้ำท่วมถึงทันทีเพื่อป้องกันไฟฟ้ารั่ว</w:t>
            </w:r>
          </w:p>
        </w:tc>
        <w:tc>
          <w:tcPr>
            <w:tcW w:w="0" w:type="auto"/>
            <w:hideMark/>
          </w:tcPr>
          <w:p w14:paraId="064E4A4C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นักการภารโรง / เวรยาม</w:t>
            </w:r>
          </w:p>
        </w:tc>
      </w:tr>
      <w:tr w:rsidR="00DD5678" w:rsidRPr="00DD5678" w14:paraId="171E737D" w14:textId="77777777" w:rsidTr="00DD5678">
        <w:tc>
          <w:tcPr>
            <w:tcW w:w="0" w:type="auto"/>
            <w:hideMark/>
          </w:tcPr>
          <w:p w14:paraId="7B7A1C7D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การเคลื่อนย้าย (</w:t>
            </w: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Vertical </w:t>
            </w:r>
            <w:proofErr w:type="spellStart"/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Evac</w:t>
            </w:r>
            <w:proofErr w:type="spellEnd"/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0" w:type="auto"/>
            <w:hideMark/>
          </w:tcPr>
          <w:p w14:paraId="16A3ED76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นำนักเรียนขึ้นสู่ชั้นบนของอาคาร หรืออพยพไปยังจุดที่น้ำท่วมไม่ถึง</w:t>
            </w:r>
          </w:p>
        </w:tc>
        <w:tc>
          <w:tcPr>
            <w:tcW w:w="0" w:type="auto"/>
            <w:hideMark/>
          </w:tcPr>
          <w:p w14:paraId="29D979B2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ครูประจำวิชา / ชั้น</w:t>
            </w:r>
          </w:p>
        </w:tc>
      </w:tr>
      <w:tr w:rsidR="00DD5678" w:rsidRPr="00DD5678" w14:paraId="474E0588" w14:textId="77777777" w:rsidTr="00DD5678">
        <w:tc>
          <w:tcPr>
            <w:tcW w:w="0" w:type="auto"/>
            <w:hideMark/>
          </w:tcPr>
          <w:p w14:paraId="06414360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ป้องกันสัตว์มีพิษ</w:t>
            </w:r>
          </w:p>
        </w:tc>
        <w:tc>
          <w:tcPr>
            <w:tcW w:w="0" w:type="auto"/>
            <w:hideMark/>
          </w:tcPr>
          <w:p w14:paraId="10C27FDC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ตรวจสอบบริเวณอาคารและจุดที่นักเรียนอยู่เพื่อเฝ้าระวังงูหรือแมลงมีพิษที่หนีน้ำมา</w:t>
            </w:r>
          </w:p>
        </w:tc>
        <w:tc>
          <w:tcPr>
            <w:tcW w:w="0" w:type="auto"/>
            <w:hideMark/>
          </w:tcPr>
          <w:p w14:paraId="10AFE76D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ครูและนักเรียน</w:t>
            </w:r>
          </w:p>
        </w:tc>
      </w:tr>
      <w:tr w:rsidR="00DD5678" w:rsidRPr="00DD5678" w14:paraId="10703C30" w14:textId="77777777" w:rsidTr="00DD5678">
        <w:tc>
          <w:tcPr>
            <w:tcW w:w="0" w:type="auto"/>
            <w:hideMark/>
          </w:tcPr>
          <w:p w14:paraId="17371072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ประสานการส่งกลับ</w:t>
            </w:r>
          </w:p>
        </w:tc>
        <w:tc>
          <w:tcPr>
            <w:tcW w:w="0" w:type="auto"/>
            <w:hideMark/>
          </w:tcPr>
          <w:p w14:paraId="367E9751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ประสานผู้ปกครองมารับนักเรียนกลับบ้านโดยเร็ว (กรณีน้ำยังไม่ท่วมสูงเกินไป)</w:t>
            </w:r>
          </w:p>
        </w:tc>
        <w:tc>
          <w:tcPr>
            <w:tcW w:w="0" w:type="auto"/>
            <w:hideMark/>
          </w:tcPr>
          <w:p w14:paraId="317FD738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</w:p>
        </w:tc>
      </w:tr>
    </w:tbl>
    <w:p w14:paraId="198075FA" w14:textId="77777777" w:rsidR="000E72F9" w:rsidRPr="00DD5678" w:rsidRDefault="000E72F9" w:rsidP="00DD5678">
      <w:pPr>
        <w:pStyle w:val="4"/>
        <w:spacing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D56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03"/>
        <w:gridCol w:w="5253"/>
        <w:gridCol w:w="1809"/>
      </w:tblGrid>
      <w:tr w:rsidR="004E3893" w:rsidRPr="00DD5678" w14:paraId="5314E472" w14:textId="77777777" w:rsidTr="008248DB">
        <w:trPr>
          <w:trHeight w:val="245"/>
        </w:trPr>
        <w:tc>
          <w:tcPr>
            <w:tcW w:w="2338" w:type="dxa"/>
            <w:shd w:val="clear" w:color="auto" w:fill="C5E0B3" w:themeFill="accent6" w:themeFillTint="66"/>
          </w:tcPr>
          <w:p w14:paraId="331A4CEB" w14:textId="77777777" w:rsidR="004E3893" w:rsidRPr="00DD5678" w:rsidRDefault="004E3893" w:rsidP="00DD567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042" w:type="dxa"/>
            <w:shd w:val="clear" w:color="auto" w:fill="C5E0B3" w:themeFill="accent6" w:themeFillTint="66"/>
          </w:tcPr>
          <w:p w14:paraId="1305AFD6" w14:textId="77777777" w:rsidR="004E3893" w:rsidRPr="00DD5678" w:rsidRDefault="004E3893" w:rsidP="00DD567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085" w:type="dxa"/>
            <w:shd w:val="clear" w:color="auto" w:fill="C5E0B3" w:themeFill="accent6" w:themeFillTint="66"/>
          </w:tcPr>
          <w:p w14:paraId="5C375DC3" w14:textId="77777777" w:rsidR="004E3893" w:rsidRPr="00DD5678" w:rsidRDefault="004E3893" w:rsidP="00DD567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DD5678" w:rsidRPr="00DD5678" w14:paraId="5A6D266C" w14:textId="77777777" w:rsidTr="00DD5678">
        <w:tc>
          <w:tcPr>
            <w:tcW w:w="0" w:type="auto"/>
            <w:hideMark/>
          </w:tcPr>
          <w:p w14:paraId="0691DD52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ตรวจสอบโครงสร้าง/ไฟ</w:t>
            </w:r>
          </w:p>
        </w:tc>
        <w:tc>
          <w:tcPr>
            <w:tcW w:w="0" w:type="auto"/>
            <w:hideMark/>
          </w:tcPr>
          <w:p w14:paraId="24E44D03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ให้ช่างตรวจสอบระบบไฟฟ้าและโครงสร้างอาคารก่อนอนุญาตให้นักเรียนเข้าเรียน</w:t>
            </w:r>
          </w:p>
        </w:tc>
        <w:tc>
          <w:tcPr>
            <w:tcW w:w="0" w:type="auto"/>
            <w:hideMark/>
          </w:tcPr>
          <w:p w14:paraId="656B24BC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ฝ่ายอาคารสถานที่</w:t>
            </w:r>
          </w:p>
        </w:tc>
      </w:tr>
      <w:tr w:rsidR="00DD5678" w:rsidRPr="00DD5678" w14:paraId="35D4B2CA" w14:textId="77777777" w:rsidTr="00DD5678">
        <w:tc>
          <w:tcPr>
            <w:tcW w:w="0" w:type="auto"/>
            <w:hideMark/>
          </w:tcPr>
          <w:p w14:paraId="2867ED2E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ทำความสะอาด (</w:t>
            </w: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Big Cleaning)</w:t>
            </w:r>
          </w:p>
        </w:tc>
        <w:tc>
          <w:tcPr>
            <w:tcW w:w="0" w:type="auto"/>
            <w:hideMark/>
          </w:tcPr>
          <w:p w14:paraId="3602BF6D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ขจัดคราบดินโคลนและพ่นน้ำยาฆ่าเชื้อเพื่อป้องกันโรคระบาด (เช่น น้ำกัดเท้า</w:t>
            </w:r>
            <w:r w:rsidRPr="00DD5678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ตาแดง)</w:t>
            </w:r>
          </w:p>
        </w:tc>
        <w:tc>
          <w:tcPr>
            <w:tcW w:w="0" w:type="auto"/>
            <w:hideMark/>
          </w:tcPr>
          <w:p w14:paraId="2276778A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บุคลากรทุกคน</w:t>
            </w:r>
          </w:p>
        </w:tc>
      </w:tr>
      <w:tr w:rsidR="00DD5678" w:rsidRPr="00DD5678" w14:paraId="4963F348" w14:textId="77777777" w:rsidTr="00DD5678">
        <w:tc>
          <w:tcPr>
            <w:tcW w:w="0" w:type="auto"/>
            <w:hideMark/>
          </w:tcPr>
          <w:p w14:paraId="3BDBB810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ประเมินความเสียหาย</w:t>
            </w:r>
          </w:p>
        </w:tc>
        <w:tc>
          <w:tcPr>
            <w:tcW w:w="0" w:type="auto"/>
            <w:hideMark/>
          </w:tcPr>
          <w:p w14:paraId="77311EFE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สรุปรายงานครุภัณฑ์ที่เสียหายเพื่อขอรับงบประมาณซ่อมแซมจากสังกัด</w:t>
            </w:r>
          </w:p>
        </w:tc>
        <w:tc>
          <w:tcPr>
            <w:tcW w:w="0" w:type="auto"/>
            <w:hideMark/>
          </w:tcPr>
          <w:p w14:paraId="327EE6AB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ฝ่ายพัสดุ / บริหาร</w:t>
            </w:r>
          </w:p>
        </w:tc>
      </w:tr>
      <w:tr w:rsidR="00DD5678" w:rsidRPr="00DD5678" w14:paraId="2E8A96B1" w14:textId="77777777" w:rsidTr="00DD5678">
        <w:tc>
          <w:tcPr>
            <w:tcW w:w="0" w:type="auto"/>
            <w:hideMark/>
          </w:tcPr>
          <w:p w14:paraId="1A78DDBC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เยียวยาจิตใจ/ทุน</w:t>
            </w:r>
          </w:p>
        </w:tc>
        <w:tc>
          <w:tcPr>
            <w:tcW w:w="0" w:type="auto"/>
            <w:hideMark/>
          </w:tcPr>
          <w:p w14:paraId="29DF4133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ให้ความช่วยเหลือนักเรียนที่บ้านถูกน้ำท่วมรุนแรงผ่านกองทุนสวัสดิการโรงเรียน</w:t>
            </w:r>
          </w:p>
        </w:tc>
        <w:tc>
          <w:tcPr>
            <w:tcW w:w="0" w:type="auto"/>
            <w:hideMark/>
          </w:tcPr>
          <w:p w14:paraId="74D51B70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งานแนะแนว</w:t>
            </w:r>
          </w:p>
        </w:tc>
      </w:tr>
    </w:tbl>
    <w:p w14:paraId="3AD4B45F" w14:textId="77777777" w:rsidR="00DD5678" w:rsidRPr="007339B2" w:rsidRDefault="00DD5678" w:rsidP="00DD5678">
      <w:pPr>
        <w:pStyle w:val="2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7339B2">
        <w:rPr>
          <w:rFonts w:ascii="TH SarabunPSK" w:hAnsi="TH SarabunPSK" w:cs="TH SarabunPSK" w:hint="cs"/>
          <w:sz w:val="32"/>
          <w:szCs w:val="32"/>
          <w:cs/>
        </w:rPr>
        <w:t>๓</w:t>
      </w:r>
      <w:r w:rsidRPr="007339B2">
        <w:rPr>
          <w:rFonts w:ascii="TH SarabunPSK" w:hAnsi="TH SarabunPSK" w:cs="TH SarabunPSK" w:hint="cs"/>
          <w:sz w:val="32"/>
          <w:szCs w:val="32"/>
        </w:rPr>
        <w:t xml:space="preserve">. </w:t>
      </w:r>
      <w:r w:rsidRPr="007339B2">
        <w:rPr>
          <w:rFonts w:ascii="TH SarabunPSK" w:hAnsi="TH SarabunPSK" w:cs="TH SarabunPSK" w:hint="cs"/>
          <w:sz w:val="32"/>
          <w:szCs w:val="32"/>
          <w:cs/>
        </w:rPr>
        <w:t>ระยะเวลาดำเนินการ</w:t>
      </w:r>
    </w:p>
    <w:p w14:paraId="5A3205E9" w14:textId="77777777" w:rsidR="008248DB" w:rsidRPr="00AC7BFD" w:rsidRDefault="00DD5678" w:rsidP="008248DB">
      <w:pPr>
        <w:ind w:firstLine="720"/>
        <w:rPr>
          <w:rFonts w:ascii="TH SarabunPSK" w:hAnsi="TH SarabunPSK" w:cs="TH SarabunPSK"/>
          <w:sz w:val="32"/>
          <w:szCs w:val="32"/>
        </w:rPr>
      </w:pPr>
      <w:r w:rsidRPr="007339B2">
        <w:rPr>
          <w:rFonts w:ascii="TH SarabunPSK" w:eastAsia="TH SarabunPSK" w:hAnsi="TH SarabunPSK" w:cs="TH SarabunPSK" w:hint="cs"/>
          <w:sz w:val="32"/>
          <w:szCs w:val="32"/>
          <w:cs/>
        </w:rPr>
        <w:t>ใ</w:t>
      </w:r>
      <w:r w:rsidR="008248DB"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 w:rsidR="008248DB">
        <w:rPr>
          <w:rFonts w:ascii="TH SarabunPSK" w:hAnsi="TH SarabunPSK" w:cs="TH SarabunPSK" w:hint="cs"/>
          <w:sz w:val="32"/>
          <w:szCs w:val="32"/>
          <w:cs/>
        </w:rPr>
        <w:t>๒๕๖๙</w:t>
      </w:r>
      <w:r w:rsidR="008248DB"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48DB"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="008248DB"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 w:rsidR="008248DB"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7DE42E55" w14:textId="77777777" w:rsidR="00DD5678" w:rsidRPr="000C465C" w:rsidRDefault="00DD5678" w:rsidP="00DD5678">
      <w:pPr>
        <w:rPr>
          <w:rFonts w:ascii="TH SarabunPSK" w:hAnsi="TH SarabunPSK" w:cs="TH SarabunPSK"/>
          <w:sz w:val="32"/>
          <w:szCs w:val="32"/>
        </w:rPr>
      </w:pPr>
      <w:r w:rsidRPr="000C465C">
        <w:rPr>
          <w:rStyle w:val="ad"/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7BB22CB0" w14:textId="77777777" w:rsidR="00413068" w:rsidRPr="00AC7BFD" w:rsidRDefault="00413068" w:rsidP="0041306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33A1988" w14:textId="77777777" w:rsidR="00DD5678" w:rsidRPr="000C465C" w:rsidRDefault="00DD5678" w:rsidP="00DD5678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0C465C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๕. ผู้บัญชาการเหตุการณ์</w:t>
      </w:r>
    </w:p>
    <w:p w14:paraId="185AD4B6" w14:textId="77777777" w:rsidR="001B03E7" w:rsidRDefault="001B03E7" w:rsidP="001B03E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40EE4E90" w14:textId="77777777" w:rsidR="000E72F9" w:rsidRPr="009C5905" w:rsidRDefault="000E72F9" w:rsidP="000E72F9">
      <w:pPr>
        <w:rPr>
          <w:rFonts w:ascii="TH SarabunPSK" w:hAnsi="TH SarabunPSK" w:cs="TH SarabunPSK"/>
          <w:color w:val="000000" w:themeColor="text1"/>
          <w:sz w:val="14"/>
          <w:szCs w:val="14"/>
        </w:rPr>
      </w:pPr>
    </w:p>
    <w:p w14:paraId="574556CE" w14:textId="77777777" w:rsidR="000E72F9" w:rsidRPr="00A642A2" w:rsidRDefault="000E72F9" w:rsidP="000E72F9">
      <w:pPr>
        <w:pStyle w:val="31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165EA90E" wp14:editId="4E75D36F">
                <wp:simplePos x="0" y="0"/>
                <wp:positionH relativeFrom="column">
                  <wp:posOffset>1791259</wp:posOffset>
                </wp:positionH>
                <wp:positionV relativeFrom="paragraph">
                  <wp:posOffset>182575</wp:posOffset>
                </wp:positionV>
                <wp:extent cx="2505710" cy="271780"/>
                <wp:effectExtent l="0" t="0" r="8890" b="7620"/>
                <wp:wrapNone/>
                <wp:docPr id="1361314828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72AF66" id="สี่เหลี่ยมผืนผ้ามุมมน 2" o:spid="_x0000_s1026" style="position:absolute;margin-left:141.05pt;margin-top:14.4pt;width:197.3pt;height:21.4pt;z-index:-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Pr="00A642A2">
        <w:rPr>
          <w:rStyle w:val="ad"/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ประเภทภัย ไฟป่า</w:t>
      </w:r>
    </w:p>
    <w:p w14:paraId="1A200C68" w14:textId="77777777" w:rsidR="000E72F9" w:rsidRPr="00DD5678" w:rsidRDefault="000E72F9" w:rsidP="00DD5678">
      <w:pPr>
        <w:pStyle w:val="31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D56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๑. วัตถุประสงค์</w:t>
      </w:r>
    </w:p>
    <w:p w14:paraId="0AD797CD" w14:textId="5E9DFD2A" w:rsidR="00DD5678" w:rsidRPr="00DD5678" w:rsidRDefault="00DD5678" w:rsidP="003E4827">
      <w:pPr>
        <w:pStyle w:val="af1"/>
        <w:numPr>
          <w:ilvl w:val="0"/>
          <w:numId w:val="28"/>
        </w:numPr>
        <w:rPr>
          <w:rFonts w:cs="TH SarabunPSK"/>
          <w:szCs w:val="32"/>
        </w:rPr>
      </w:pPr>
      <w:r w:rsidRPr="00DD5678">
        <w:rPr>
          <w:rFonts w:cs="TH SarabunPSK" w:hint="cs"/>
          <w:szCs w:val="32"/>
          <w:cs/>
          <w:lang w:bidi="th-TH"/>
        </w:rPr>
        <w:t>เพื่อป้องกันอันตรายจากไฟลุกลามเข้าสู่บริเวณสถานศึกษา</w:t>
      </w:r>
    </w:p>
    <w:p w14:paraId="0BE739D7" w14:textId="576E2135" w:rsidR="00DD5678" w:rsidRPr="00DD5678" w:rsidRDefault="00DD5678" w:rsidP="003E4827">
      <w:pPr>
        <w:pStyle w:val="af1"/>
        <w:numPr>
          <w:ilvl w:val="0"/>
          <w:numId w:val="28"/>
        </w:numPr>
        <w:rPr>
          <w:rFonts w:cs="TH SarabunPSK"/>
          <w:szCs w:val="32"/>
        </w:rPr>
      </w:pPr>
      <w:r w:rsidRPr="00DD5678">
        <w:rPr>
          <w:rFonts w:cs="TH SarabunPSK" w:hint="cs"/>
          <w:szCs w:val="32"/>
          <w:cs/>
          <w:lang w:bidi="th-TH"/>
        </w:rPr>
        <w:t>เพื่อลดผลกระทบต่อสุขภาพของนักเรียนจากฝุ่นละอองและควันพิษ</w:t>
      </w:r>
    </w:p>
    <w:p w14:paraId="40A2A095" w14:textId="26A2BD36" w:rsidR="00DD5678" w:rsidRPr="00DD5678" w:rsidRDefault="00DD5678" w:rsidP="003E4827">
      <w:pPr>
        <w:pStyle w:val="af1"/>
        <w:numPr>
          <w:ilvl w:val="0"/>
          <w:numId w:val="28"/>
        </w:numPr>
        <w:rPr>
          <w:rFonts w:cs="TH SarabunPSK"/>
          <w:szCs w:val="32"/>
        </w:rPr>
      </w:pPr>
      <w:r w:rsidRPr="00DD5678">
        <w:rPr>
          <w:rFonts w:cs="TH SarabunPSK" w:hint="cs"/>
          <w:szCs w:val="32"/>
          <w:cs/>
          <w:lang w:bidi="th-TH"/>
        </w:rPr>
        <w:t>เพื่อสร้างระบบการแจ้งเตือนและอพยพที่รวดเร็วกรณีไฟป่าประชิดพื้นที่</w:t>
      </w:r>
    </w:p>
    <w:p w14:paraId="49E1E7FF" w14:textId="77777777" w:rsidR="000E72F9" w:rsidRPr="00DD5678" w:rsidRDefault="000E72F9" w:rsidP="00DD5678">
      <w:pPr>
        <w:pStyle w:val="31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D56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7A8E0FC7" w14:textId="77777777" w:rsidR="000E72F9" w:rsidRDefault="000E72F9" w:rsidP="00DD5678">
      <w:pPr>
        <w:pStyle w:val="4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D56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๒.๑ การเตรียมการเกิดเหตุ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09"/>
        <w:gridCol w:w="5542"/>
        <w:gridCol w:w="2214"/>
      </w:tblGrid>
      <w:tr w:rsidR="00DD5678" w:rsidRPr="000C58F2" w14:paraId="028AAD42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33946A89" w14:textId="77777777" w:rsidR="00DD5678" w:rsidRPr="000C58F2" w:rsidRDefault="00DD567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5FC7D12D" w14:textId="77777777" w:rsidR="00DD5678" w:rsidRPr="000C58F2" w:rsidRDefault="00DD567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0FB08929" w14:textId="77777777" w:rsidR="00DD5678" w:rsidRPr="000C58F2" w:rsidRDefault="00DD567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DD5678" w:rsidRPr="00DD5678" w14:paraId="066E315C" w14:textId="77777777" w:rsidTr="00DD5678">
        <w:tc>
          <w:tcPr>
            <w:tcW w:w="0" w:type="auto"/>
            <w:hideMark/>
          </w:tcPr>
          <w:p w14:paraId="50CC7FB4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สร้างแนวกันไฟ</w:t>
            </w:r>
          </w:p>
        </w:tc>
        <w:tc>
          <w:tcPr>
            <w:tcW w:w="0" w:type="auto"/>
            <w:hideMark/>
          </w:tcPr>
          <w:p w14:paraId="504BF82D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ทำความสะอาดพื้นที่รอบรั้วโรงเรียน กำจัดใบไม้แห้งและวัชพืชที่เป็นเชื้อเพลิง</w:t>
            </w:r>
          </w:p>
        </w:tc>
        <w:tc>
          <w:tcPr>
            <w:tcW w:w="0" w:type="auto"/>
            <w:hideMark/>
          </w:tcPr>
          <w:p w14:paraId="0D7CC3BF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นักการภารโรง / จิตอาสา</w:t>
            </w:r>
          </w:p>
        </w:tc>
      </w:tr>
      <w:tr w:rsidR="00DD5678" w:rsidRPr="00DD5678" w14:paraId="2C108806" w14:textId="77777777" w:rsidTr="00DD5678">
        <w:tc>
          <w:tcPr>
            <w:tcW w:w="0" w:type="auto"/>
            <w:hideMark/>
          </w:tcPr>
          <w:p w14:paraId="4C684806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เตรียมอุปกรณ์ดับไฟ</w:t>
            </w:r>
          </w:p>
        </w:tc>
        <w:tc>
          <w:tcPr>
            <w:tcW w:w="0" w:type="auto"/>
            <w:hideMark/>
          </w:tcPr>
          <w:p w14:paraId="579FF175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ตรวจเช็คระบบประปา เตรียมสายยาง ถังน้ำ และถังดับเพลิงให้พร้อมใช้</w:t>
            </w:r>
          </w:p>
        </w:tc>
        <w:tc>
          <w:tcPr>
            <w:tcW w:w="0" w:type="auto"/>
            <w:hideMark/>
          </w:tcPr>
          <w:p w14:paraId="2DFF0932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ฝ่ายอาคารสถานที่</w:t>
            </w:r>
          </w:p>
        </w:tc>
      </w:tr>
      <w:tr w:rsidR="00DD5678" w:rsidRPr="00DD5678" w14:paraId="41C45432" w14:textId="77777777" w:rsidTr="00DD5678">
        <w:tc>
          <w:tcPr>
            <w:tcW w:w="0" w:type="auto"/>
            <w:hideMark/>
          </w:tcPr>
          <w:p w14:paraId="113F2540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ห้องเรียนปลอดฝุ่น</w:t>
            </w:r>
          </w:p>
        </w:tc>
        <w:tc>
          <w:tcPr>
            <w:tcW w:w="0" w:type="auto"/>
            <w:hideMark/>
          </w:tcPr>
          <w:p w14:paraId="3E84BE46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เตรียมห้องเรียนที่ปิดมิดชิด (</w:t>
            </w:r>
            <w:r w:rsidRPr="00DD5678">
              <w:rPr>
                <w:rFonts w:ascii="TH SarabunPSK" w:hAnsi="TH SarabunPSK" w:cs="TH SarabunPSK" w:hint="cs"/>
                <w:sz w:val="32"/>
                <w:szCs w:val="32"/>
              </w:rPr>
              <w:t xml:space="preserve">Safe Zone) </w:t>
            </w: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พร้อมเครื่องฟอกอากาศสำหรับกลุ่มเสี่ยง</w:t>
            </w:r>
          </w:p>
        </w:tc>
        <w:tc>
          <w:tcPr>
            <w:tcW w:w="0" w:type="auto"/>
            <w:hideMark/>
          </w:tcPr>
          <w:p w14:paraId="05845BD9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งานอนามัย</w:t>
            </w:r>
          </w:p>
        </w:tc>
      </w:tr>
      <w:tr w:rsidR="00DD5678" w:rsidRPr="00DD5678" w14:paraId="37B402A9" w14:textId="77777777" w:rsidTr="00DD5678">
        <w:tc>
          <w:tcPr>
            <w:tcW w:w="0" w:type="auto"/>
            <w:hideMark/>
          </w:tcPr>
          <w:p w14:paraId="23DEDD21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ระบบเฝ้าระวัง</w:t>
            </w:r>
          </w:p>
        </w:tc>
        <w:tc>
          <w:tcPr>
            <w:tcW w:w="0" w:type="auto"/>
            <w:hideMark/>
          </w:tcPr>
          <w:p w14:paraId="37D60219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ติดตามจุดความร้อน (</w:t>
            </w:r>
            <w:r w:rsidRPr="00DD5678">
              <w:rPr>
                <w:rFonts w:ascii="TH SarabunPSK" w:hAnsi="TH SarabunPSK" w:cs="TH SarabunPSK" w:hint="cs"/>
                <w:sz w:val="32"/>
                <w:szCs w:val="32"/>
              </w:rPr>
              <w:t xml:space="preserve">Hotspot) </w:t>
            </w: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และทิศทางลมจากแอปพลิเคชันหรือหอกระจายข่าว</w:t>
            </w:r>
          </w:p>
        </w:tc>
        <w:tc>
          <w:tcPr>
            <w:tcW w:w="0" w:type="auto"/>
            <w:hideMark/>
          </w:tcPr>
          <w:p w14:paraId="281B3B05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ครูเวรประจำวัน</w:t>
            </w:r>
          </w:p>
        </w:tc>
      </w:tr>
    </w:tbl>
    <w:p w14:paraId="124F7E25" w14:textId="40AF5EB0" w:rsidR="000E72F9" w:rsidRPr="00DD5678" w:rsidRDefault="000E72F9" w:rsidP="00DD5678">
      <w:pPr>
        <w:pStyle w:val="4"/>
        <w:spacing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D56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87"/>
        <w:gridCol w:w="5465"/>
        <w:gridCol w:w="2213"/>
      </w:tblGrid>
      <w:tr w:rsidR="00DD5678" w:rsidRPr="00DD5678" w14:paraId="3635A15C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106D30E6" w14:textId="77777777" w:rsidR="00DD5678" w:rsidRPr="00DD5678" w:rsidRDefault="00DD5678" w:rsidP="00DD567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47F99A35" w14:textId="77777777" w:rsidR="00DD5678" w:rsidRPr="00DD5678" w:rsidRDefault="00DD5678" w:rsidP="00DD567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4D9DB500" w14:textId="77777777" w:rsidR="00DD5678" w:rsidRPr="00DD5678" w:rsidRDefault="00DD5678" w:rsidP="00DD567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DD5678" w:rsidRPr="00DD5678" w14:paraId="62963442" w14:textId="77777777" w:rsidTr="00DD5678">
        <w:tc>
          <w:tcPr>
            <w:tcW w:w="0" w:type="auto"/>
            <w:hideMark/>
          </w:tcPr>
          <w:p w14:paraId="1FC23960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การแจ้งเหตุ (</w:t>
            </w: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Alarm)</w:t>
            </w:r>
          </w:p>
        </w:tc>
        <w:tc>
          <w:tcPr>
            <w:tcW w:w="0" w:type="auto"/>
            <w:hideMark/>
          </w:tcPr>
          <w:p w14:paraId="791FDED4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ตีระฆังหรือใช้ไซเรนแจ้งเหตุ และโทรแจ้งหน่วยดับเพลิง/องค์กรปกครองส่วนท้องถิ่น</w:t>
            </w:r>
          </w:p>
        </w:tc>
        <w:tc>
          <w:tcPr>
            <w:tcW w:w="0" w:type="auto"/>
            <w:hideMark/>
          </w:tcPr>
          <w:p w14:paraId="56B46BBE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 / เวรยาม</w:t>
            </w:r>
          </w:p>
        </w:tc>
      </w:tr>
      <w:tr w:rsidR="00DD5678" w:rsidRPr="00DD5678" w14:paraId="413DDAEF" w14:textId="77777777" w:rsidTr="00DD5678">
        <w:tc>
          <w:tcPr>
            <w:tcW w:w="0" w:type="auto"/>
            <w:hideMark/>
          </w:tcPr>
          <w:p w14:paraId="375FB8D2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การอพยพ/ป้องกัน</w:t>
            </w:r>
          </w:p>
        </w:tc>
        <w:tc>
          <w:tcPr>
            <w:tcW w:w="0" w:type="auto"/>
            <w:hideMark/>
          </w:tcPr>
          <w:p w14:paraId="6E4218E4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นำนักเรียนเข้าอาคารที่ปิดมิดชิด หากไฟประชิดให้ผู้นำอพยพไปจุดรวมพลเหนือลม</w:t>
            </w:r>
          </w:p>
        </w:tc>
        <w:tc>
          <w:tcPr>
            <w:tcW w:w="0" w:type="auto"/>
            <w:hideMark/>
          </w:tcPr>
          <w:p w14:paraId="78C1E367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ครูประจำวิชา / ชั้น</w:t>
            </w:r>
          </w:p>
        </w:tc>
      </w:tr>
      <w:tr w:rsidR="00DD5678" w:rsidRPr="00DD5678" w14:paraId="505661E3" w14:textId="77777777" w:rsidTr="00DD5678">
        <w:tc>
          <w:tcPr>
            <w:tcW w:w="0" w:type="auto"/>
            <w:hideMark/>
          </w:tcPr>
          <w:p w14:paraId="7D04C7AE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การสวมหน้ากาก</w:t>
            </w:r>
          </w:p>
        </w:tc>
        <w:tc>
          <w:tcPr>
            <w:tcW w:w="0" w:type="auto"/>
            <w:hideMark/>
          </w:tcPr>
          <w:p w14:paraId="3B6D5BA4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แจกจ่ายหน้ากาก </w:t>
            </w:r>
            <w:r w:rsidRPr="00DD5678">
              <w:rPr>
                <w:rFonts w:ascii="TH SarabunPSK" w:hAnsi="TH SarabunPSK" w:cs="TH SarabunPSK" w:hint="cs"/>
                <w:sz w:val="32"/>
                <w:szCs w:val="32"/>
              </w:rPr>
              <w:t xml:space="preserve">N95 </w:t>
            </w: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ให้บุคลากรและนักเรียนทุกคนเพื่อป้องกันการสูดดมควัน</w:t>
            </w:r>
          </w:p>
        </w:tc>
        <w:tc>
          <w:tcPr>
            <w:tcW w:w="0" w:type="auto"/>
            <w:hideMark/>
          </w:tcPr>
          <w:p w14:paraId="6D617F1D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ครูพยาบาล</w:t>
            </w:r>
          </w:p>
        </w:tc>
      </w:tr>
      <w:tr w:rsidR="00DD5678" w:rsidRPr="00DD5678" w14:paraId="28AEC11A" w14:textId="77777777" w:rsidTr="00DD5678">
        <w:tc>
          <w:tcPr>
            <w:tcW w:w="0" w:type="auto"/>
            <w:hideMark/>
          </w:tcPr>
          <w:p w14:paraId="1CF6201A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สกัดไฟเบื้องต้น</w:t>
            </w:r>
          </w:p>
        </w:tc>
        <w:tc>
          <w:tcPr>
            <w:tcW w:w="0" w:type="auto"/>
            <w:hideMark/>
          </w:tcPr>
          <w:p w14:paraId="293A48BC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ใช้เครื่องมือกายภาพฉีดพ่นน้ำรอบอาคารเพื่อเพิ่มความชื้น (เฉพาะกรณีที่ปลอดภัย)</w:t>
            </w:r>
          </w:p>
        </w:tc>
        <w:tc>
          <w:tcPr>
            <w:tcW w:w="0" w:type="auto"/>
            <w:hideMark/>
          </w:tcPr>
          <w:p w14:paraId="3C050C1E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ทีมอาสาสมัครโรงเรียน</w:t>
            </w:r>
          </w:p>
        </w:tc>
      </w:tr>
    </w:tbl>
    <w:p w14:paraId="4E034686" w14:textId="77777777" w:rsidR="000E72F9" w:rsidRPr="00DD5678" w:rsidRDefault="000E72F9" w:rsidP="00DD5678">
      <w:pPr>
        <w:pStyle w:val="4"/>
        <w:spacing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D56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65"/>
        <w:gridCol w:w="5492"/>
        <w:gridCol w:w="2108"/>
      </w:tblGrid>
      <w:tr w:rsidR="00DD5678" w:rsidRPr="00DD5678" w14:paraId="4824D81C" w14:textId="77777777" w:rsidTr="008248DB">
        <w:trPr>
          <w:trHeight w:val="245"/>
        </w:trPr>
        <w:tc>
          <w:tcPr>
            <w:tcW w:w="1835" w:type="dxa"/>
            <w:shd w:val="clear" w:color="auto" w:fill="C5E0B3" w:themeFill="accent6" w:themeFillTint="66"/>
          </w:tcPr>
          <w:p w14:paraId="3DBA6A65" w14:textId="77777777" w:rsidR="00DD5678" w:rsidRPr="00DD5678" w:rsidRDefault="00DD5678" w:rsidP="00DD567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338" w:type="dxa"/>
            <w:shd w:val="clear" w:color="auto" w:fill="C5E0B3" w:themeFill="accent6" w:themeFillTint="66"/>
          </w:tcPr>
          <w:p w14:paraId="339083B4" w14:textId="77777777" w:rsidR="00DD5678" w:rsidRPr="00DD5678" w:rsidRDefault="00DD5678" w:rsidP="00DD567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292" w:type="dxa"/>
            <w:shd w:val="clear" w:color="auto" w:fill="C5E0B3" w:themeFill="accent6" w:themeFillTint="66"/>
          </w:tcPr>
          <w:p w14:paraId="4A195028" w14:textId="77777777" w:rsidR="00DD5678" w:rsidRPr="00DD5678" w:rsidRDefault="00DD5678" w:rsidP="00DD567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DD5678" w:rsidRPr="00DD5678" w14:paraId="08F55B31" w14:textId="77777777" w:rsidTr="00DD5678">
        <w:tc>
          <w:tcPr>
            <w:tcW w:w="0" w:type="auto"/>
            <w:hideMark/>
          </w:tcPr>
          <w:p w14:paraId="0A3C44CC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ตรวจเช็คสุขภาพ</w:t>
            </w:r>
          </w:p>
        </w:tc>
        <w:tc>
          <w:tcPr>
            <w:tcW w:w="0" w:type="auto"/>
            <w:hideMark/>
          </w:tcPr>
          <w:p w14:paraId="45280BB8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คัดกรองนักเรียนที่มีอาการระคายเคืองตา ระบบทางเดินหายใจ หรืออาการแพ้</w:t>
            </w:r>
          </w:p>
        </w:tc>
        <w:tc>
          <w:tcPr>
            <w:tcW w:w="0" w:type="auto"/>
            <w:hideMark/>
          </w:tcPr>
          <w:p w14:paraId="2C5661DE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ครูพยาบาล</w:t>
            </w:r>
          </w:p>
        </w:tc>
      </w:tr>
      <w:tr w:rsidR="00DD5678" w:rsidRPr="00DD5678" w14:paraId="740FED45" w14:textId="77777777" w:rsidTr="00DD5678">
        <w:tc>
          <w:tcPr>
            <w:tcW w:w="0" w:type="auto"/>
            <w:hideMark/>
          </w:tcPr>
          <w:p w14:paraId="47B81C99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ทำความสะอาดพื้นที่</w:t>
            </w:r>
          </w:p>
        </w:tc>
        <w:tc>
          <w:tcPr>
            <w:tcW w:w="0" w:type="auto"/>
            <w:hideMark/>
          </w:tcPr>
          <w:p w14:paraId="7D2E0374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ฉีดล้างคราบเถ้าถ่านและฝุ่นละอองทั่วบริเวณโรงเรียนหลังสถานการณ์คลี่คลาย</w:t>
            </w:r>
          </w:p>
        </w:tc>
        <w:tc>
          <w:tcPr>
            <w:tcW w:w="0" w:type="auto"/>
            <w:hideMark/>
          </w:tcPr>
          <w:p w14:paraId="69476C3A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บุคลากรทุกคน</w:t>
            </w:r>
          </w:p>
        </w:tc>
      </w:tr>
      <w:tr w:rsidR="00DD5678" w:rsidRPr="00DD5678" w14:paraId="021902A2" w14:textId="77777777" w:rsidTr="00DD5678">
        <w:tc>
          <w:tcPr>
            <w:tcW w:w="0" w:type="auto"/>
            <w:hideMark/>
          </w:tcPr>
          <w:p w14:paraId="220E681B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ประเมินความเสียหาย</w:t>
            </w:r>
          </w:p>
        </w:tc>
        <w:tc>
          <w:tcPr>
            <w:tcW w:w="0" w:type="auto"/>
            <w:hideMark/>
          </w:tcPr>
          <w:p w14:paraId="1DBC86FD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สำรวจต้นไม้หรืออาคารที่ถูกไฟไหม้และดำเนินการซ่อมแซมให้ปลอดภัย</w:t>
            </w:r>
          </w:p>
        </w:tc>
        <w:tc>
          <w:tcPr>
            <w:tcW w:w="0" w:type="auto"/>
            <w:hideMark/>
          </w:tcPr>
          <w:p w14:paraId="64934DB5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ฝ่ายอาคารสถานที่</w:t>
            </w:r>
          </w:p>
        </w:tc>
      </w:tr>
      <w:tr w:rsidR="00DD5678" w:rsidRPr="00DD5678" w14:paraId="4D34060E" w14:textId="77777777" w:rsidTr="00DD5678">
        <w:tc>
          <w:tcPr>
            <w:tcW w:w="0" w:type="auto"/>
            <w:hideMark/>
          </w:tcPr>
          <w:p w14:paraId="1486A738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ให้ความรู้ต่อเนื่อง</w:t>
            </w:r>
          </w:p>
        </w:tc>
        <w:tc>
          <w:tcPr>
            <w:tcW w:w="0" w:type="auto"/>
            <w:hideMark/>
          </w:tcPr>
          <w:p w14:paraId="0CC9C2D3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รณรงค์ให้นักเรียนและชุมชนรอบข้างหยุดการเผาป่าและเศษวัชพืช</w:t>
            </w:r>
          </w:p>
        </w:tc>
        <w:tc>
          <w:tcPr>
            <w:tcW w:w="0" w:type="auto"/>
            <w:hideMark/>
          </w:tcPr>
          <w:p w14:paraId="3343DAF7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งานประชาสัมพันธ์</w:t>
            </w:r>
          </w:p>
        </w:tc>
      </w:tr>
    </w:tbl>
    <w:p w14:paraId="0768B666" w14:textId="77777777" w:rsidR="009C5905" w:rsidRPr="009C5905" w:rsidRDefault="009C5905" w:rsidP="00DD5678">
      <w:pPr>
        <w:pStyle w:val="21"/>
        <w:spacing w:before="0" w:beforeAutospacing="0" w:after="0" w:afterAutospacing="0"/>
        <w:rPr>
          <w:rFonts w:ascii="TH SarabunPSK" w:hAnsi="TH SarabunPSK" w:cs="TH SarabunPSK"/>
          <w:sz w:val="18"/>
          <w:szCs w:val="18"/>
        </w:rPr>
      </w:pPr>
    </w:p>
    <w:p w14:paraId="1F10F73B" w14:textId="0308E5E8" w:rsidR="00DD5678" w:rsidRPr="007339B2" w:rsidRDefault="00DD5678" w:rsidP="00DD5678">
      <w:pPr>
        <w:pStyle w:val="2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7339B2">
        <w:rPr>
          <w:rFonts w:ascii="TH SarabunPSK" w:hAnsi="TH SarabunPSK" w:cs="TH SarabunPSK" w:hint="cs"/>
          <w:sz w:val="32"/>
          <w:szCs w:val="32"/>
          <w:cs/>
        </w:rPr>
        <w:t>๓</w:t>
      </w:r>
      <w:r w:rsidRPr="007339B2">
        <w:rPr>
          <w:rFonts w:ascii="TH SarabunPSK" w:hAnsi="TH SarabunPSK" w:cs="TH SarabunPSK" w:hint="cs"/>
          <w:sz w:val="32"/>
          <w:szCs w:val="32"/>
        </w:rPr>
        <w:t xml:space="preserve">. </w:t>
      </w:r>
      <w:r w:rsidRPr="007339B2">
        <w:rPr>
          <w:rFonts w:ascii="TH SarabunPSK" w:hAnsi="TH SarabunPSK" w:cs="TH SarabunPSK" w:hint="cs"/>
          <w:sz w:val="32"/>
          <w:szCs w:val="32"/>
          <w:cs/>
        </w:rPr>
        <w:t>ระยะเวลาดำเนินการ</w:t>
      </w:r>
    </w:p>
    <w:p w14:paraId="49B59081" w14:textId="77777777" w:rsidR="008248DB" w:rsidRPr="00AC7BFD" w:rsidRDefault="008248DB" w:rsidP="008248DB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5C535D77" w14:textId="77777777" w:rsidR="00DD5678" w:rsidRPr="000C465C" w:rsidRDefault="00DD5678" w:rsidP="00DD5678">
      <w:pPr>
        <w:rPr>
          <w:rFonts w:ascii="TH SarabunPSK" w:hAnsi="TH SarabunPSK" w:cs="TH SarabunPSK"/>
          <w:sz w:val="32"/>
          <w:szCs w:val="32"/>
        </w:rPr>
      </w:pPr>
      <w:r w:rsidRPr="000C465C">
        <w:rPr>
          <w:rStyle w:val="ad"/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32B1E632" w14:textId="77777777" w:rsidR="00413068" w:rsidRPr="00AC7BFD" w:rsidRDefault="00413068" w:rsidP="0041306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0B08C2C" w14:textId="77777777" w:rsidR="00DD5678" w:rsidRPr="000C465C" w:rsidRDefault="00DD5678" w:rsidP="00DD5678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0C465C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๕. ผู้บัญชาการเหตุการณ์</w:t>
      </w:r>
    </w:p>
    <w:p w14:paraId="7F888F60" w14:textId="4CAA78D5" w:rsidR="001B03E7" w:rsidRDefault="001B03E7" w:rsidP="001B03E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42EA53A1" w14:textId="77777777" w:rsidR="009C5905" w:rsidRPr="009C5905" w:rsidRDefault="009C5905" w:rsidP="001B03E7">
      <w:pPr>
        <w:ind w:firstLine="720"/>
        <w:rPr>
          <w:rFonts w:ascii="TH SarabunPSK" w:hAnsi="TH SarabunPSK" w:cs="TH SarabunPSK"/>
          <w:sz w:val="4"/>
          <w:szCs w:val="4"/>
        </w:rPr>
      </w:pPr>
    </w:p>
    <w:p w14:paraId="50C1E365" w14:textId="77777777" w:rsidR="000E72F9" w:rsidRPr="00A642A2" w:rsidRDefault="000E72F9" w:rsidP="000E72F9">
      <w:pPr>
        <w:pStyle w:val="31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 wp14:anchorId="3043408C" wp14:editId="2C1D9FAA">
                <wp:simplePos x="0" y="0"/>
                <wp:positionH relativeFrom="column">
                  <wp:posOffset>1788490</wp:posOffset>
                </wp:positionH>
                <wp:positionV relativeFrom="paragraph">
                  <wp:posOffset>160934</wp:posOffset>
                </wp:positionV>
                <wp:extent cx="2505710" cy="271780"/>
                <wp:effectExtent l="0" t="0" r="8890" b="7620"/>
                <wp:wrapNone/>
                <wp:docPr id="730003810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30F9" id="สี่เหลี่ยมผืนผ้ามุมมน 2" o:spid="_x0000_s1026" style="position:absolute;margin-left:140.85pt;margin-top:12.65pt;width:197.3pt;height:21.4pt;z-index:-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Pr="00A642A2">
        <w:rPr>
          <w:rStyle w:val="ad"/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ประเภทภัย วาตภัย</w:t>
      </w:r>
    </w:p>
    <w:p w14:paraId="393D6824" w14:textId="77777777" w:rsidR="000E72F9" w:rsidRPr="00DD5678" w:rsidRDefault="000E72F9" w:rsidP="00DD5678">
      <w:pPr>
        <w:pStyle w:val="31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D56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๑. วัตถุประสงค์</w:t>
      </w:r>
    </w:p>
    <w:p w14:paraId="0429BF42" w14:textId="291A705D" w:rsidR="00DD5678" w:rsidRPr="00DD5678" w:rsidRDefault="00DD5678" w:rsidP="003E4827">
      <w:pPr>
        <w:pStyle w:val="af1"/>
        <w:numPr>
          <w:ilvl w:val="0"/>
          <w:numId w:val="29"/>
        </w:numPr>
        <w:rPr>
          <w:rFonts w:cs="TH SarabunPSK"/>
          <w:szCs w:val="32"/>
        </w:rPr>
      </w:pPr>
      <w:r w:rsidRPr="00DD5678">
        <w:rPr>
          <w:rFonts w:cs="TH SarabunPSK" w:hint="cs"/>
          <w:szCs w:val="32"/>
          <w:cs/>
          <w:lang w:bidi="th-TH"/>
        </w:rPr>
        <w:t>เพื่อป้องกันอันตรายจากโครงสร้างอาคารล้มทับ ต้นไม้โค่น หรือสิ่งของปลิวใส่</w:t>
      </w:r>
    </w:p>
    <w:p w14:paraId="509AED6A" w14:textId="3ED6D99D" w:rsidR="00DD5678" w:rsidRPr="00DD5678" w:rsidRDefault="00DD5678" w:rsidP="003E4827">
      <w:pPr>
        <w:pStyle w:val="af1"/>
        <w:numPr>
          <w:ilvl w:val="0"/>
          <w:numId w:val="29"/>
        </w:numPr>
        <w:rPr>
          <w:rFonts w:cs="TH SarabunPSK"/>
          <w:szCs w:val="32"/>
        </w:rPr>
      </w:pPr>
      <w:r w:rsidRPr="00DD5678">
        <w:rPr>
          <w:rFonts w:cs="TH SarabunPSK" w:hint="cs"/>
          <w:szCs w:val="32"/>
          <w:cs/>
          <w:lang w:bidi="th-TH"/>
        </w:rPr>
        <w:t xml:space="preserve">เพื่อสร้างระบบการแจ้งเตือนและการอพยพนักเรียนเข้าสู่พื้นที่ปลอดภัย </w:t>
      </w:r>
      <w:r w:rsidRPr="00DD5678">
        <w:rPr>
          <w:rFonts w:cs="TH SarabunPSK" w:hint="cs"/>
          <w:szCs w:val="32"/>
          <w:rtl/>
          <w:cs/>
        </w:rPr>
        <w:t>(</w:t>
      </w:r>
      <w:r w:rsidRPr="00DD5678">
        <w:rPr>
          <w:rFonts w:cs="TH SarabunPSK" w:hint="cs"/>
          <w:szCs w:val="32"/>
          <w:rtl/>
          <w:cs/>
          <w:lang w:bidi="th-TH"/>
        </w:rPr>
        <w:t>อาคารที่มั่นคง</w:t>
      </w:r>
      <w:r w:rsidRPr="00DD5678">
        <w:rPr>
          <w:rFonts w:cs="TH SarabunPSK" w:hint="cs"/>
          <w:szCs w:val="32"/>
          <w:rtl/>
          <w:cs/>
        </w:rPr>
        <w:t>)</w:t>
      </w:r>
    </w:p>
    <w:p w14:paraId="6292DC50" w14:textId="6B48CFC3" w:rsidR="00DD5678" w:rsidRPr="00DD5678" w:rsidRDefault="00DD5678" w:rsidP="003E4827">
      <w:pPr>
        <w:pStyle w:val="af1"/>
        <w:numPr>
          <w:ilvl w:val="0"/>
          <w:numId w:val="29"/>
        </w:numPr>
        <w:rPr>
          <w:rFonts w:cs="TH SarabunPSK"/>
          <w:szCs w:val="32"/>
        </w:rPr>
      </w:pPr>
      <w:r w:rsidRPr="00DD5678">
        <w:rPr>
          <w:rFonts w:cs="TH SarabunPSK" w:hint="cs"/>
          <w:szCs w:val="32"/>
          <w:cs/>
          <w:lang w:bidi="th-TH"/>
        </w:rPr>
        <w:t>เพื่อลดความสูญเสียต่อชีวิตและทรัพย์สินภายในสถานศึกษา</w:t>
      </w:r>
    </w:p>
    <w:p w14:paraId="0608CB47" w14:textId="77777777" w:rsidR="000E72F9" w:rsidRPr="00DD5678" w:rsidRDefault="000E72F9" w:rsidP="00DD5678">
      <w:pPr>
        <w:pStyle w:val="31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D56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1A6B1E70" w14:textId="3EBB0FF2" w:rsidR="000E72F9" w:rsidRDefault="000E72F9" w:rsidP="00DD5678">
      <w:pPr>
        <w:pStyle w:val="4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D56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๒.๑ การเตรียมการเกิดเหตุ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38"/>
        <w:gridCol w:w="5408"/>
        <w:gridCol w:w="1919"/>
      </w:tblGrid>
      <w:tr w:rsidR="00DD5678" w:rsidRPr="000C58F2" w14:paraId="392BB8E6" w14:textId="77777777" w:rsidTr="001B03E7">
        <w:trPr>
          <w:trHeight w:val="245"/>
        </w:trPr>
        <w:tc>
          <w:tcPr>
            <w:tcW w:w="2087" w:type="dxa"/>
            <w:shd w:val="clear" w:color="auto" w:fill="C5E0B3" w:themeFill="accent6" w:themeFillTint="66"/>
          </w:tcPr>
          <w:p w14:paraId="43E61A09" w14:textId="77777777" w:rsidR="00DD5678" w:rsidRPr="000C58F2" w:rsidRDefault="00DD567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212" w:type="dxa"/>
            <w:shd w:val="clear" w:color="auto" w:fill="C5E0B3" w:themeFill="accent6" w:themeFillTint="66"/>
          </w:tcPr>
          <w:p w14:paraId="6D81B4D7" w14:textId="77777777" w:rsidR="00DD5678" w:rsidRPr="000C58F2" w:rsidRDefault="00DD567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166" w:type="dxa"/>
            <w:shd w:val="clear" w:color="auto" w:fill="C5E0B3" w:themeFill="accent6" w:themeFillTint="66"/>
          </w:tcPr>
          <w:p w14:paraId="240399B0" w14:textId="77777777" w:rsidR="00DD5678" w:rsidRPr="000C58F2" w:rsidRDefault="00DD567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DD5678" w:rsidRPr="00DD5678" w14:paraId="08E92729" w14:textId="77777777" w:rsidTr="00DD5678">
        <w:tc>
          <w:tcPr>
            <w:tcW w:w="0" w:type="auto"/>
            <w:hideMark/>
          </w:tcPr>
          <w:p w14:paraId="15A67503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ตรวจสอบโครงสร้างอาคาร</w:t>
            </w:r>
          </w:p>
        </w:tc>
        <w:tc>
          <w:tcPr>
            <w:tcW w:w="0" w:type="auto"/>
            <w:hideMark/>
          </w:tcPr>
          <w:p w14:paraId="2DE3BE92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ตรวจเช็คความแข็งแรงของหลังคา ฝ้าเพดาน และประตูหน้าต่างให้</w:t>
            </w:r>
            <w:proofErr w:type="spellStart"/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ปิ</w:t>
            </w:r>
            <w:proofErr w:type="spellEnd"/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ดล็อกได้สนิท</w:t>
            </w:r>
          </w:p>
        </w:tc>
        <w:tc>
          <w:tcPr>
            <w:tcW w:w="0" w:type="auto"/>
            <w:hideMark/>
          </w:tcPr>
          <w:p w14:paraId="1512AFA6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ฝ่ายอาคารสถานที่</w:t>
            </w:r>
          </w:p>
        </w:tc>
      </w:tr>
      <w:tr w:rsidR="00DD5678" w:rsidRPr="00DD5678" w14:paraId="537164A4" w14:textId="77777777" w:rsidTr="00DD5678">
        <w:tc>
          <w:tcPr>
            <w:tcW w:w="0" w:type="auto"/>
            <w:hideMark/>
          </w:tcPr>
          <w:p w14:paraId="738FF7AE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จัดการพื้นที่เสี่ยง</w:t>
            </w:r>
          </w:p>
        </w:tc>
        <w:tc>
          <w:tcPr>
            <w:tcW w:w="0" w:type="auto"/>
            <w:hideMark/>
          </w:tcPr>
          <w:p w14:paraId="751DB95B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ตัดแต่งกิ่งไม้ใหญ่ที่ใกล้ตัวอาคาร และยึดโยงป้ายโฆษณาหรือเสาธงให้มั่นคง</w:t>
            </w:r>
          </w:p>
        </w:tc>
        <w:tc>
          <w:tcPr>
            <w:tcW w:w="0" w:type="auto"/>
            <w:hideMark/>
          </w:tcPr>
          <w:p w14:paraId="105CCEAC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นักการภารโรง</w:t>
            </w:r>
          </w:p>
        </w:tc>
      </w:tr>
      <w:tr w:rsidR="00DD5678" w:rsidRPr="00DD5678" w14:paraId="062AC261" w14:textId="77777777" w:rsidTr="00DD5678">
        <w:tc>
          <w:tcPr>
            <w:tcW w:w="0" w:type="auto"/>
            <w:hideMark/>
          </w:tcPr>
          <w:p w14:paraId="402EBE58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เตรียมพื้นที่หลบภัย</w:t>
            </w:r>
          </w:p>
        </w:tc>
        <w:tc>
          <w:tcPr>
            <w:tcW w:w="0" w:type="auto"/>
            <w:hideMark/>
          </w:tcPr>
          <w:p w14:paraId="5C491CD8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กำหนดอาคารชั้นล่างที่ไม่มีกระจกหรือมีความมั่นคงสูงเป็นจุดรวมพลหลบพายุ</w:t>
            </w:r>
          </w:p>
        </w:tc>
        <w:tc>
          <w:tcPr>
            <w:tcW w:w="0" w:type="auto"/>
            <w:hideMark/>
          </w:tcPr>
          <w:p w14:paraId="7BE4735D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งานนิรภัยโรงเรียน</w:t>
            </w:r>
          </w:p>
        </w:tc>
      </w:tr>
      <w:tr w:rsidR="00DD5678" w:rsidRPr="00DD5678" w14:paraId="61BFAE89" w14:textId="77777777" w:rsidTr="00DD5678">
        <w:tc>
          <w:tcPr>
            <w:tcW w:w="0" w:type="auto"/>
            <w:hideMark/>
          </w:tcPr>
          <w:p w14:paraId="316FC600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ติดตามข่าวสาร</w:t>
            </w:r>
          </w:p>
        </w:tc>
        <w:tc>
          <w:tcPr>
            <w:tcW w:w="0" w:type="auto"/>
            <w:hideMark/>
          </w:tcPr>
          <w:p w14:paraId="280BC1C6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เฝ้าฟังประกาศเตือนภัยจากกรมอุตุนิยมวิทยาอย่างใกล้ชิด (โดยเฉพาะช่วงฤดูร้อน)</w:t>
            </w:r>
          </w:p>
        </w:tc>
        <w:tc>
          <w:tcPr>
            <w:tcW w:w="0" w:type="auto"/>
            <w:hideMark/>
          </w:tcPr>
          <w:p w14:paraId="66157F40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ครูเวรประจำวัน</w:t>
            </w:r>
          </w:p>
        </w:tc>
      </w:tr>
    </w:tbl>
    <w:p w14:paraId="6139BE29" w14:textId="77777777" w:rsidR="000E72F9" w:rsidRPr="00DD5678" w:rsidRDefault="000E72F9" w:rsidP="00DD5678">
      <w:pPr>
        <w:pStyle w:val="4"/>
        <w:spacing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D56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91"/>
        <w:gridCol w:w="5345"/>
        <w:gridCol w:w="2129"/>
      </w:tblGrid>
      <w:tr w:rsidR="00DD5678" w:rsidRPr="00DD5678" w14:paraId="37CB9F3B" w14:textId="77777777" w:rsidTr="00C30172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379BE558" w14:textId="77777777" w:rsidR="00DD5678" w:rsidRPr="00DD5678" w:rsidRDefault="00DD5678" w:rsidP="00DD567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72BA2886" w14:textId="77777777" w:rsidR="00DD5678" w:rsidRPr="00DD5678" w:rsidRDefault="00DD5678" w:rsidP="00DD567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6AB1886D" w14:textId="77777777" w:rsidR="00DD5678" w:rsidRPr="00DD5678" w:rsidRDefault="00DD5678" w:rsidP="00DD567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DD5678" w:rsidRPr="00DD5678" w14:paraId="04996C5B" w14:textId="77777777" w:rsidTr="00DD5678">
        <w:tc>
          <w:tcPr>
            <w:tcW w:w="0" w:type="auto"/>
            <w:hideMark/>
          </w:tcPr>
          <w:p w14:paraId="4017FF77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การประกาศภาวะฉุกเฉิน</w:t>
            </w:r>
          </w:p>
        </w:tc>
        <w:tc>
          <w:tcPr>
            <w:tcW w:w="0" w:type="auto"/>
            <w:hideMark/>
          </w:tcPr>
          <w:p w14:paraId="73B05EF4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ใช้สัญญาณเสียงแจ้งให้นักเรียนทราบและรีบเข้าสู่อาคารที่มิดชิดทันที</w:t>
            </w:r>
          </w:p>
        </w:tc>
        <w:tc>
          <w:tcPr>
            <w:tcW w:w="0" w:type="auto"/>
            <w:hideMark/>
          </w:tcPr>
          <w:p w14:paraId="5037B7F7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 / เวรยาม</w:t>
            </w:r>
          </w:p>
        </w:tc>
      </w:tr>
      <w:tr w:rsidR="00DD5678" w:rsidRPr="00DD5678" w14:paraId="7546754E" w14:textId="77777777" w:rsidTr="00DD5678">
        <w:tc>
          <w:tcPr>
            <w:tcW w:w="0" w:type="auto"/>
            <w:hideMark/>
          </w:tcPr>
          <w:p w14:paraId="0CDE8893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การป้องกันตัว (</w:t>
            </w: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Action)</w:t>
            </w:r>
          </w:p>
        </w:tc>
        <w:tc>
          <w:tcPr>
            <w:tcW w:w="0" w:type="auto"/>
            <w:hideMark/>
          </w:tcPr>
          <w:p w14:paraId="502A14A4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สั่งให้นักเรียน</w:t>
            </w:r>
            <w:r w:rsidRPr="00DD5678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"</w:t>
            </w: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อยู่ห่างจากประตูหน้าต่างที่เป็นกระจก"</w:t>
            </w:r>
            <w:r w:rsidRPr="00DD5678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และหมอบต่ำในจุดที่ปลอดภัย</w:t>
            </w:r>
          </w:p>
        </w:tc>
        <w:tc>
          <w:tcPr>
            <w:tcW w:w="0" w:type="auto"/>
            <w:hideMark/>
          </w:tcPr>
          <w:p w14:paraId="7966BBFB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ครูประจำวิชา / ชั้น</w:t>
            </w:r>
          </w:p>
        </w:tc>
      </w:tr>
      <w:tr w:rsidR="00DD5678" w:rsidRPr="00DD5678" w14:paraId="3F585CF7" w14:textId="77777777" w:rsidTr="00DD5678">
        <w:tc>
          <w:tcPr>
            <w:tcW w:w="0" w:type="auto"/>
            <w:hideMark/>
          </w:tcPr>
          <w:p w14:paraId="2B0F2B8C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ตัดกระแสไฟฟ้า</w:t>
            </w:r>
          </w:p>
        </w:tc>
        <w:tc>
          <w:tcPr>
            <w:tcW w:w="0" w:type="auto"/>
            <w:hideMark/>
          </w:tcPr>
          <w:p w14:paraId="0006573B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ปิดระบบไฟฟ้าในอาคารที่เสี่ยงต่อการเกิดไฟฟ้าลัดวงจรจากฝนฟ้าคะนอง</w:t>
            </w:r>
          </w:p>
        </w:tc>
        <w:tc>
          <w:tcPr>
            <w:tcW w:w="0" w:type="auto"/>
            <w:hideMark/>
          </w:tcPr>
          <w:p w14:paraId="0E4D1CD9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นักการภารโรง</w:t>
            </w:r>
          </w:p>
        </w:tc>
      </w:tr>
      <w:tr w:rsidR="00DD5678" w:rsidRPr="00DD5678" w14:paraId="552A0884" w14:textId="77777777" w:rsidTr="00DD5678">
        <w:tc>
          <w:tcPr>
            <w:tcW w:w="0" w:type="auto"/>
            <w:hideMark/>
          </w:tcPr>
          <w:p w14:paraId="3BF356B4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การควบคุมกลุ่ม</w:t>
            </w:r>
          </w:p>
        </w:tc>
        <w:tc>
          <w:tcPr>
            <w:tcW w:w="0" w:type="auto"/>
            <w:hideMark/>
          </w:tcPr>
          <w:p w14:paraId="0151F908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ดูแลนักเรียนให้อยู่ในความสงบ ไม่ให้ตื่นตระหนกวิ่งออกนอกอาคารขณะลมแรง</w:t>
            </w:r>
          </w:p>
        </w:tc>
        <w:tc>
          <w:tcPr>
            <w:tcW w:w="0" w:type="auto"/>
            <w:hideMark/>
          </w:tcPr>
          <w:p w14:paraId="40CB5FE1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ครูที่ปรึกษา</w:t>
            </w:r>
          </w:p>
        </w:tc>
      </w:tr>
    </w:tbl>
    <w:p w14:paraId="5C8E227A" w14:textId="77777777" w:rsidR="000E72F9" w:rsidRPr="00DD5678" w:rsidRDefault="000E72F9" w:rsidP="00DD5678">
      <w:pPr>
        <w:pStyle w:val="4"/>
        <w:spacing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D56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29"/>
        <w:gridCol w:w="5566"/>
        <w:gridCol w:w="1870"/>
      </w:tblGrid>
      <w:tr w:rsidR="00DD5678" w:rsidRPr="00DD5678" w14:paraId="5A6C28F7" w14:textId="77777777" w:rsidTr="00C30172">
        <w:trPr>
          <w:trHeight w:val="245"/>
        </w:trPr>
        <w:tc>
          <w:tcPr>
            <w:tcW w:w="1991" w:type="dxa"/>
            <w:shd w:val="clear" w:color="auto" w:fill="C5E0B3" w:themeFill="accent6" w:themeFillTint="66"/>
          </w:tcPr>
          <w:p w14:paraId="2F0D74D0" w14:textId="77777777" w:rsidR="00DD5678" w:rsidRPr="00DD5678" w:rsidRDefault="00DD5678" w:rsidP="00DD567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345" w:type="dxa"/>
            <w:shd w:val="clear" w:color="auto" w:fill="C5E0B3" w:themeFill="accent6" w:themeFillTint="66"/>
          </w:tcPr>
          <w:p w14:paraId="32470D28" w14:textId="77777777" w:rsidR="00DD5678" w:rsidRPr="00DD5678" w:rsidRDefault="00DD5678" w:rsidP="00DD567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129" w:type="dxa"/>
            <w:shd w:val="clear" w:color="auto" w:fill="C5E0B3" w:themeFill="accent6" w:themeFillTint="66"/>
          </w:tcPr>
          <w:p w14:paraId="6AD076D8" w14:textId="77777777" w:rsidR="00DD5678" w:rsidRPr="00DD5678" w:rsidRDefault="00DD5678" w:rsidP="00DD567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DD5678" w:rsidRPr="00DD5678" w14:paraId="7746B826" w14:textId="77777777" w:rsidTr="00DD5678">
        <w:tc>
          <w:tcPr>
            <w:tcW w:w="0" w:type="auto"/>
            <w:hideMark/>
          </w:tcPr>
          <w:p w14:paraId="6E24349E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การประกาศภาวะฉุกเฉิน</w:t>
            </w:r>
          </w:p>
        </w:tc>
        <w:tc>
          <w:tcPr>
            <w:tcW w:w="0" w:type="auto"/>
            <w:hideMark/>
          </w:tcPr>
          <w:p w14:paraId="7E039605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ใช้สัญญาณเสียงแจ้งให้นักเรียนทราบและรีบเข้าสู่อาคารที่มิดชิดทันที</w:t>
            </w:r>
          </w:p>
        </w:tc>
        <w:tc>
          <w:tcPr>
            <w:tcW w:w="0" w:type="auto"/>
            <w:hideMark/>
          </w:tcPr>
          <w:p w14:paraId="6A9F2B22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 / เวรยาม</w:t>
            </w:r>
          </w:p>
        </w:tc>
      </w:tr>
      <w:tr w:rsidR="00DD5678" w:rsidRPr="00DD5678" w14:paraId="0F40BA3C" w14:textId="77777777" w:rsidTr="00DD5678">
        <w:tc>
          <w:tcPr>
            <w:tcW w:w="0" w:type="auto"/>
            <w:hideMark/>
          </w:tcPr>
          <w:p w14:paraId="6F139338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การป้องกันตัว (</w:t>
            </w: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Action)</w:t>
            </w:r>
          </w:p>
        </w:tc>
        <w:tc>
          <w:tcPr>
            <w:tcW w:w="0" w:type="auto"/>
            <w:hideMark/>
          </w:tcPr>
          <w:p w14:paraId="5D03D0A4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สั่งให้นักเรียน</w:t>
            </w:r>
            <w:r w:rsidRPr="00DD5678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"</w:t>
            </w: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อยู่ห่างจากประตูหน้าต่างที่เป็นกระจก"</w:t>
            </w:r>
            <w:r w:rsidRPr="00DD5678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และหมอบต่ำในจุดที่ปลอดภัย</w:t>
            </w:r>
          </w:p>
        </w:tc>
        <w:tc>
          <w:tcPr>
            <w:tcW w:w="0" w:type="auto"/>
            <w:hideMark/>
          </w:tcPr>
          <w:p w14:paraId="766802CF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ครูประจำวิชา / ชั้น</w:t>
            </w:r>
          </w:p>
        </w:tc>
      </w:tr>
      <w:tr w:rsidR="00DD5678" w:rsidRPr="00DD5678" w14:paraId="26D196BC" w14:textId="77777777" w:rsidTr="00DD5678">
        <w:tc>
          <w:tcPr>
            <w:tcW w:w="0" w:type="auto"/>
            <w:hideMark/>
          </w:tcPr>
          <w:p w14:paraId="41354D2A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ตัดกระแสไฟฟ้า</w:t>
            </w:r>
          </w:p>
        </w:tc>
        <w:tc>
          <w:tcPr>
            <w:tcW w:w="0" w:type="auto"/>
            <w:hideMark/>
          </w:tcPr>
          <w:p w14:paraId="34DE1508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ปิดระบบไฟฟ้าในอาคารที่เสี่ยงต่อการเกิดไฟฟ้าลัดวงจรจากฝนฟ้าคะนอง</w:t>
            </w:r>
          </w:p>
        </w:tc>
        <w:tc>
          <w:tcPr>
            <w:tcW w:w="0" w:type="auto"/>
            <w:hideMark/>
          </w:tcPr>
          <w:p w14:paraId="46D9A667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นักการภารโรง</w:t>
            </w:r>
          </w:p>
        </w:tc>
      </w:tr>
      <w:tr w:rsidR="00DD5678" w:rsidRPr="00DD5678" w14:paraId="30267600" w14:textId="77777777" w:rsidTr="00DD5678">
        <w:tc>
          <w:tcPr>
            <w:tcW w:w="0" w:type="auto"/>
            <w:hideMark/>
          </w:tcPr>
          <w:p w14:paraId="5190718E" w14:textId="77777777" w:rsidR="00DD5678" w:rsidRPr="00DD5678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การควบคุมกลุ่ม</w:t>
            </w:r>
          </w:p>
        </w:tc>
        <w:tc>
          <w:tcPr>
            <w:tcW w:w="0" w:type="auto"/>
            <w:hideMark/>
          </w:tcPr>
          <w:p w14:paraId="2D612476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ดูแลนักเรียนให้อยู่ในความสงบ ไม่ให้ตื่นตระหนกวิ่งออกนอกอาคารขณะลมแรง</w:t>
            </w:r>
          </w:p>
        </w:tc>
        <w:tc>
          <w:tcPr>
            <w:tcW w:w="0" w:type="auto"/>
            <w:hideMark/>
          </w:tcPr>
          <w:p w14:paraId="02C08E79" w14:textId="77777777" w:rsidR="00DD5678" w:rsidRPr="00DD5678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567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ครูที่ปรึกษา</w:t>
            </w:r>
          </w:p>
        </w:tc>
      </w:tr>
    </w:tbl>
    <w:p w14:paraId="72765080" w14:textId="77777777" w:rsidR="00DD5678" w:rsidRPr="007339B2" w:rsidRDefault="00DD5678" w:rsidP="00DD5678">
      <w:pPr>
        <w:pStyle w:val="2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7339B2">
        <w:rPr>
          <w:rFonts w:ascii="TH SarabunPSK" w:hAnsi="TH SarabunPSK" w:cs="TH SarabunPSK" w:hint="cs"/>
          <w:sz w:val="32"/>
          <w:szCs w:val="32"/>
          <w:cs/>
        </w:rPr>
        <w:t>๓</w:t>
      </w:r>
      <w:r w:rsidRPr="007339B2">
        <w:rPr>
          <w:rFonts w:ascii="TH SarabunPSK" w:hAnsi="TH SarabunPSK" w:cs="TH SarabunPSK" w:hint="cs"/>
          <w:sz w:val="32"/>
          <w:szCs w:val="32"/>
        </w:rPr>
        <w:t xml:space="preserve">. </w:t>
      </w:r>
      <w:r w:rsidRPr="007339B2">
        <w:rPr>
          <w:rFonts w:ascii="TH SarabunPSK" w:hAnsi="TH SarabunPSK" w:cs="TH SarabunPSK" w:hint="cs"/>
          <w:sz w:val="32"/>
          <w:szCs w:val="32"/>
          <w:cs/>
        </w:rPr>
        <w:t>ระยะเวลาดำเนินการ</w:t>
      </w:r>
    </w:p>
    <w:p w14:paraId="2082FCF0" w14:textId="77777777" w:rsidR="008248DB" w:rsidRPr="00AC7BFD" w:rsidRDefault="008248DB" w:rsidP="008248DB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204EA301" w14:textId="77777777" w:rsidR="00DD5678" w:rsidRPr="000C465C" w:rsidRDefault="00DD5678" w:rsidP="00DD5678">
      <w:pPr>
        <w:rPr>
          <w:rFonts w:ascii="TH SarabunPSK" w:hAnsi="TH SarabunPSK" w:cs="TH SarabunPSK"/>
          <w:sz w:val="32"/>
          <w:szCs w:val="32"/>
        </w:rPr>
      </w:pPr>
      <w:r w:rsidRPr="000C465C">
        <w:rPr>
          <w:rStyle w:val="ad"/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6F9F1B30" w14:textId="77777777" w:rsidR="00413068" w:rsidRPr="00AC7BFD" w:rsidRDefault="00413068" w:rsidP="0041306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4364AD5" w14:textId="77777777" w:rsidR="00DD5678" w:rsidRPr="000C465C" w:rsidRDefault="00DD5678" w:rsidP="00DD5678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0C465C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๕. ผู้บัญชาการเหตุการณ์</w:t>
      </w:r>
    </w:p>
    <w:p w14:paraId="7C210EF7" w14:textId="77777777" w:rsidR="001B03E7" w:rsidRDefault="001B03E7" w:rsidP="001B03E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4FE00025" w14:textId="77777777" w:rsidR="000E72F9" w:rsidRDefault="000E72F9" w:rsidP="000E72F9">
      <w:pPr>
        <w:pStyle w:val="31"/>
        <w:jc w:val="center"/>
        <w:rPr>
          <w:rStyle w:val="ad"/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46A79C7" w14:textId="3FEE1939" w:rsidR="000E72F9" w:rsidRPr="00A642A2" w:rsidRDefault="000E72F9" w:rsidP="000E72F9">
      <w:pPr>
        <w:pStyle w:val="31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4780E27E" wp14:editId="549FD010">
                <wp:simplePos x="0" y="0"/>
                <wp:positionH relativeFrom="column">
                  <wp:posOffset>1693187</wp:posOffset>
                </wp:positionH>
                <wp:positionV relativeFrom="paragraph">
                  <wp:posOffset>0</wp:posOffset>
                </wp:positionV>
                <wp:extent cx="2505710" cy="271780"/>
                <wp:effectExtent l="0" t="0" r="8890" b="7620"/>
                <wp:wrapNone/>
                <wp:docPr id="2098169217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3B7F155" id="สี่เหลี่ยมผืนผ้ามุมมน 2" o:spid="_x0000_s1026" style="position:absolute;margin-left:133.3pt;margin-top:0;width:197.3pt;height:21.4pt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Pr="00A642A2">
        <w:rPr>
          <w:rStyle w:val="ad"/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ประเภทภัย อากาศเป็นพิษ</w:t>
      </w:r>
    </w:p>
    <w:p w14:paraId="53CE7260" w14:textId="77777777" w:rsidR="000E72F9" w:rsidRPr="00DD5678" w:rsidRDefault="000E72F9" w:rsidP="00DD5678">
      <w:pPr>
        <w:pStyle w:val="31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D56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๑. วัตถุประสงค์</w:t>
      </w:r>
    </w:p>
    <w:p w14:paraId="1D8EF170" w14:textId="69C7F614" w:rsidR="00DD5678" w:rsidRPr="00DD5678" w:rsidRDefault="00DD5678" w:rsidP="003E4827">
      <w:pPr>
        <w:pStyle w:val="af1"/>
        <w:numPr>
          <w:ilvl w:val="0"/>
          <w:numId w:val="30"/>
        </w:numPr>
        <w:rPr>
          <w:rFonts w:cs="TH SarabunPSK"/>
          <w:szCs w:val="32"/>
        </w:rPr>
      </w:pPr>
      <w:r w:rsidRPr="00DD5678">
        <w:rPr>
          <w:rFonts w:cs="TH SarabunPSK" w:hint="cs"/>
          <w:szCs w:val="32"/>
          <w:cs/>
          <w:lang w:bidi="th-TH"/>
        </w:rPr>
        <w:t>เพื่อป้องกันนักเรียนและบุคลากรจากการสูดดมสารพิษหรืออากาศที่เป็นอันตรายเข้าสู่ร่างกาย</w:t>
      </w:r>
    </w:p>
    <w:p w14:paraId="0FD11096" w14:textId="1DB44A28" w:rsidR="00DD5678" w:rsidRPr="00DD5678" w:rsidRDefault="00DD5678" w:rsidP="003E4827">
      <w:pPr>
        <w:pStyle w:val="af1"/>
        <w:numPr>
          <w:ilvl w:val="0"/>
          <w:numId w:val="30"/>
        </w:numPr>
        <w:rPr>
          <w:rFonts w:cs="TH SarabunPSK"/>
          <w:szCs w:val="32"/>
        </w:rPr>
      </w:pPr>
      <w:r w:rsidRPr="00DD5678">
        <w:rPr>
          <w:rFonts w:cs="TH SarabunPSK" w:hint="cs"/>
          <w:szCs w:val="32"/>
          <w:cs/>
          <w:lang w:bidi="th-TH"/>
        </w:rPr>
        <w:t>เพื่อกำหนดขั้นตอนการเคลื่อนย้ายนักเรียนไปยังพื้นที่ปลอดภัยอย่างเป็นระบบ</w:t>
      </w:r>
    </w:p>
    <w:p w14:paraId="6275F520" w14:textId="0BB79F95" w:rsidR="00DD5678" w:rsidRPr="00DD5678" w:rsidRDefault="00DD5678" w:rsidP="003E4827">
      <w:pPr>
        <w:pStyle w:val="af1"/>
        <w:numPr>
          <w:ilvl w:val="0"/>
          <w:numId w:val="30"/>
        </w:numPr>
        <w:rPr>
          <w:rFonts w:cs="TH SarabunPSK"/>
          <w:szCs w:val="32"/>
        </w:rPr>
      </w:pPr>
      <w:r w:rsidRPr="00DD5678">
        <w:rPr>
          <w:rFonts w:cs="TH SarabunPSK" w:hint="cs"/>
          <w:szCs w:val="32"/>
          <w:cs/>
          <w:lang w:bidi="th-TH"/>
        </w:rPr>
        <w:t>เพื่อให้การปฐมพยาบาลเบื้องต้นแก่ผู้ได้รับผลกระทบได้อย่างถูกต้องและรวดเร็ว</w:t>
      </w:r>
    </w:p>
    <w:p w14:paraId="46C30ECC" w14:textId="77777777" w:rsidR="000E72F9" w:rsidRPr="00DD5678" w:rsidRDefault="000E72F9" w:rsidP="00DD5678">
      <w:pPr>
        <w:pStyle w:val="31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D56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441B72BD" w14:textId="77777777" w:rsidR="000E72F9" w:rsidRDefault="000E72F9" w:rsidP="00DD5678">
      <w:pPr>
        <w:pStyle w:val="4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D56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๒.๑ การเตรียมการเกิดเหตุ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04"/>
        <w:gridCol w:w="5627"/>
        <w:gridCol w:w="2134"/>
      </w:tblGrid>
      <w:tr w:rsidR="00DD5678" w:rsidRPr="008248DB" w14:paraId="035C2700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37F5B6AD" w14:textId="77777777" w:rsidR="00DD5678" w:rsidRPr="008248DB" w:rsidRDefault="00DD567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686DE1FD" w14:textId="77777777" w:rsidR="00DD5678" w:rsidRPr="008248DB" w:rsidRDefault="00DD567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5A838A44" w14:textId="77777777" w:rsidR="00DD5678" w:rsidRPr="008248DB" w:rsidRDefault="00DD5678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DD5678" w:rsidRPr="008248DB" w14:paraId="31A45DB6" w14:textId="77777777" w:rsidTr="00DD5678">
        <w:tc>
          <w:tcPr>
            <w:tcW w:w="0" w:type="auto"/>
            <w:hideMark/>
          </w:tcPr>
          <w:p w14:paraId="622044C0" w14:textId="77777777" w:rsidR="00DD5678" w:rsidRPr="008248DB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จัดหาอุปกรณ์ป้องกัน</w:t>
            </w:r>
          </w:p>
        </w:tc>
        <w:tc>
          <w:tcPr>
            <w:tcW w:w="0" w:type="auto"/>
            <w:hideMark/>
          </w:tcPr>
          <w:p w14:paraId="0AFA6D71" w14:textId="77777777" w:rsidR="00DD5678" w:rsidRPr="008248DB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สำรองหน้ากากอนามัย หน้ากาก </w:t>
            </w:r>
            <w:r w:rsidRPr="008248DB">
              <w:rPr>
                <w:rFonts w:ascii="TH SarabunPSK" w:hAnsi="TH SarabunPSK" w:cs="TH SarabunPSK" w:hint="cs"/>
                <w:sz w:val="32"/>
                <w:szCs w:val="32"/>
              </w:rPr>
              <w:t xml:space="preserve">N95 </w:t>
            </w: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และผ้าสะอาด (สำหรับชุบน้ำหมาดๆ) ไว้ทุกห้องเรียน</w:t>
            </w:r>
          </w:p>
        </w:tc>
        <w:tc>
          <w:tcPr>
            <w:tcW w:w="0" w:type="auto"/>
            <w:hideMark/>
          </w:tcPr>
          <w:p w14:paraId="44454CE9" w14:textId="77777777" w:rsidR="00DD5678" w:rsidRPr="008248DB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งานอนามัย / ฝ่ายพัสดุ</w:t>
            </w:r>
          </w:p>
        </w:tc>
      </w:tr>
      <w:tr w:rsidR="00DD5678" w:rsidRPr="008248DB" w14:paraId="4299D748" w14:textId="77777777" w:rsidTr="00DD5678">
        <w:tc>
          <w:tcPr>
            <w:tcW w:w="0" w:type="auto"/>
            <w:hideMark/>
          </w:tcPr>
          <w:p w14:paraId="09ABEB82" w14:textId="77777777" w:rsidR="00DD5678" w:rsidRPr="008248DB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กำหนด "ห้องสะอาด"</w:t>
            </w:r>
          </w:p>
        </w:tc>
        <w:tc>
          <w:tcPr>
            <w:tcW w:w="0" w:type="auto"/>
            <w:hideMark/>
          </w:tcPr>
          <w:p w14:paraId="23768C48" w14:textId="77777777" w:rsidR="00DD5678" w:rsidRPr="008248DB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จัดเตรียมห้องเรียนมิดชิดที่สามารถปิดช่องลม/หน้าต่างได้ทั้งหมด และติดตั้งเครื่องฟอกอากาศ</w:t>
            </w:r>
          </w:p>
        </w:tc>
        <w:tc>
          <w:tcPr>
            <w:tcW w:w="0" w:type="auto"/>
            <w:hideMark/>
          </w:tcPr>
          <w:p w14:paraId="15F06686" w14:textId="77777777" w:rsidR="00DD5678" w:rsidRPr="008248DB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ฝ่ายอาคารสถานที่</w:t>
            </w:r>
          </w:p>
        </w:tc>
      </w:tr>
      <w:tr w:rsidR="00DD5678" w:rsidRPr="008248DB" w14:paraId="6182DBE3" w14:textId="77777777" w:rsidTr="00DD5678">
        <w:tc>
          <w:tcPr>
            <w:tcW w:w="0" w:type="auto"/>
            <w:hideMark/>
          </w:tcPr>
          <w:p w14:paraId="22E4AC44" w14:textId="77777777" w:rsidR="00DD5678" w:rsidRPr="008248DB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ซักซ้อมการอพยพ</w:t>
            </w:r>
          </w:p>
        </w:tc>
        <w:tc>
          <w:tcPr>
            <w:tcW w:w="0" w:type="auto"/>
            <w:hideMark/>
          </w:tcPr>
          <w:p w14:paraId="39B16EA4" w14:textId="77777777" w:rsidR="00DD5678" w:rsidRPr="008248DB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ฝึกซ้อมนักเรียนให้รู้จักการอพยพไป "เหนือลม" และการใช้ผ้าปิดจมูกที่ถูกต้อง</w:t>
            </w:r>
          </w:p>
        </w:tc>
        <w:tc>
          <w:tcPr>
            <w:tcW w:w="0" w:type="auto"/>
            <w:hideMark/>
          </w:tcPr>
          <w:p w14:paraId="66EE5D6C" w14:textId="77777777" w:rsidR="00DD5678" w:rsidRPr="008248DB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ครูและนักเรียนทุกคน</w:t>
            </w:r>
          </w:p>
        </w:tc>
      </w:tr>
      <w:tr w:rsidR="00DD5678" w:rsidRPr="008248DB" w14:paraId="56D5AA8C" w14:textId="77777777" w:rsidTr="00DD5678">
        <w:tc>
          <w:tcPr>
            <w:tcW w:w="0" w:type="auto"/>
            <w:hideMark/>
          </w:tcPr>
          <w:p w14:paraId="743A83A1" w14:textId="77777777" w:rsidR="00DD5678" w:rsidRPr="008248DB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ระบบแจ้งเตือน</w:t>
            </w:r>
          </w:p>
        </w:tc>
        <w:tc>
          <w:tcPr>
            <w:tcW w:w="0" w:type="auto"/>
            <w:hideMark/>
          </w:tcPr>
          <w:p w14:paraId="03D8B479" w14:textId="77777777" w:rsidR="00DD5678" w:rsidRPr="008248DB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ตกลงสัญญาณเตือนภัยที่แตกต่างจากเหตุไฟไหม้ เพื่อระบุว่าเป็นภัยทางอากาศ</w:t>
            </w:r>
          </w:p>
        </w:tc>
        <w:tc>
          <w:tcPr>
            <w:tcW w:w="0" w:type="auto"/>
            <w:hideMark/>
          </w:tcPr>
          <w:p w14:paraId="2B903889" w14:textId="77777777" w:rsidR="00DD5678" w:rsidRPr="008248DB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ผู้อำนวยการโรงเรียน</w:t>
            </w:r>
          </w:p>
        </w:tc>
      </w:tr>
    </w:tbl>
    <w:p w14:paraId="54E2A59A" w14:textId="77777777" w:rsidR="000E72F9" w:rsidRPr="008248DB" w:rsidRDefault="000E72F9" w:rsidP="00DD5678">
      <w:pPr>
        <w:pStyle w:val="4"/>
        <w:spacing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248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55"/>
        <w:gridCol w:w="5519"/>
        <w:gridCol w:w="2091"/>
      </w:tblGrid>
      <w:tr w:rsidR="00DD5678" w:rsidRPr="008248DB" w14:paraId="697535F6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61A005C4" w14:textId="77777777" w:rsidR="00DD5678" w:rsidRPr="008248DB" w:rsidRDefault="00DD5678" w:rsidP="00DD567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530A2B4F" w14:textId="77777777" w:rsidR="00DD5678" w:rsidRPr="008248DB" w:rsidRDefault="00DD5678" w:rsidP="00DD567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482C603F" w14:textId="77777777" w:rsidR="00DD5678" w:rsidRPr="008248DB" w:rsidRDefault="00DD5678" w:rsidP="00DD567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DD5678" w:rsidRPr="008248DB" w14:paraId="2B6AB7AD" w14:textId="77777777" w:rsidTr="00DD5678">
        <w:tc>
          <w:tcPr>
            <w:tcW w:w="0" w:type="auto"/>
            <w:hideMark/>
          </w:tcPr>
          <w:p w14:paraId="25286E8B" w14:textId="77777777" w:rsidR="00DD5678" w:rsidRPr="008248DB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การประกาศและเตือนภัย</w:t>
            </w:r>
          </w:p>
        </w:tc>
        <w:tc>
          <w:tcPr>
            <w:tcW w:w="0" w:type="auto"/>
            <w:hideMark/>
          </w:tcPr>
          <w:p w14:paraId="1B259880" w14:textId="77777777" w:rsidR="00DD5678" w:rsidRPr="008248DB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ประกาศให้ทุกคนทราบทิศทางของลม และสั่งให้นักเรียนอยู่ภายในอาคาร (</w:t>
            </w:r>
            <w:r w:rsidRPr="008248DB">
              <w:rPr>
                <w:rFonts w:ascii="TH SarabunPSK" w:hAnsi="TH SarabunPSK" w:cs="TH SarabunPSK" w:hint="cs"/>
                <w:sz w:val="32"/>
                <w:szCs w:val="32"/>
              </w:rPr>
              <w:t>Shelter-in-place)</w:t>
            </w:r>
          </w:p>
        </w:tc>
        <w:tc>
          <w:tcPr>
            <w:tcW w:w="0" w:type="auto"/>
            <w:hideMark/>
          </w:tcPr>
          <w:p w14:paraId="0C581D5A" w14:textId="77777777" w:rsidR="00DD5678" w:rsidRPr="008248DB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 / เวรยาม</w:t>
            </w:r>
          </w:p>
        </w:tc>
      </w:tr>
      <w:tr w:rsidR="00DD5678" w:rsidRPr="008248DB" w14:paraId="59E55C3D" w14:textId="77777777" w:rsidTr="00DD5678">
        <w:tc>
          <w:tcPr>
            <w:tcW w:w="0" w:type="auto"/>
            <w:hideMark/>
          </w:tcPr>
          <w:p w14:paraId="3815213E" w14:textId="77777777" w:rsidR="00DD5678" w:rsidRPr="008248DB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ปิดกั้นอากาศภายนอก</w:t>
            </w:r>
          </w:p>
        </w:tc>
        <w:tc>
          <w:tcPr>
            <w:tcW w:w="0" w:type="auto"/>
            <w:hideMark/>
          </w:tcPr>
          <w:p w14:paraId="1DA9269C" w14:textId="77777777" w:rsidR="00DD5678" w:rsidRPr="008248DB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ปิดประตู หน้าต่าง พัดลมระบายอากาศ และแอร์ (หากระบบแอร์มีการดึงอากาศภายนอกเข้า)</w:t>
            </w:r>
          </w:p>
        </w:tc>
        <w:tc>
          <w:tcPr>
            <w:tcW w:w="0" w:type="auto"/>
            <w:hideMark/>
          </w:tcPr>
          <w:p w14:paraId="7D3AF567" w14:textId="77777777" w:rsidR="00DD5678" w:rsidRPr="008248DB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ครูประจำห้อง / นักการ</w:t>
            </w:r>
          </w:p>
        </w:tc>
      </w:tr>
      <w:tr w:rsidR="00DD5678" w:rsidRPr="008248DB" w14:paraId="18BCB558" w14:textId="77777777" w:rsidTr="00DD5678">
        <w:tc>
          <w:tcPr>
            <w:tcW w:w="0" w:type="auto"/>
            <w:hideMark/>
          </w:tcPr>
          <w:p w14:paraId="4F1078AF" w14:textId="77777777" w:rsidR="00DD5678" w:rsidRPr="008248DB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การอพยพ (กรณีจำเป็น)</w:t>
            </w:r>
          </w:p>
        </w:tc>
        <w:tc>
          <w:tcPr>
            <w:tcW w:w="0" w:type="auto"/>
            <w:hideMark/>
          </w:tcPr>
          <w:p w14:paraId="45F2BA53" w14:textId="77777777" w:rsidR="00DD5678" w:rsidRPr="008248DB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หากต้องอพยพ ให้นำนักเรียนเดินไปในทิศทาง</w:t>
            </w:r>
            <w:r w:rsidRPr="008248DB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8248D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"</w:t>
            </w:r>
            <w:r w:rsidRPr="008248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เหนือลม"</w:t>
            </w:r>
            <w:r w:rsidRPr="008248DB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</w:t>
            </w:r>
            <w:r w:rsidRPr="008248DB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8248D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"</w:t>
            </w:r>
            <w:r w:rsidRPr="008248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แนวตั้งฉากกับทิศทางลม"</w:t>
            </w:r>
          </w:p>
        </w:tc>
        <w:tc>
          <w:tcPr>
            <w:tcW w:w="0" w:type="auto"/>
            <w:hideMark/>
          </w:tcPr>
          <w:p w14:paraId="0BE2D973" w14:textId="77777777" w:rsidR="00DD5678" w:rsidRPr="008248DB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ครูประจำวิชา / ชั้น</w:t>
            </w:r>
          </w:p>
        </w:tc>
      </w:tr>
      <w:tr w:rsidR="00DD5678" w:rsidRPr="008248DB" w14:paraId="5EFF4455" w14:textId="77777777" w:rsidTr="00DD5678">
        <w:tc>
          <w:tcPr>
            <w:tcW w:w="0" w:type="auto"/>
            <w:hideMark/>
          </w:tcPr>
          <w:p w14:paraId="1A85BD06" w14:textId="77777777" w:rsidR="00DD5678" w:rsidRPr="008248DB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ปฐมพยาบาลเบื้องต้น</w:t>
            </w:r>
          </w:p>
        </w:tc>
        <w:tc>
          <w:tcPr>
            <w:tcW w:w="0" w:type="auto"/>
            <w:hideMark/>
          </w:tcPr>
          <w:p w14:paraId="17B150AB" w14:textId="77777777" w:rsidR="00DD5678" w:rsidRPr="008248DB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หากพบผู้สูดดมสารพิษ ให้นำตัวออกไปที่ที่อากาศบริสุทธิ์ ล้างหน้า/ตา ด้วยน้ำสะอาด</w:t>
            </w:r>
          </w:p>
        </w:tc>
        <w:tc>
          <w:tcPr>
            <w:tcW w:w="0" w:type="auto"/>
            <w:hideMark/>
          </w:tcPr>
          <w:p w14:paraId="08708086" w14:textId="77777777" w:rsidR="00DD5678" w:rsidRPr="008248DB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ครูพยาบาล</w:t>
            </w:r>
          </w:p>
        </w:tc>
      </w:tr>
    </w:tbl>
    <w:p w14:paraId="26D996B5" w14:textId="77777777" w:rsidR="000E72F9" w:rsidRPr="008248DB" w:rsidRDefault="000E72F9" w:rsidP="00DD5678">
      <w:pPr>
        <w:pStyle w:val="4"/>
        <w:spacing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248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32"/>
        <w:gridCol w:w="5492"/>
        <w:gridCol w:w="2041"/>
      </w:tblGrid>
      <w:tr w:rsidR="00DD5678" w:rsidRPr="008248DB" w14:paraId="133E76D7" w14:textId="77777777" w:rsidTr="008248DB">
        <w:trPr>
          <w:trHeight w:val="245"/>
        </w:trPr>
        <w:tc>
          <w:tcPr>
            <w:tcW w:w="1692" w:type="dxa"/>
            <w:shd w:val="clear" w:color="auto" w:fill="C5E0B3" w:themeFill="accent6" w:themeFillTint="66"/>
          </w:tcPr>
          <w:p w14:paraId="5C357EA1" w14:textId="77777777" w:rsidR="00DD5678" w:rsidRPr="008248DB" w:rsidRDefault="00DD5678" w:rsidP="00DD567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390" w:type="dxa"/>
            <w:shd w:val="clear" w:color="auto" w:fill="C5E0B3" w:themeFill="accent6" w:themeFillTint="66"/>
          </w:tcPr>
          <w:p w14:paraId="0B47D383" w14:textId="77777777" w:rsidR="00DD5678" w:rsidRPr="008248DB" w:rsidRDefault="00DD5678" w:rsidP="00DD567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383" w:type="dxa"/>
            <w:shd w:val="clear" w:color="auto" w:fill="C5E0B3" w:themeFill="accent6" w:themeFillTint="66"/>
          </w:tcPr>
          <w:p w14:paraId="5D8A0714" w14:textId="77777777" w:rsidR="00DD5678" w:rsidRPr="008248DB" w:rsidRDefault="00DD5678" w:rsidP="00DD5678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DD5678" w:rsidRPr="008248DB" w14:paraId="7A6DAA97" w14:textId="77777777" w:rsidTr="00DD5678">
        <w:tc>
          <w:tcPr>
            <w:tcW w:w="0" w:type="auto"/>
            <w:hideMark/>
          </w:tcPr>
          <w:p w14:paraId="50411C4A" w14:textId="77777777" w:rsidR="00DD5678" w:rsidRPr="008248DB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ตรวจสอบคุณภาพอากาศ</w:t>
            </w:r>
          </w:p>
        </w:tc>
        <w:tc>
          <w:tcPr>
            <w:tcW w:w="0" w:type="auto"/>
            <w:hideMark/>
          </w:tcPr>
          <w:p w14:paraId="6CE72569" w14:textId="77777777" w:rsidR="00DD5678" w:rsidRPr="008248DB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ประสานหน่วยงานสิ่งแวดล้อมหรือ ปภ. เพื่อตรวจวัดค่าสารพิษก่อนอนุญาตให้ออกจากอาคาร</w:t>
            </w:r>
          </w:p>
        </w:tc>
        <w:tc>
          <w:tcPr>
            <w:tcW w:w="0" w:type="auto"/>
            <w:hideMark/>
          </w:tcPr>
          <w:p w14:paraId="7A9327E0" w14:textId="77777777" w:rsidR="00DD5678" w:rsidRPr="008248DB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ฝ่ายอาคารสถานที่</w:t>
            </w:r>
          </w:p>
        </w:tc>
      </w:tr>
      <w:tr w:rsidR="00DD5678" w:rsidRPr="008248DB" w14:paraId="3213A110" w14:textId="77777777" w:rsidTr="00DD5678">
        <w:tc>
          <w:tcPr>
            <w:tcW w:w="0" w:type="auto"/>
            <w:hideMark/>
          </w:tcPr>
          <w:p w14:paraId="5C366A8D" w14:textId="77777777" w:rsidR="00DD5678" w:rsidRPr="008248DB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ระบายอากาศ</w:t>
            </w:r>
          </w:p>
        </w:tc>
        <w:tc>
          <w:tcPr>
            <w:tcW w:w="0" w:type="auto"/>
            <w:hideMark/>
          </w:tcPr>
          <w:p w14:paraId="2EA27B44" w14:textId="77777777" w:rsidR="00DD5678" w:rsidRPr="008248DB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เมื่อปลอดภัยแล้ว ให้เปิดประตูหน้าต่างทุกบานเพื่อระบายอากาศที่ตกค้างภายในอาคาร</w:t>
            </w:r>
          </w:p>
        </w:tc>
        <w:tc>
          <w:tcPr>
            <w:tcW w:w="0" w:type="auto"/>
            <w:hideMark/>
          </w:tcPr>
          <w:p w14:paraId="2A5FA397" w14:textId="77777777" w:rsidR="00DD5678" w:rsidRPr="008248DB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นักการภารโรง</w:t>
            </w:r>
          </w:p>
        </w:tc>
      </w:tr>
      <w:tr w:rsidR="00DD5678" w:rsidRPr="008248DB" w14:paraId="6EAC3B19" w14:textId="77777777" w:rsidTr="00DD5678">
        <w:tc>
          <w:tcPr>
            <w:tcW w:w="0" w:type="auto"/>
            <w:hideMark/>
          </w:tcPr>
          <w:p w14:paraId="3616A80C" w14:textId="77777777" w:rsidR="00DD5678" w:rsidRPr="008248DB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ติดตามอาการ</w:t>
            </w:r>
          </w:p>
        </w:tc>
        <w:tc>
          <w:tcPr>
            <w:tcW w:w="0" w:type="auto"/>
            <w:hideMark/>
          </w:tcPr>
          <w:p w14:paraId="1E39A7E8" w14:textId="77777777" w:rsidR="00DD5678" w:rsidRPr="008248DB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เฝ้าระวังอาการย้อนหลังของนักเรียน (เช่น อาการวิงเวียน ผื่นคัน หรือหายใจติดขัด)</w:t>
            </w:r>
          </w:p>
        </w:tc>
        <w:tc>
          <w:tcPr>
            <w:tcW w:w="0" w:type="auto"/>
            <w:hideMark/>
          </w:tcPr>
          <w:p w14:paraId="24EB3711" w14:textId="7AB6DE6B" w:rsidR="00DD5678" w:rsidRPr="008248DB" w:rsidRDefault="001B03E7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ครูประจำชั้น</w:t>
            </w:r>
            <w:r w:rsidR="00DD5678"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/ พยาบาล</w:t>
            </w:r>
          </w:p>
        </w:tc>
      </w:tr>
      <w:tr w:rsidR="00DD5678" w:rsidRPr="008248DB" w14:paraId="3EAE6E67" w14:textId="77777777" w:rsidTr="00DD5678">
        <w:tc>
          <w:tcPr>
            <w:tcW w:w="0" w:type="auto"/>
            <w:hideMark/>
          </w:tcPr>
          <w:p w14:paraId="60642990" w14:textId="77777777" w:rsidR="00DD5678" w:rsidRPr="008248DB" w:rsidRDefault="00DD5678" w:rsidP="00DD56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สรุปและแจ้งข่าว</w:t>
            </w:r>
          </w:p>
        </w:tc>
        <w:tc>
          <w:tcPr>
            <w:tcW w:w="0" w:type="auto"/>
            <w:hideMark/>
          </w:tcPr>
          <w:p w14:paraId="7D9B6056" w14:textId="77777777" w:rsidR="00DD5678" w:rsidRPr="008248DB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รายงานสถานการณ์ให้ผู้ปกครองทราบผ่านกลุ่มสื่อสาร และสรุปบทเรียนส่งหน่วยงานเหนือ</w:t>
            </w:r>
          </w:p>
        </w:tc>
        <w:tc>
          <w:tcPr>
            <w:tcW w:w="0" w:type="auto"/>
            <w:hideMark/>
          </w:tcPr>
          <w:p w14:paraId="4CCBBA14" w14:textId="77777777" w:rsidR="00DD5678" w:rsidRPr="008248DB" w:rsidRDefault="00DD5678" w:rsidP="00DD56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48DB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งานประชาสัมพันธ์</w:t>
            </w:r>
          </w:p>
        </w:tc>
      </w:tr>
    </w:tbl>
    <w:p w14:paraId="7A4C7B50" w14:textId="77777777" w:rsidR="00DD5678" w:rsidRPr="008248DB" w:rsidRDefault="00DD5678" w:rsidP="00DD5678">
      <w:pPr>
        <w:pStyle w:val="2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8248DB">
        <w:rPr>
          <w:rFonts w:ascii="TH SarabunPSK" w:hAnsi="TH SarabunPSK" w:cs="TH SarabunPSK" w:hint="cs"/>
          <w:sz w:val="32"/>
          <w:szCs w:val="32"/>
          <w:cs/>
        </w:rPr>
        <w:t>๓</w:t>
      </w:r>
      <w:r w:rsidRPr="008248DB">
        <w:rPr>
          <w:rFonts w:ascii="TH SarabunPSK" w:hAnsi="TH SarabunPSK" w:cs="TH SarabunPSK" w:hint="cs"/>
          <w:sz w:val="32"/>
          <w:szCs w:val="32"/>
        </w:rPr>
        <w:t xml:space="preserve">. </w:t>
      </w:r>
      <w:r w:rsidRPr="008248DB">
        <w:rPr>
          <w:rFonts w:ascii="TH SarabunPSK" w:hAnsi="TH SarabunPSK" w:cs="TH SarabunPSK" w:hint="cs"/>
          <w:sz w:val="32"/>
          <w:szCs w:val="32"/>
          <w:cs/>
        </w:rPr>
        <w:t>ระยะเวลาดำเนินการ</w:t>
      </w:r>
    </w:p>
    <w:p w14:paraId="5AB1767D" w14:textId="77777777" w:rsidR="008248DB" w:rsidRPr="00AC7BFD" w:rsidRDefault="008248DB" w:rsidP="008248DB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69301A06" w14:textId="77777777" w:rsidR="00DD5678" w:rsidRPr="008248DB" w:rsidRDefault="00DD5678" w:rsidP="00DD5678">
      <w:pPr>
        <w:rPr>
          <w:rFonts w:ascii="TH SarabunPSK" w:hAnsi="TH SarabunPSK" w:cs="TH SarabunPSK"/>
          <w:sz w:val="32"/>
          <w:szCs w:val="32"/>
        </w:rPr>
      </w:pPr>
      <w:r w:rsidRPr="008248DB">
        <w:rPr>
          <w:rStyle w:val="ad"/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21DD5200" w14:textId="77777777" w:rsidR="00413068" w:rsidRPr="00AC7BFD" w:rsidRDefault="00413068" w:rsidP="0041306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C2BFCD6" w14:textId="77777777" w:rsidR="00DD5678" w:rsidRPr="008248DB" w:rsidRDefault="00DD5678" w:rsidP="00DD5678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8248DB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๕. ผู้บัญชาการเหตุการณ์</w:t>
      </w:r>
    </w:p>
    <w:p w14:paraId="2191A9B0" w14:textId="77777777" w:rsidR="001B03E7" w:rsidRDefault="001B03E7" w:rsidP="001B03E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343108E5" w14:textId="53922EA1" w:rsidR="000E72F9" w:rsidRPr="0076790B" w:rsidRDefault="000E72F9" w:rsidP="000E72F9"/>
    <w:p w14:paraId="582EFC8D" w14:textId="77777777" w:rsidR="000E72F9" w:rsidRPr="00A642A2" w:rsidRDefault="000E72F9" w:rsidP="000E72F9">
      <w:pPr>
        <w:pStyle w:val="31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138184D5" wp14:editId="0E8200D9">
                <wp:simplePos x="0" y="0"/>
                <wp:positionH relativeFrom="margin">
                  <wp:align>center</wp:align>
                </wp:positionH>
                <wp:positionV relativeFrom="paragraph">
                  <wp:posOffset>160020</wp:posOffset>
                </wp:positionV>
                <wp:extent cx="2505710" cy="271780"/>
                <wp:effectExtent l="0" t="0" r="27940" b="13970"/>
                <wp:wrapNone/>
                <wp:docPr id="1477162903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271780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C1D0B5" id="สี่เหลี่ยมผืนผ้ามุมมน 2" o:spid="_x0000_s1026" style="position:absolute;margin-left:0;margin-top:12.6pt;width:197.3pt;height:21.4pt;z-index:-251558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w10:wrap anchorx="margin"/>
              </v:roundrect>
            </w:pict>
          </mc:Fallback>
        </mc:AlternateContent>
      </w:r>
      <w:r w:rsidRPr="00A642A2">
        <w:rPr>
          <w:rStyle w:val="ad"/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ประเภทภัย ภัยแล้ง</w:t>
      </w:r>
    </w:p>
    <w:p w14:paraId="1D9B9261" w14:textId="77777777" w:rsidR="000E72F9" w:rsidRPr="00DD5678" w:rsidRDefault="000E72F9" w:rsidP="00DD5678">
      <w:pPr>
        <w:pStyle w:val="31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D56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๑. วัตถุประสงค์</w:t>
      </w:r>
    </w:p>
    <w:p w14:paraId="5CE11529" w14:textId="5AF470F1" w:rsidR="00DD5678" w:rsidRPr="00DD5678" w:rsidRDefault="00DD5678" w:rsidP="003E4827">
      <w:pPr>
        <w:pStyle w:val="af1"/>
        <w:numPr>
          <w:ilvl w:val="0"/>
          <w:numId w:val="31"/>
        </w:numPr>
        <w:rPr>
          <w:rFonts w:cs="TH SarabunPSK"/>
          <w:szCs w:val="32"/>
        </w:rPr>
      </w:pPr>
      <w:r w:rsidRPr="00DD5678">
        <w:rPr>
          <w:rFonts w:cs="TH SarabunPSK" w:hint="cs"/>
          <w:szCs w:val="32"/>
          <w:cs/>
          <w:lang w:bidi="th-TH"/>
        </w:rPr>
        <w:t>เพื่อให้โรงเรียนมีระบบการบริหารจัดการน้ำที่มีประสิทธิภาพในช่วงฤดูแล้ง</w:t>
      </w:r>
    </w:p>
    <w:p w14:paraId="41F5BF34" w14:textId="2BA039B9" w:rsidR="00DD5678" w:rsidRPr="00DD5678" w:rsidRDefault="00DD5678" w:rsidP="003E4827">
      <w:pPr>
        <w:pStyle w:val="af1"/>
        <w:numPr>
          <w:ilvl w:val="0"/>
          <w:numId w:val="31"/>
        </w:numPr>
        <w:rPr>
          <w:rFonts w:cs="TH SarabunPSK"/>
          <w:szCs w:val="32"/>
        </w:rPr>
      </w:pPr>
      <w:r w:rsidRPr="00DD5678">
        <w:rPr>
          <w:rFonts w:cs="TH SarabunPSK" w:hint="cs"/>
          <w:szCs w:val="32"/>
          <w:cs/>
          <w:lang w:bidi="th-TH"/>
        </w:rPr>
        <w:t>เพื่อป้องกันผลกระทบต่อสุขอนามัยของนักเรียนและบุคลากรจากการขาดแคลนน้ำสะอาด</w:t>
      </w:r>
    </w:p>
    <w:p w14:paraId="0BB50AA8" w14:textId="0A3EF4F9" w:rsidR="00DD5678" w:rsidRPr="00DD5678" w:rsidRDefault="00DD5678" w:rsidP="003E4827">
      <w:pPr>
        <w:pStyle w:val="af1"/>
        <w:numPr>
          <w:ilvl w:val="0"/>
          <w:numId w:val="31"/>
        </w:numPr>
        <w:rPr>
          <w:rFonts w:cs="TH SarabunPSK"/>
          <w:szCs w:val="32"/>
        </w:rPr>
      </w:pPr>
      <w:r w:rsidRPr="00DD5678">
        <w:rPr>
          <w:rFonts w:cs="TH SarabunPSK" w:hint="cs"/>
          <w:szCs w:val="32"/>
          <w:cs/>
          <w:lang w:bidi="th-TH"/>
        </w:rPr>
        <w:t>เพื่อสร้างความตระหนักรู้และวินัยในการใช้น้ำอย่างรู้คุณค่าให้กับนักเรียนและชุมชน</w:t>
      </w:r>
    </w:p>
    <w:p w14:paraId="3B667D90" w14:textId="275D513B" w:rsidR="00DD5678" w:rsidRPr="00DD5678" w:rsidRDefault="00DD5678" w:rsidP="003E4827">
      <w:pPr>
        <w:pStyle w:val="af1"/>
        <w:numPr>
          <w:ilvl w:val="0"/>
          <w:numId w:val="31"/>
        </w:numPr>
        <w:rPr>
          <w:rFonts w:cs="TH SarabunPSK"/>
          <w:szCs w:val="32"/>
        </w:rPr>
      </w:pPr>
      <w:r w:rsidRPr="00DD5678">
        <w:rPr>
          <w:rFonts w:cs="TH SarabunPSK" w:hint="cs"/>
          <w:szCs w:val="32"/>
          <w:cs/>
          <w:lang w:bidi="th-TH"/>
        </w:rPr>
        <w:t>เพื่อกำหนดบทบาทหน้าที่ของผู้เกี่ยวข้องให้ชัดเจนเมื่อเกิดวิกฤตการณ์ขาดแคลนน้ำ</w:t>
      </w:r>
    </w:p>
    <w:p w14:paraId="0820DDEE" w14:textId="77777777" w:rsidR="000E72F9" w:rsidRPr="00DD5678" w:rsidRDefault="000E72F9" w:rsidP="00DD5678">
      <w:pPr>
        <w:pStyle w:val="31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D56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 รายละเอียดภารกิจและกิจกรรมที่ต้องดำเนินการ</w:t>
      </w:r>
    </w:p>
    <w:p w14:paraId="6FEEAD87" w14:textId="77777777" w:rsidR="000E72F9" w:rsidRDefault="000E72F9" w:rsidP="00DD5678">
      <w:pPr>
        <w:pStyle w:val="4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D56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๒.๑ การเตรียมการเกิดเหตุ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11"/>
        <w:gridCol w:w="5402"/>
        <w:gridCol w:w="2252"/>
      </w:tblGrid>
      <w:tr w:rsidR="003040CF" w:rsidRPr="000C58F2" w14:paraId="3C873EDC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04D79013" w14:textId="77777777" w:rsidR="003040CF" w:rsidRPr="000C58F2" w:rsidRDefault="003040CF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5CBED4F5" w14:textId="77777777" w:rsidR="003040CF" w:rsidRPr="000C58F2" w:rsidRDefault="003040CF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1FFCB3B7" w14:textId="77777777" w:rsidR="003040CF" w:rsidRPr="000C58F2" w:rsidRDefault="003040CF" w:rsidP="00936FCC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0C58F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3040CF" w:rsidRPr="003040CF" w14:paraId="088DBDC6" w14:textId="77777777" w:rsidTr="003040CF">
        <w:tc>
          <w:tcPr>
            <w:tcW w:w="0" w:type="auto"/>
            <w:hideMark/>
          </w:tcPr>
          <w:p w14:paraId="53B68250" w14:textId="77777777" w:rsidR="003040CF" w:rsidRPr="003040CF" w:rsidRDefault="003040CF" w:rsidP="003040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ตรวจสอบและซ่อมบำรุง</w:t>
            </w:r>
          </w:p>
        </w:tc>
        <w:tc>
          <w:tcPr>
            <w:tcW w:w="0" w:type="auto"/>
            <w:hideMark/>
          </w:tcPr>
          <w:p w14:paraId="1BB2225D" w14:textId="77777777" w:rsidR="003040CF" w:rsidRPr="003040CF" w:rsidRDefault="003040CF" w:rsidP="003040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ตรวจเช็คถังพักน้ำ บ่อบาดาล และท่อน้ำทั่วโรงเรียน ซ่อมแซมจุดที่รั่วไหลทันที</w:t>
            </w:r>
          </w:p>
        </w:tc>
        <w:tc>
          <w:tcPr>
            <w:tcW w:w="0" w:type="auto"/>
            <w:hideMark/>
          </w:tcPr>
          <w:p w14:paraId="1BDD0176" w14:textId="77777777" w:rsidR="003040CF" w:rsidRPr="003040CF" w:rsidRDefault="003040CF" w:rsidP="003040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นักการภารโรง / ครูอาคารสถานที่</w:t>
            </w:r>
          </w:p>
        </w:tc>
      </w:tr>
      <w:tr w:rsidR="003040CF" w:rsidRPr="003040CF" w14:paraId="6FD842CA" w14:textId="77777777" w:rsidTr="003040CF">
        <w:tc>
          <w:tcPr>
            <w:tcW w:w="0" w:type="auto"/>
            <w:hideMark/>
          </w:tcPr>
          <w:p w14:paraId="40B6075B" w14:textId="77777777" w:rsidR="003040CF" w:rsidRPr="003040CF" w:rsidRDefault="003040CF" w:rsidP="003040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สำรองน้ำอุปโภค-บริโภค</w:t>
            </w:r>
          </w:p>
        </w:tc>
        <w:tc>
          <w:tcPr>
            <w:tcW w:w="0" w:type="auto"/>
            <w:hideMark/>
          </w:tcPr>
          <w:p w14:paraId="22451144" w14:textId="77777777" w:rsidR="003040CF" w:rsidRPr="003040CF" w:rsidRDefault="003040CF" w:rsidP="003040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ล้างทำความสะอาดถังเก็บน้ำให้พร้อมใช้งาน และจัดเตรียมน้ำดื่มสำรองให้เพียงพอต่อจำนวนนักเรียน</w:t>
            </w:r>
          </w:p>
        </w:tc>
        <w:tc>
          <w:tcPr>
            <w:tcW w:w="0" w:type="auto"/>
            <w:hideMark/>
          </w:tcPr>
          <w:p w14:paraId="4EB4240F" w14:textId="77777777" w:rsidR="003040CF" w:rsidRPr="003040CF" w:rsidRDefault="003040CF" w:rsidP="003040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ครูฝ่ายบริหารงบประมาณ / ภารโรง</w:t>
            </w:r>
          </w:p>
        </w:tc>
      </w:tr>
      <w:tr w:rsidR="003040CF" w:rsidRPr="003040CF" w14:paraId="04E1EAE9" w14:textId="77777777" w:rsidTr="003040CF">
        <w:tc>
          <w:tcPr>
            <w:tcW w:w="0" w:type="auto"/>
            <w:hideMark/>
          </w:tcPr>
          <w:p w14:paraId="56873C70" w14:textId="77777777" w:rsidR="003040CF" w:rsidRPr="003040CF" w:rsidRDefault="003040CF" w:rsidP="003040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รณรงค์การใช้น้ำ</w:t>
            </w:r>
          </w:p>
        </w:tc>
        <w:tc>
          <w:tcPr>
            <w:tcW w:w="0" w:type="auto"/>
            <w:hideMark/>
          </w:tcPr>
          <w:p w14:paraId="1D2674AC" w14:textId="77777777" w:rsidR="003040CF" w:rsidRPr="003040CF" w:rsidRDefault="003040CF" w:rsidP="003040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ประชาสัมพันธ์หน้าเสาธงและจัดป้ายนิเทศเรื่องวิธีประหยัดน้ำ "ปิดน้ำเมื่อไม่ใช้"</w:t>
            </w:r>
          </w:p>
        </w:tc>
        <w:tc>
          <w:tcPr>
            <w:tcW w:w="0" w:type="auto"/>
            <w:hideMark/>
          </w:tcPr>
          <w:p w14:paraId="6756B81C" w14:textId="77777777" w:rsidR="003040CF" w:rsidRPr="003040CF" w:rsidRDefault="003040CF" w:rsidP="003040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สภานักเรียน / ครูเวรประจำวัน</w:t>
            </w:r>
          </w:p>
        </w:tc>
      </w:tr>
      <w:tr w:rsidR="003040CF" w:rsidRPr="003040CF" w14:paraId="2B2A1019" w14:textId="77777777" w:rsidTr="003040CF">
        <w:tc>
          <w:tcPr>
            <w:tcW w:w="0" w:type="auto"/>
            <w:hideMark/>
          </w:tcPr>
          <w:p w14:paraId="69FD8CDD" w14:textId="77777777" w:rsidR="003040CF" w:rsidRPr="003040CF" w:rsidRDefault="003040CF" w:rsidP="003040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ประสานเครือข่ายภายนอก</w:t>
            </w:r>
          </w:p>
        </w:tc>
        <w:tc>
          <w:tcPr>
            <w:tcW w:w="0" w:type="auto"/>
            <w:hideMark/>
          </w:tcPr>
          <w:p w14:paraId="3F11D82C" w14:textId="77777777" w:rsidR="003040CF" w:rsidRPr="003040CF" w:rsidRDefault="003040CF" w:rsidP="003040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จัดทำบัญชีรายชื่อเบอร์โทรศัพท์ติดต่อ อบต. หรือหน่วยบรรเทาสาธารณภัยในพื้นที่เพื่อขอรับการสนับสนุนน้ำ</w:t>
            </w:r>
          </w:p>
        </w:tc>
        <w:tc>
          <w:tcPr>
            <w:tcW w:w="0" w:type="auto"/>
            <w:hideMark/>
          </w:tcPr>
          <w:p w14:paraId="2A9EDA51" w14:textId="77777777" w:rsidR="003040CF" w:rsidRPr="003040CF" w:rsidRDefault="003040CF" w:rsidP="003040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ครูประสานงาน / ผู้อำนวยการ</w:t>
            </w:r>
          </w:p>
        </w:tc>
      </w:tr>
    </w:tbl>
    <w:p w14:paraId="71F45A5A" w14:textId="77777777" w:rsidR="000E72F9" w:rsidRPr="003040CF" w:rsidRDefault="000E72F9" w:rsidP="003040CF">
      <w:pPr>
        <w:pStyle w:val="4"/>
        <w:spacing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040C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๒.๒ การปฏิบัติงานระหว่างเกิดเหตุ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56"/>
        <w:gridCol w:w="5445"/>
        <w:gridCol w:w="1964"/>
      </w:tblGrid>
      <w:tr w:rsidR="003040CF" w:rsidRPr="003040CF" w14:paraId="309A3104" w14:textId="77777777" w:rsidTr="008248DB">
        <w:trPr>
          <w:trHeight w:val="245"/>
        </w:trPr>
        <w:tc>
          <w:tcPr>
            <w:tcW w:w="1642" w:type="dxa"/>
            <w:shd w:val="clear" w:color="auto" w:fill="C5E0B3" w:themeFill="accent6" w:themeFillTint="66"/>
          </w:tcPr>
          <w:p w14:paraId="35DDF508" w14:textId="77777777" w:rsidR="003040CF" w:rsidRPr="003040CF" w:rsidRDefault="003040CF" w:rsidP="003040CF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07" w:type="dxa"/>
            <w:shd w:val="clear" w:color="auto" w:fill="C5E0B3" w:themeFill="accent6" w:themeFillTint="66"/>
          </w:tcPr>
          <w:p w14:paraId="1F0DF911" w14:textId="77777777" w:rsidR="003040CF" w:rsidRPr="003040CF" w:rsidRDefault="003040CF" w:rsidP="003040CF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567" w:type="dxa"/>
            <w:shd w:val="clear" w:color="auto" w:fill="C5E0B3" w:themeFill="accent6" w:themeFillTint="66"/>
          </w:tcPr>
          <w:p w14:paraId="7618CDC0" w14:textId="77777777" w:rsidR="003040CF" w:rsidRPr="003040CF" w:rsidRDefault="003040CF" w:rsidP="003040CF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3040CF" w:rsidRPr="003040CF" w14:paraId="20F14D58" w14:textId="77777777" w:rsidTr="003040CF">
        <w:tc>
          <w:tcPr>
            <w:tcW w:w="0" w:type="auto"/>
            <w:hideMark/>
          </w:tcPr>
          <w:p w14:paraId="0E9B375E" w14:textId="77777777" w:rsidR="003040CF" w:rsidRPr="003040CF" w:rsidRDefault="003040CF" w:rsidP="003040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มาตรการประหยัดน้ำขั้นสูงสุด</w:t>
            </w:r>
          </w:p>
        </w:tc>
        <w:tc>
          <w:tcPr>
            <w:tcW w:w="0" w:type="auto"/>
            <w:hideMark/>
          </w:tcPr>
          <w:p w14:paraId="73A7C2AC" w14:textId="77777777" w:rsidR="003040CF" w:rsidRPr="003040CF" w:rsidRDefault="003040CF" w:rsidP="003040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กำหนดเวลาเปิด-ปิดน้ำในห้องน้ำและจุดล้างจาน เน้นการใช้รองน้ำใส่ถังแทนการเปิดจากก๊อกโดยตรง</w:t>
            </w:r>
          </w:p>
        </w:tc>
        <w:tc>
          <w:tcPr>
            <w:tcW w:w="0" w:type="auto"/>
            <w:hideMark/>
          </w:tcPr>
          <w:p w14:paraId="05E4432A" w14:textId="77777777" w:rsidR="003040CF" w:rsidRPr="003040CF" w:rsidRDefault="003040CF" w:rsidP="003040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ครูฝ่ายปกครอง / ครูเวร</w:t>
            </w:r>
          </w:p>
        </w:tc>
      </w:tr>
      <w:tr w:rsidR="003040CF" w:rsidRPr="003040CF" w14:paraId="6DFBB7DA" w14:textId="77777777" w:rsidTr="003040CF">
        <w:tc>
          <w:tcPr>
            <w:tcW w:w="0" w:type="auto"/>
            <w:hideMark/>
          </w:tcPr>
          <w:p w14:paraId="6430ED74" w14:textId="77777777" w:rsidR="003040CF" w:rsidRPr="003040CF" w:rsidRDefault="003040CF" w:rsidP="003040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เฝ้าระวังสุขอนามัย</w:t>
            </w:r>
          </w:p>
        </w:tc>
        <w:tc>
          <w:tcPr>
            <w:tcW w:w="0" w:type="auto"/>
            <w:hideMark/>
          </w:tcPr>
          <w:p w14:paraId="441255BB" w14:textId="77777777" w:rsidR="003040CF" w:rsidRPr="003040CF" w:rsidRDefault="003040CF" w:rsidP="003040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ตรวจสอบความสะอาดห้องน้ำเพื่อป้องกันกลิ่นและเชื้อโรค จัดหาเจลล้างมือไว้ตามจุด</w:t>
            </w:r>
            <w:proofErr w:type="spellStart"/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ต่างๆ</w:t>
            </w:r>
            <w:proofErr w:type="spellEnd"/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เพื่อลดการใช้น้ำ</w:t>
            </w:r>
          </w:p>
        </w:tc>
        <w:tc>
          <w:tcPr>
            <w:tcW w:w="0" w:type="auto"/>
            <w:hideMark/>
          </w:tcPr>
          <w:p w14:paraId="0E6FB191" w14:textId="77777777" w:rsidR="003040CF" w:rsidRPr="003040CF" w:rsidRDefault="003040CF" w:rsidP="003040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ครูอนามัยโรงเรียน</w:t>
            </w:r>
          </w:p>
        </w:tc>
      </w:tr>
      <w:tr w:rsidR="003040CF" w:rsidRPr="003040CF" w14:paraId="0C6F7A08" w14:textId="77777777" w:rsidTr="003040CF">
        <w:tc>
          <w:tcPr>
            <w:tcW w:w="0" w:type="auto"/>
            <w:hideMark/>
          </w:tcPr>
          <w:p w14:paraId="6CC91E87" w14:textId="77777777" w:rsidR="003040CF" w:rsidRPr="003040CF" w:rsidRDefault="003040CF" w:rsidP="003040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ขอความช่วยเหลือเร่งด่วน</w:t>
            </w:r>
          </w:p>
        </w:tc>
        <w:tc>
          <w:tcPr>
            <w:tcW w:w="0" w:type="auto"/>
            <w:hideMark/>
          </w:tcPr>
          <w:p w14:paraId="7AA51674" w14:textId="77777777" w:rsidR="003040CF" w:rsidRPr="003040CF" w:rsidRDefault="003040CF" w:rsidP="003040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หากน้ำในโรงเรียนหมด ให้ประสานขอรถน้ำจากหน่วยงานท้องถิ่นเข้ามาเติมน้ำใส่ถังพักทันที</w:t>
            </w:r>
          </w:p>
        </w:tc>
        <w:tc>
          <w:tcPr>
            <w:tcW w:w="0" w:type="auto"/>
            <w:hideMark/>
          </w:tcPr>
          <w:p w14:paraId="2A5B5242" w14:textId="77777777" w:rsidR="003040CF" w:rsidRPr="003040CF" w:rsidRDefault="003040CF" w:rsidP="003040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ผู้อำนวยการโรงเรียน</w:t>
            </w:r>
          </w:p>
        </w:tc>
      </w:tr>
      <w:tr w:rsidR="003040CF" w:rsidRPr="003040CF" w14:paraId="5E0C7B6E" w14:textId="77777777" w:rsidTr="003040CF">
        <w:tc>
          <w:tcPr>
            <w:tcW w:w="0" w:type="auto"/>
            <w:hideMark/>
          </w:tcPr>
          <w:p w14:paraId="2BA94665" w14:textId="77777777" w:rsidR="003040CF" w:rsidRPr="003040CF" w:rsidRDefault="003040CF" w:rsidP="003040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ปรับเปลี่ยนกิจกรรม</w:t>
            </w:r>
          </w:p>
        </w:tc>
        <w:tc>
          <w:tcPr>
            <w:tcW w:w="0" w:type="auto"/>
            <w:hideMark/>
          </w:tcPr>
          <w:p w14:paraId="17FE6118" w14:textId="77777777" w:rsidR="003040CF" w:rsidRPr="003040CF" w:rsidRDefault="003040CF" w:rsidP="003040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งดกิจกรรมที่ต้องใช้น้ำมาก เช่น การล้างสนาม การรดน้ำแปลงเกษตร (ให้ใช้น้ำรี</w:t>
            </w:r>
            <w:proofErr w:type="spellStart"/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ไซเคิล</w:t>
            </w:r>
            <w:proofErr w:type="spellEnd"/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แทน)</w:t>
            </w:r>
          </w:p>
        </w:tc>
        <w:tc>
          <w:tcPr>
            <w:tcW w:w="0" w:type="auto"/>
            <w:hideMark/>
          </w:tcPr>
          <w:p w14:paraId="14DF8560" w14:textId="77777777" w:rsidR="003040CF" w:rsidRPr="003040CF" w:rsidRDefault="003040CF" w:rsidP="003040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ครูประจำวิชา / ครูเกษตร</w:t>
            </w:r>
          </w:p>
        </w:tc>
      </w:tr>
    </w:tbl>
    <w:p w14:paraId="5C041A15" w14:textId="77777777" w:rsidR="000E72F9" w:rsidRPr="003040CF" w:rsidRDefault="000E72F9" w:rsidP="003040CF">
      <w:pPr>
        <w:pStyle w:val="4"/>
        <w:spacing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040C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๒.๓ การปฏิบัติงานหลังเกิดเหตุ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43"/>
        <w:gridCol w:w="5759"/>
        <w:gridCol w:w="1963"/>
      </w:tblGrid>
      <w:tr w:rsidR="003040CF" w:rsidRPr="003040CF" w14:paraId="1EA8A738" w14:textId="77777777" w:rsidTr="008248DB">
        <w:trPr>
          <w:trHeight w:val="245"/>
        </w:trPr>
        <w:tc>
          <w:tcPr>
            <w:tcW w:w="1581" w:type="dxa"/>
            <w:shd w:val="clear" w:color="auto" w:fill="C5E0B3" w:themeFill="accent6" w:themeFillTint="66"/>
          </w:tcPr>
          <w:p w14:paraId="2DEFC6A9" w14:textId="77777777" w:rsidR="003040CF" w:rsidRPr="003040CF" w:rsidRDefault="003040CF" w:rsidP="003040CF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648" w:type="dxa"/>
            <w:shd w:val="clear" w:color="auto" w:fill="C5E0B3" w:themeFill="accent6" w:themeFillTint="66"/>
          </w:tcPr>
          <w:p w14:paraId="62A516F6" w14:textId="77777777" w:rsidR="003040CF" w:rsidRPr="003040CF" w:rsidRDefault="003040CF" w:rsidP="003040CF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236" w:type="dxa"/>
            <w:shd w:val="clear" w:color="auto" w:fill="C5E0B3" w:themeFill="accent6" w:themeFillTint="66"/>
          </w:tcPr>
          <w:p w14:paraId="726EC5D6" w14:textId="77777777" w:rsidR="003040CF" w:rsidRPr="003040CF" w:rsidRDefault="003040CF" w:rsidP="003040CF">
            <w:pPr>
              <w:pStyle w:val="4"/>
              <w:spacing w:before="0" w:beforeAutospacing="0" w:after="0" w:afterAutospacing="0"/>
              <w:jc w:val="center"/>
              <w:outlineLvl w:val="3"/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3040CF" w:rsidRPr="003040CF" w14:paraId="20619663" w14:textId="77777777" w:rsidTr="003040CF">
        <w:tc>
          <w:tcPr>
            <w:tcW w:w="0" w:type="auto"/>
            <w:hideMark/>
          </w:tcPr>
          <w:p w14:paraId="124105AB" w14:textId="77777777" w:rsidR="003040CF" w:rsidRPr="003040CF" w:rsidRDefault="003040CF" w:rsidP="003040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ฟื้นฟูและทำความสะอาด</w:t>
            </w:r>
          </w:p>
        </w:tc>
        <w:tc>
          <w:tcPr>
            <w:tcW w:w="0" w:type="auto"/>
            <w:hideMark/>
          </w:tcPr>
          <w:p w14:paraId="638334C8" w14:textId="77777777" w:rsidR="003040CF" w:rsidRPr="003040CF" w:rsidRDefault="003040CF" w:rsidP="003040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ตรวจเช็คระบบกรองน้ำและทำความสะอาดถังพักน้ำอีกครั้งหลังได้รับน้ำใหม่จากการเติมหรือน้ำประปาปกติ</w:t>
            </w:r>
          </w:p>
        </w:tc>
        <w:tc>
          <w:tcPr>
            <w:tcW w:w="0" w:type="auto"/>
            <w:hideMark/>
          </w:tcPr>
          <w:p w14:paraId="3B8CB752" w14:textId="77777777" w:rsidR="003040CF" w:rsidRPr="003040CF" w:rsidRDefault="003040CF" w:rsidP="003040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นักการภารโรง</w:t>
            </w:r>
          </w:p>
        </w:tc>
      </w:tr>
      <w:tr w:rsidR="003040CF" w:rsidRPr="003040CF" w14:paraId="3A5D0CB3" w14:textId="77777777" w:rsidTr="003040CF">
        <w:tc>
          <w:tcPr>
            <w:tcW w:w="0" w:type="auto"/>
            <w:hideMark/>
          </w:tcPr>
          <w:p w14:paraId="5AD32662" w14:textId="77777777" w:rsidR="003040CF" w:rsidRPr="003040CF" w:rsidRDefault="003040CF" w:rsidP="003040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ประเมินความเสียหาย</w:t>
            </w:r>
          </w:p>
        </w:tc>
        <w:tc>
          <w:tcPr>
            <w:tcW w:w="0" w:type="auto"/>
            <w:hideMark/>
          </w:tcPr>
          <w:p w14:paraId="7174764F" w14:textId="77777777" w:rsidR="003040CF" w:rsidRPr="003040CF" w:rsidRDefault="003040CF" w:rsidP="003040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สำรวจต้นไม้หรือทรัพย์สินที่เสียหายจากความแห้งแล้งเพื่อดำเนินการปลูกทดแทนหรือซ่อมแซม</w:t>
            </w:r>
          </w:p>
        </w:tc>
        <w:tc>
          <w:tcPr>
            <w:tcW w:w="0" w:type="auto"/>
            <w:hideMark/>
          </w:tcPr>
          <w:p w14:paraId="1BEBA671" w14:textId="77777777" w:rsidR="003040CF" w:rsidRPr="003040CF" w:rsidRDefault="003040CF" w:rsidP="003040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ครูฝ่ายอาคารสถานที่</w:t>
            </w:r>
          </w:p>
        </w:tc>
      </w:tr>
      <w:tr w:rsidR="003040CF" w:rsidRPr="003040CF" w14:paraId="639750A7" w14:textId="77777777" w:rsidTr="003040CF">
        <w:tc>
          <w:tcPr>
            <w:tcW w:w="0" w:type="auto"/>
            <w:hideMark/>
          </w:tcPr>
          <w:p w14:paraId="1EBD0C17" w14:textId="77777777" w:rsidR="003040CF" w:rsidRPr="003040CF" w:rsidRDefault="003040CF" w:rsidP="003040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สรุปบทเรียน (</w:t>
            </w:r>
            <w:r w:rsidRPr="003040C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AAR)</w:t>
            </w:r>
          </w:p>
        </w:tc>
        <w:tc>
          <w:tcPr>
            <w:tcW w:w="0" w:type="auto"/>
            <w:hideMark/>
          </w:tcPr>
          <w:p w14:paraId="558598C2" w14:textId="77777777" w:rsidR="003040CF" w:rsidRPr="003040CF" w:rsidRDefault="003040CF" w:rsidP="003040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ประชุมสรุปปัญหาที่พบในช่วงภัยแล้ง เพื่อจัดทำโครงการขออนุมัติงบประมาณซื้อถังน้ำเพิ่มหรือขุดเจาะบ่อใหม่</w:t>
            </w:r>
          </w:p>
        </w:tc>
        <w:tc>
          <w:tcPr>
            <w:tcW w:w="0" w:type="auto"/>
            <w:hideMark/>
          </w:tcPr>
          <w:p w14:paraId="0142327B" w14:textId="77777777" w:rsidR="003040CF" w:rsidRPr="003040CF" w:rsidRDefault="003040CF" w:rsidP="003040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040CF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คณะกรรมการสถานศึกษา</w:t>
            </w:r>
          </w:p>
        </w:tc>
      </w:tr>
    </w:tbl>
    <w:p w14:paraId="7DEC676E" w14:textId="77777777" w:rsidR="003040CF" w:rsidRPr="007339B2" w:rsidRDefault="003040CF" w:rsidP="003040CF">
      <w:pPr>
        <w:pStyle w:val="2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7339B2">
        <w:rPr>
          <w:rFonts w:ascii="TH SarabunPSK" w:hAnsi="TH SarabunPSK" w:cs="TH SarabunPSK" w:hint="cs"/>
          <w:sz w:val="32"/>
          <w:szCs w:val="32"/>
          <w:cs/>
        </w:rPr>
        <w:t>๓</w:t>
      </w:r>
      <w:r w:rsidRPr="007339B2">
        <w:rPr>
          <w:rFonts w:ascii="TH SarabunPSK" w:hAnsi="TH SarabunPSK" w:cs="TH SarabunPSK" w:hint="cs"/>
          <w:sz w:val="32"/>
          <w:szCs w:val="32"/>
        </w:rPr>
        <w:t xml:space="preserve">. </w:t>
      </w:r>
      <w:r w:rsidRPr="007339B2">
        <w:rPr>
          <w:rFonts w:ascii="TH SarabunPSK" w:hAnsi="TH SarabunPSK" w:cs="TH SarabunPSK" w:hint="cs"/>
          <w:sz w:val="32"/>
          <w:szCs w:val="32"/>
          <w:cs/>
        </w:rPr>
        <w:t>ระยะเวลาดำเนินการ</w:t>
      </w:r>
    </w:p>
    <w:p w14:paraId="6C0F6E2A" w14:textId="77777777" w:rsidR="008248DB" w:rsidRPr="00AC7BFD" w:rsidRDefault="008248DB" w:rsidP="008248DB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๑๖ พฤษภาคม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7BFD">
        <w:rPr>
          <w:rFonts w:ascii="TH SarabunPSK" w:hAnsi="TH SarabunPSK" w:cs="TH SarabunPSK" w:hint="cs"/>
          <w:sz w:val="32"/>
          <w:szCs w:val="32"/>
        </w:rPr>
        <w:t xml:space="preserve">–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>๑๕ พฤษภาคม ๒๕</w:t>
      </w:r>
      <w:r>
        <w:rPr>
          <w:rFonts w:ascii="TH SarabunPSK" w:hAnsi="TH SarabunPSK" w:cs="TH SarabunPSK" w:hint="cs"/>
          <w:sz w:val="32"/>
          <w:szCs w:val="32"/>
          <w:cs/>
        </w:rPr>
        <w:t>๗๐</w:t>
      </w:r>
    </w:p>
    <w:p w14:paraId="168DF45A" w14:textId="77777777" w:rsidR="003040CF" w:rsidRPr="000C465C" w:rsidRDefault="003040CF" w:rsidP="003040CF">
      <w:pPr>
        <w:rPr>
          <w:rFonts w:ascii="TH SarabunPSK" w:hAnsi="TH SarabunPSK" w:cs="TH SarabunPSK"/>
          <w:sz w:val="32"/>
          <w:szCs w:val="32"/>
        </w:rPr>
      </w:pPr>
      <w:r w:rsidRPr="000C465C">
        <w:rPr>
          <w:rStyle w:val="ad"/>
          <w:rFonts w:ascii="TH SarabunPSK" w:hAnsi="TH SarabunPSK" w:cs="TH SarabunPSK" w:hint="cs"/>
          <w:sz w:val="32"/>
          <w:szCs w:val="32"/>
          <w:cs/>
        </w:rPr>
        <w:t>๔. หน่วยงาน</w:t>
      </w:r>
    </w:p>
    <w:p w14:paraId="5647E7C8" w14:textId="77777777" w:rsidR="00413068" w:rsidRPr="00AC7BFD" w:rsidRDefault="00413068" w:rsidP="0041306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4697800" w14:textId="77777777" w:rsidR="003040CF" w:rsidRPr="000C465C" w:rsidRDefault="003040CF" w:rsidP="003040CF">
      <w:pPr>
        <w:pStyle w:val="31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0C465C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>๕. ผู้บัญชาการเหตุการณ์</w:t>
      </w:r>
    </w:p>
    <w:p w14:paraId="18804168" w14:textId="6B0059FB" w:rsidR="001B03E7" w:rsidRDefault="001B03E7" w:rsidP="001B03E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0788E3C7" w14:textId="77777777" w:rsidR="001B03E7" w:rsidRDefault="001B03E7" w:rsidP="001B03E7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2BA3F803" w14:textId="5C53F1CA" w:rsidR="002C6007" w:rsidRPr="00773159" w:rsidRDefault="002C6007" w:rsidP="002C6007">
      <w:pPr>
        <w:pStyle w:val="1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0EA7B82C" wp14:editId="70169B69">
                <wp:simplePos x="0" y="0"/>
                <wp:positionH relativeFrom="column">
                  <wp:posOffset>2053652</wp:posOffset>
                </wp:positionH>
                <wp:positionV relativeFrom="paragraph">
                  <wp:posOffset>0</wp:posOffset>
                </wp:positionV>
                <wp:extent cx="2505710" cy="329784"/>
                <wp:effectExtent l="0" t="0" r="8890" b="13335"/>
                <wp:wrapNone/>
                <wp:docPr id="715028265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710" cy="329784"/>
                        </a:xfrm>
                        <a:prstGeom prst="roundRect">
                          <a:avLst>
                            <a:gd name="adj" fmla="val 2748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1387AF" w14:textId="0B4C319F" w:rsidR="0071512F" w:rsidRPr="002C6007" w:rsidRDefault="0071512F" w:rsidP="002C600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2C600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ประเภทภัยสงคราม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A7B82C" id="_x0000_s1029" style="position:absolute;margin-left:161.7pt;margin-top:0;width:197.3pt;height:25.95pt;z-index:-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4D1387AF" w14:textId="0B4C319F" w:rsidR="0071512F" w:rsidRPr="002C6007" w:rsidRDefault="0071512F" w:rsidP="002C600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2C6007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ประเภทภัยสงคราม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C6E495B" w14:textId="77777777" w:rsidR="002C6007" w:rsidRPr="00773159" w:rsidRDefault="002C6007" w:rsidP="002C6007">
      <w:pPr>
        <w:pStyle w:val="21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</w:t>
      </w: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. </w:t>
      </w: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วัตถุประสงค์</w:t>
      </w:r>
    </w:p>
    <w:p w14:paraId="3E00FFBA" w14:textId="77777777" w:rsidR="002C6007" w:rsidRPr="00773159" w:rsidRDefault="002C6007" w:rsidP="002C6007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</w:t>
      </w: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</w:rPr>
        <w:t>.</w:t>
      </w: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 เพื่อสร้างการตระหนักรู้และเตรียมความพร้อมรับมือภัยสงครามให้กับนักเรียน ครู และบุคลากรทางการศึกษา</w:t>
      </w:r>
    </w:p>
    <w:p w14:paraId="475F49FA" w14:textId="77777777" w:rsidR="002C6007" w:rsidRPr="00773159" w:rsidRDefault="002C6007" w:rsidP="002C6007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</w:t>
      </w: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</w:rPr>
        <w:t>.</w:t>
      </w: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 เพื่อป้องกัน ลดผลกระทบ และลดความเสียหายที่อาจเกิดขึ้นจากภัยสงครามต่อผู้เรียนและบุคลากร</w:t>
      </w:r>
    </w:p>
    <w:p w14:paraId="2DA5D9A2" w14:textId="77777777" w:rsidR="002C6007" w:rsidRPr="00773159" w:rsidRDefault="002C6007" w:rsidP="002C6007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</w:t>
      </w: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</w:rPr>
        <w:t>.</w:t>
      </w: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๓ เพื่อให้การช่วยเหลือและเยียวยาผู้ได้รับผลกระทบจากภัยสงครามเป็นไปอย่างมีประสิทธิภาพ</w:t>
      </w:r>
    </w:p>
    <w:p w14:paraId="4E9ADF36" w14:textId="77777777" w:rsidR="002C6007" w:rsidRPr="00773159" w:rsidRDefault="002C6007" w:rsidP="002C6007">
      <w:pPr>
        <w:pStyle w:val="21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</w:t>
      </w: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. </w:t>
      </w: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รายละเอียดภารกิจและกิจกรรมที่ต้องดำเนินการ</w:t>
      </w:r>
    </w:p>
    <w:p w14:paraId="2671FFC6" w14:textId="77777777" w:rsidR="002C6007" w:rsidRPr="00773159" w:rsidRDefault="002C6007" w:rsidP="002C6007">
      <w:pPr>
        <w:pStyle w:val="31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</w:t>
      </w: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</w:rPr>
        <w:t>.</w:t>
      </w: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 การเตรียมการเกิดเหตุ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3652"/>
        <w:gridCol w:w="3148"/>
      </w:tblGrid>
      <w:tr w:rsidR="002C6007" w:rsidRPr="00773159" w14:paraId="06B6FDF1" w14:textId="77777777" w:rsidTr="008248DB">
        <w:trPr>
          <w:tblHeader/>
        </w:trPr>
        <w:tc>
          <w:tcPr>
            <w:tcW w:w="2693" w:type="dxa"/>
            <w:shd w:val="clear" w:color="auto" w:fill="C5E0B3" w:themeFill="accent6" w:themeFillTint="66"/>
          </w:tcPr>
          <w:p w14:paraId="7E6E0AA5" w14:textId="77777777" w:rsidR="002C6007" w:rsidRPr="00773159" w:rsidRDefault="002C6007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กิจกรรม</w:t>
            </w:r>
          </w:p>
        </w:tc>
        <w:tc>
          <w:tcPr>
            <w:tcW w:w="3652" w:type="dxa"/>
            <w:shd w:val="clear" w:color="auto" w:fill="C5E0B3" w:themeFill="accent6" w:themeFillTint="66"/>
          </w:tcPr>
          <w:p w14:paraId="5E9B533A" w14:textId="77777777" w:rsidR="002C6007" w:rsidRPr="00773159" w:rsidRDefault="002C6007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3148" w:type="dxa"/>
            <w:shd w:val="clear" w:color="auto" w:fill="C5E0B3" w:themeFill="accent6" w:themeFillTint="66"/>
          </w:tcPr>
          <w:p w14:paraId="07D4B882" w14:textId="77777777" w:rsidR="002C6007" w:rsidRPr="00773159" w:rsidRDefault="002C6007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ผู้รับผิดชอบ</w:t>
            </w:r>
          </w:p>
        </w:tc>
      </w:tr>
      <w:tr w:rsidR="002C6007" w:rsidRPr="00773159" w14:paraId="4870C57A" w14:textId="77777777" w:rsidTr="002C6007">
        <w:tc>
          <w:tcPr>
            <w:tcW w:w="2693" w:type="dxa"/>
          </w:tcPr>
          <w:p w14:paraId="3538A832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ประชุมคณะกรรมการบริหารสถานศึกษา</w:t>
            </w:r>
          </w:p>
        </w:tc>
        <w:tc>
          <w:tcPr>
            <w:tcW w:w="3652" w:type="dxa"/>
          </w:tcPr>
          <w:p w14:paraId="59994EFE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. 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กำหนดนโยบายการดำเนินงาน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br/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ประกาศนโยบายการป้องกันความเสี่ยงจากภัยสงคราม</w:t>
            </w:r>
          </w:p>
        </w:tc>
        <w:tc>
          <w:tcPr>
            <w:tcW w:w="3148" w:type="dxa"/>
          </w:tcPr>
          <w:p w14:paraId="69785564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คณะกรรมการบริหารสถานศึกษา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br/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. 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ผู้อำนวยการสถานศึกษา</w:t>
            </w:r>
          </w:p>
        </w:tc>
      </w:tr>
      <w:tr w:rsidR="002C6007" w:rsidRPr="00773159" w14:paraId="12ECD549" w14:textId="77777777" w:rsidTr="002C6007">
        <w:tc>
          <w:tcPr>
            <w:tcW w:w="2693" w:type="dxa"/>
          </w:tcPr>
          <w:p w14:paraId="2954C598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จัดทำคำสั่งแต่งตั้งคณะทำงานปฏิบัติ</w:t>
            </w:r>
          </w:p>
        </w:tc>
        <w:tc>
          <w:tcPr>
            <w:tcW w:w="3652" w:type="dxa"/>
          </w:tcPr>
          <w:p w14:paraId="342D1DC1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มอบหมายหน้าที่การปฏิบัติงานให้มีความชัดเจนภายในสถานศึกษา</w:t>
            </w:r>
          </w:p>
        </w:tc>
        <w:tc>
          <w:tcPr>
            <w:tcW w:w="3148" w:type="dxa"/>
          </w:tcPr>
          <w:p w14:paraId="41DB3E2B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คณะทำงานปฏิบัติงาน</w:t>
            </w:r>
          </w:p>
        </w:tc>
      </w:tr>
      <w:tr w:rsidR="002C6007" w:rsidRPr="00773159" w14:paraId="27BCB1DB" w14:textId="77777777" w:rsidTr="002C6007">
        <w:tc>
          <w:tcPr>
            <w:tcW w:w="2693" w:type="dxa"/>
          </w:tcPr>
          <w:p w14:paraId="22BF06F2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. 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จัดทำสื่อให้ความรู้ และวิธีการปฏิบัติตนในสถานการณ์สงคราม</w:t>
            </w:r>
          </w:p>
        </w:tc>
        <w:tc>
          <w:tcPr>
            <w:tcW w:w="3652" w:type="dxa"/>
          </w:tcPr>
          <w:p w14:paraId="157A38F3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ให้ความรู้และฝึกทักษะการเอาตัวรอด เช่น การหลบภัย การปฐมพยาบาลเบื้องต้น ฯลฯ</w:t>
            </w:r>
          </w:p>
        </w:tc>
        <w:tc>
          <w:tcPr>
            <w:tcW w:w="3148" w:type="dxa"/>
          </w:tcPr>
          <w:p w14:paraId="0CE77D40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คณะทำงานปฏิบัติงาน</w:t>
            </w:r>
          </w:p>
        </w:tc>
      </w:tr>
      <w:tr w:rsidR="002C6007" w:rsidRPr="00773159" w14:paraId="1C3DD754" w14:textId="77777777" w:rsidTr="002C6007">
        <w:tc>
          <w:tcPr>
            <w:tcW w:w="2693" w:type="dxa"/>
          </w:tcPr>
          <w:p w14:paraId="0CFFDB7B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๔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จัดทำผังขั้นตอนการปฏิบัติงาน</w:t>
            </w:r>
          </w:p>
        </w:tc>
        <w:tc>
          <w:tcPr>
            <w:tcW w:w="3652" w:type="dxa"/>
          </w:tcPr>
          <w:p w14:paraId="4E93A4A5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ฝึกซ้อมแผนเผชิญเหตุร่วมกับนักเรียน ครู และบุคลากร</w:t>
            </w:r>
          </w:p>
        </w:tc>
        <w:tc>
          <w:tcPr>
            <w:tcW w:w="3148" w:type="dxa"/>
          </w:tcPr>
          <w:p w14:paraId="1120392B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คณะทำงานปฏิบัติงาน</w:t>
            </w:r>
          </w:p>
        </w:tc>
      </w:tr>
    </w:tbl>
    <w:p w14:paraId="0B7A678B" w14:textId="77777777" w:rsidR="002C6007" w:rsidRPr="00773159" w:rsidRDefault="002C6007" w:rsidP="002C6007">
      <w:pPr>
        <w:pStyle w:val="31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</w:t>
      </w: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</w:rPr>
        <w:t>.</w:t>
      </w: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 การปฏิบัติงานระหว่างเกิดเหตุ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2C6007" w:rsidRPr="00773159" w14:paraId="0E026E7C" w14:textId="77777777" w:rsidTr="008248DB">
        <w:trPr>
          <w:tblHeader/>
        </w:trPr>
        <w:tc>
          <w:tcPr>
            <w:tcW w:w="2880" w:type="dxa"/>
            <w:shd w:val="clear" w:color="auto" w:fill="C5E0B3" w:themeFill="accent6" w:themeFillTint="66"/>
          </w:tcPr>
          <w:p w14:paraId="71E2F18C" w14:textId="77777777" w:rsidR="002C6007" w:rsidRPr="00773159" w:rsidRDefault="002C6007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880" w:type="dxa"/>
            <w:shd w:val="clear" w:color="auto" w:fill="C5E0B3" w:themeFill="accent6" w:themeFillTint="66"/>
          </w:tcPr>
          <w:p w14:paraId="2A596E96" w14:textId="77777777" w:rsidR="002C6007" w:rsidRPr="00773159" w:rsidRDefault="002C6007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880" w:type="dxa"/>
            <w:shd w:val="clear" w:color="auto" w:fill="C5E0B3" w:themeFill="accent6" w:themeFillTint="66"/>
          </w:tcPr>
          <w:p w14:paraId="43F44B88" w14:textId="77777777" w:rsidR="002C6007" w:rsidRPr="00773159" w:rsidRDefault="002C6007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ผู้รับผิดชอบ</w:t>
            </w:r>
          </w:p>
        </w:tc>
      </w:tr>
      <w:tr w:rsidR="002C6007" w:rsidRPr="00773159" w14:paraId="4E456046" w14:textId="77777777" w:rsidTr="00936FCC">
        <w:tc>
          <w:tcPr>
            <w:tcW w:w="2880" w:type="dxa"/>
          </w:tcPr>
          <w:p w14:paraId="0E5548DE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. 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จัดการในภาวะฉุกเฉิน</w:t>
            </w:r>
          </w:p>
        </w:tc>
        <w:tc>
          <w:tcPr>
            <w:tcW w:w="2880" w:type="dxa"/>
          </w:tcPr>
          <w:p w14:paraId="78D91A80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มีเอกภาพในการจัดการและสั่งการในสถานการณ์สงคราม</w:t>
            </w:r>
          </w:p>
        </w:tc>
        <w:tc>
          <w:tcPr>
            <w:tcW w:w="2880" w:type="dxa"/>
          </w:tcPr>
          <w:p w14:paraId="3BDAA6FF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เจ้าหน้าที่หรือหัวหน้าหน่วยบัญชาการเหตุการณ์</w:t>
            </w:r>
          </w:p>
        </w:tc>
      </w:tr>
      <w:tr w:rsidR="002C6007" w:rsidRPr="00773159" w14:paraId="0B4DB729" w14:textId="77777777" w:rsidTr="00936FCC">
        <w:tc>
          <w:tcPr>
            <w:tcW w:w="2880" w:type="dxa"/>
          </w:tcPr>
          <w:p w14:paraId="568B3CE3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สนธิกำลังร่วมกับหน่วยงานภายนอก</w:t>
            </w:r>
          </w:p>
        </w:tc>
        <w:tc>
          <w:tcPr>
            <w:tcW w:w="2880" w:type="dxa"/>
          </w:tcPr>
          <w:p w14:paraId="36ABBA0A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ประสานงานกับหน่วยงานทหาร ปกครอง สาธารณสุข เพื่อให้ความช่วยเหลือ</w:t>
            </w:r>
          </w:p>
        </w:tc>
        <w:tc>
          <w:tcPr>
            <w:tcW w:w="2880" w:type="dxa"/>
          </w:tcPr>
          <w:p w14:paraId="750CE8D9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เจ้าหน้าที่หรือหน่วยงานที่เกี่ยวข้อง</w:t>
            </w:r>
          </w:p>
        </w:tc>
      </w:tr>
      <w:tr w:rsidR="002C6007" w:rsidRPr="00773159" w14:paraId="19CDFA81" w14:textId="77777777" w:rsidTr="00936FCC">
        <w:tc>
          <w:tcPr>
            <w:tcW w:w="2880" w:type="dxa"/>
          </w:tcPr>
          <w:p w14:paraId="3F7849C8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. 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รายงานสถานการณ์</w:t>
            </w:r>
          </w:p>
        </w:tc>
        <w:tc>
          <w:tcPr>
            <w:tcW w:w="2880" w:type="dxa"/>
          </w:tcPr>
          <w:p w14:paraId="04B345BE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รายงานสถานการณ์ต่อหน่วยงานต้นสังกัด และแจ้งข่าวสารที่ถูกต้องแก่นักเรียน ครู และบุคลากร</w:t>
            </w:r>
          </w:p>
        </w:tc>
        <w:tc>
          <w:tcPr>
            <w:tcW w:w="2880" w:type="dxa"/>
          </w:tcPr>
          <w:p w14:paraId="6C873375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เจ้าหน้าที่หรือหัวหน้าหน่วยบัญชาการเหตุการณ์</w:t>
            </w:r>
          </w:p>
        </w:tc>
      </w:tr>
    </w:tbl>
    <w:p w14:paraId="0E0FE907" w14:textId="77777777" w:rsidR="002C6007" w:rsidRPr="00773159" w:rsidRDefault="002C6007" w:rsidP="002C6007">
      <w:pPr>
        <w:pStyle w:val="31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</w:t>
      </w: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</w:rPr>
        <w:t>.</w:t>
      </w: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๓ การปฏิบัติงานหลังเกิดเหตุ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2C6007" w:rsidRPr="00773159" w14:paraId="2DA3750D" w14:textId="77777777" w:rsidTr="008248DB">
        <w:trPr>
          <w:tblHeader/>
        </w:trPr>
        <w:tc>
          <w:tcPr>
            <w:tcW w:w="2880" w:type="dxa"/>
            <w:shd w:val="clear" w:color="auto" w:fill="C5E0B3" w:themeFill="accent6" w:themeFillTint="66"/>
          </w:tcPr>
          <w:p w14:paraId="136B73EF" w14:textId="77777777" w:rsidR="002C6007" w:rsidRPr="00773159" w:rsidRDefault="002C6007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880" w:type="dxa"/>
            <w:shd w:val="clear" w:color="auto" w:fill="C5E0B3" w:themeFill="accent6" w:themeFillTint="66"/>
          </w:tcPr>
          <w:p w14:paraId="1C4B48C1" w14:textId="77777777" w:rsidR="002C6007" w:rsidRPr="00773159" w:rsidRDefault="002C6007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880" w:type="dxa"/>
            <w:shd w:val="clear" w:color="auto" w:fill="C5E0B3" w:themeFill="accent6" w:themeFillTint="66"/>
          </w:tcPr>
          <w:p w14:paraId="0F32DF0B" w14:textId="77777777" w:rsidR="002C6007" w:rsidRPr="00773159" w:rsidRDefault="002C6007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ผู้รับผิดชอบ</w:t>
            </w:r>
          </w:p>
        </w:tc>
      </w:tr>
      <w:tr w:rsidR="002C6007" w:rsidRPr="00773159" w14:paraId="3E9E4D76" w14:textId="77777777" w:rsidTr="00936FCC">
        <w:tc>
          <w:tcPr>
            <w:tcW w:w="2880" w:type="dxa"/>
          </w:tcPr>
          <w:p w14:paraId="72CE3535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๑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จัดให้มีการฟื้นฟูช่วยเหลือเยียวยา</w:t>
            </w:r>
          </w:p>
        </w:tc>
        <w:tc>
          <w:tcPr>
            <w:tcW w:w="2880" w:type="dxa"/>
          </w:tcPr>
          <w:p w14:paraId="6BDC2903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ให้ความช่วยเหลือด้านร่างกายและจิตใจแก่ผู้ประสบภัย</w:t>
            </w:r>
          </w:p>
        </w:tc>
        <w:tc>
          <w:tcPr>
            <w:tcW w:w="2880" w:type="dxa"/>
          </w:tcPr>
          <w:p w14:paraId="781E548B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เจ้าหน้าที่ที่ได้รับมอบหมาย</w:t>
            </w:r>
          </w:p>
        </w:tc>
      </w:tr>
      <w:tr w:rsidR="002C6007" w:rsidRPr="00773159" w14:paraId="4E38DCC3" w14:textId="77777777" w:rsidTr="00936FCC">
        <w:tc>
          <w:tcPr>
            <w:tcW w:w="2880" w:type="dxa"/>
          </w:tcPr>
          <w:p w14:paraId="5A0E702C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ดำเนินการทางกฎหมายและอื่น ๆ ที่เกี่ยวข้อง</w:t>
            </w:r>
          </w:p>
        </w:tc>
        <w:tc>
          <w:tcPr>
            <w:tcW w:w="2880" w:type="dxa"/>
          </w:tcPr>
          <w:p w14:paraId="76F22CAF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แจ้งความ ร้องทุกข์ ขอรับการช่วยเหลือจากหน่วยงานที่เกี่ยวข้อง</w:t>
            </w:r>
          </w:p>
        </w:tc>
        <w:tc>
          <w:tcPr>
            <w:tcW w:w="2880" w:type="dxa"/>
          </w:tcPr>
          <w:p w14:paraId="43A93A92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นักเรียน ครู และบุคลากรที่ได้รับผลกระทบ</w:t>
            </w:r>
          </w:p>
        </w:tc>
      </w:tr>
      <w:tr w:rsidR="002C6007" w:rsidRPr="00773159" w14:paraId="78F7537C" w14:textId="77777777" w:rsidTr="00936FCC">
        <w:tc>
          <w:tcPr>
            <w:tcW w:w="2880" w:type="dxa"/>
          </w:tcPr>
          <w:p w14:paraId="767A09FD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สรุปรายงานผลการปฏิบัติงาน</w:t>
            </w:r>
          </w:p>
        </w:tc>
        <w:tc>
          <w:tcPr>
            <w:tcW w:w="2880" w:type="dxa"/>
          </w:tcPr>
          <w:p w14:paraId="42DE375B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รายงานผลการดำเนินงานต่อหน่วยงานต้นสังกัด และแจ้งผล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ให้นักเรียน ครู และบุคลากรทราบ</w:t>
            </w:r>
          </w:p>
        </w:tc>
        <w:tc>
          <w:tcPr>
            <w:tcW w:w="2880" w:type="dxa"/>
          </w:tcPr>
          <w:p w14:paraId="61FE6F0E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เจ้าหน้าที่ที่ได้รับมอบหมาย</w:t>
            </w:r>
          </w:p>
        </w:tc>
      </w:tr>
      <w:tr w:rsidR="002C6007" w:rsidRPr="00773159" w14:paraId="69756FDD" w14:textId="77777777" w:rsidTr="00936FCC">
        <w:tc>
          <w:tcPr>
            <w:tcW w:w="2880" w:type="dxa"/>
          </w:tcPr>
          <w:p w14:paraId="434AAF5D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๔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. </w:t>
            </w: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ทบทวนบทบาท ภารกิจและกระบวนการแก้ไขปัญหา</w:t>
            </w:r>
          </w:p>
        </w:tc>
        <w:tc>
          <w:tcPr>
            <w:tcW w:w="2880" w:type="dxa"/>
          </w:tcPr>
          <w:p w14:paraId="23364B3E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ประชุมโต๊ะกลมเพื่อรับฟังความคิดเห็นและปรับปรุงแผน</w:t>
            </w:r>
          </w:p>
        </w:tc>
        <w:tc>
          <w:tcPr>
            <w:tcW w:w="2880" w:type="dxa"/>
          </w:tcPr>
          <w:p w14:paraId="74F155CC" w14:textId="77777777" w:rsidR="002C6007" w:rsidRPr="00773159" w:rsidRDefault="002C6007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7315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เจ้าหน้าที่และหัวหน้าหน่วยบัญชาการเหตุการณ์</w:t>
            </w:r>
          </w:p>
        </w:tc>
      </w:tr>
    </w:tbl>
    <w:p w14:paraId="59515BC2" w14:textId="77777777" w:rsidR="002C6007" w:rsidRPr="00773159" w:rsidRDefault="002C6007" w:rsidP="003040CF">
      <w:pPr>
        <w:pStyle w:val="21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๓</w:t>
      </w: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. </w:t>
      </w: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ระยะเวลาในการป้องกัน</w:t>
      </w:r>
    </w:p>
    <w:p w14:paraId="2139FF97" w14:textId="49F92BDB" w:rsidR="002C6007" w:rsidRPr="00773159" w:rsidRDefault="002C6007" w:rsidP="003040CF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๑๖ พฤษภาคม ๒๕๖</w:t>
      </w:r>
      <w:r w:rsidR="003040C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๙</w:t>
      </w: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– </w:t>
      </w: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๑๕ พฤษภาคม ๒๕</w:t>
      </w:r>
      <w:r w:rsidR="003040C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๗๐</w:t>
      </w:r>
    </w:p>
    <w:p w14:paraId="490EFCBA" w14:textId="77777777" w:rsidR="002C6007" w:rsidRPr="00773159" w:rsidRDefault="002C6007" w:rsidP="003040CF">
      <w:pPr>
        <w:pStyle w:val="21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๔</w:t>
      </w: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. </w:t>
      </w: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หน่วยงาน</w:t>
      </w:r>
    </w:p>
    <w:p w14:paraId="3BF06C24" w14:textId="77777777" w:rsidR="00413068" w:rsidRPr="00AC7BFD" w:rsidRDefault="00413068" w:rsidP="00413068">
      <w:pPr>
        <w:ind w:firstLine="720"/>
        <w:rPr>
          <w:rFonts w:ascii="TH SarabunPSK" w:hAnsi="TH SarabunPSK" w:cs="TH SarabunPSK"/>
          <w:sz w:val="32"/>
          <w:szCs w:val="32"/>
        </w:rPr>
      </w:pPr>
      <w:r w:rsidRPr="00AC7BF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ร่วมกับสำนักงานเขตพื้นที่การศึกษา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ประถมศึกษามหาสารคาม เขต ๑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46747BD" w14:textId="77777777" w:rsidR="002C6007" w:rsidRPr="00773159" w:rsidRDefault="002C6007" w:rsidP="003040CF">
      <w:pPr>
        <w:pStyle w:val="21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๕</w:t>
      </w: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. </w:t>
      </w:r>
      <w:r w:rsidRPr="007731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ผู้บัญชาการเหตุการณ์</w:t>
      </w:r>
    </w:p>
    <w:p w14:paraId="5D333C29" w14:textId="77777777" w:rsidR="001B03E7" w:rsidRDefault="001B03E7" w:rsidP="001B03E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>
        <w:rPr>
          <w:rFonts w:ascii="TH SarabunPSK" w:hAnsi="TH SarabunPSK" w:cs="TH SarabunPSK" w:hint="cs"/>
          <w:sz w:val="32"/>
          <w:szCs w:val="32"/>
          <w:cs/>
        </w:rPr>
        <w:t>๐๙๐-๐๒๔-๑๐๕</w:t>
      </w:r>
    </w:p>
    <w:p w14:paraId="33EB157C" w14:textId="77777777" w:rsidR="002C6007" w:rsidRDefault="002C6007" w:rsidP="00E17A72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62206996" w14:textId="0AACBE93" w:rsidR="003040CF" w:rsidRDefault="003040CF" w:rsidP="00E17A72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2017C91F" w14:textId="0725FA60" w:rsidR="001B03E7" w:rsidRDefault="001B03E7" w:rsidP="00E17A72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5702EAD3" w14:textId="4EE52EC2" w:rsidR="001B03E7" w:rsidRDefault="001B03E7" w:rsidP="00E17A72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493FA0E4" w14:textId="74BA1F53" w:rsidR="001B03E7" w:rsidRDefault="001B03E7" w:rsidP="00E17A72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2350B2AF" w14:textId="73D36CA4" w:rsidR="001B03E7" w:rsidRDefault="001B03E7" w:rsidP="00E17A72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10FBB915" w14:textId="1BB929FC" w:rsidR="001B03E7" w:rsidRDefault="001B03E7" w:rsidP="00E17A72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298C7619" w14:textId="2547DC09" w:rsidR="001B03E7" w:rsidRDefault="001B03E7" w:rsidP="00E17A72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50D0FC91" w14:textId="17118767" w:rsidR="001B03E7" w:rsidRDefault="001B03E7" w:rsidP="00E17A72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16842A9A" w14:textId="5082882E" w:rsidR="001B03E7" w:rsidRDefault="001B03E7" w:rsidP="00E17A72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3AAF323D" w14:textId="22D9047A" w:rsidR="001B03E7" w:rsidRDefault="001B03E7" w:rsidP="00E17A72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7A8D8479" w14:textId="77777777" w:rsidR="001B03E7" w:rsidRDefault="001B03E7" w:rsidP="00E17A72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5AD30BFE" w14:textId="77777777" w:rsidR="003040CF" w:rsidRPr="005B6080" w:rsidRDefault="003040CF" w:rsidP="00E17A72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</w:p>
    <w:p w14:paraId="36C11E8F" w14:textId="19716BAA" w:rsidR="0026741D" w:rsidRPr="00540399" w:rsidRDefault="0026741D" w:rsidP="00540399">
      <w:pPr>
        <w:spacing w:before="100" w:beforeAutospacing="1" w:after="100" w:afterAutospacing="1"/>
        <w:rPr>
          <w:rFonts w:ascii="TH SarabunPSK" w:hAnsi="TH SarabunPSK" w:cs="TH SarabunPSK"/>
          <w:b/>
          <w:bCs/>
          <w:color w:val="002060"/>
          <w:sz w:val="48"/>
          <w:szCs w:val="48"/>
        </w:rPr>
      </w:pPr>
      <w:r w:rsidRPr="00540399">
        <w:rPr>
          <w:rFonts w:ascii="TH SarabunPSK" w:hAnsi="TH SarabunPSK" w:cs="TH SarabunPSK" w:hint="cs"/>
          <w:b/>
          <w:bCs/>
          <w:color w:val="002060"/>
          <w:sz w:val="48"/>
          <w:szCs w:val="48"/>
          <w:cs/>
        </w:rPr>
        <w:lastRenderedPageBreak/>
        <w:t>การกำกับติดตามและประเมินผล</w:t>
      </w:r>
    </w:p>
    <w:p w14:paraId="26E890D5" w14:textId="77777777" w:rsidR="0026741D" w:rsidRPr="008248DB" w:rsidRDefault="0026741D" w:rsidP="00461FC6">
      <w:pPr>
        <w:spacing w:before="100" w:beforeAutospacing="1" w:after="100" w:afterAutospacing="1"/>
        <w:jc w:val="thaiDistribute"/>
        <w:rPr>
          <w:rFonts w:ascii="TH SarabunPSK" w:hAnsi="TH SarabunPSK" w:cs="TH SarabunPSK"/>
          <w:color w:val="70AD47" w:themeColor="accent6"/>
          <w:sz w:val="32"/>
          <w:szCs w:val="32"/>
        </w:rPr>
      </w:pPr>
      <w:r w:rsidRPr="008248DB">
        <w:rPr>
          <w:rFonts w:ascii="TH SarabunPSK" w:hAnsi="TH SarabunPSK" w:cs="TH SarabunPSK" w:hint="cs"/>
          <w:b/>
          <w:bCs/>
          <w:color w:val="70AD47" w:themeColor="accent6"/>
          <w:sz w:val="32"/>
          <w:szCs w:val="32"/>
          <w:cs/>
        </w:rPr>
        <w:t>๑. การกำหนดตัวชี้วัด (</w:t>
      </w:r>
      <w:r w:rsidRPr="008248DB">
        <w:rPr>
          <w:rFonts w:ascii="TH SarabunPSK" w:hAnsi="TH SarabunPSK" w:cs="TH SarabunPSK" w:hint="cs"/>
          <w:b/>
          <w:bCs/>
          <w:color w:val="70AD47" w:themeColor="accent6"/>
          <w:sz w:val="32"/>
          <w:szCs w:val="32"/>
        </w:rPr>
        <w:t>Key Performance Indicators - KPIs)</w:t>
      </w:r>
    </w:p>
    <w:p w14:paraId="43090E06" w14:textId="743BFFC2" w:rsidR="0026741D" w:rsidRPr="003040CF" w:rsidRDefault="0026741D" w:rsidP="003040CF">
      <w:pPr>
        <w:spacing w:before="100" w:beforeAutospacing="1" w:after="100" w:afterAutospacing="1"/>
        <w:jc w:val="thaiDistribute"/>
        <w:rPr>
          <w:rFonts w:cs="TH SarabunPSK"/>
          <w:szCs w:val="32"/>
        </w:rPr>
      </w:pPr>
      <w:r w:rsidRPr="003040CF">
        <w:rPr>
          <w:rFonts w:cs="TH SarabunPSK" w:hint="cs"/>
          <w:b/>
          <w:bCs/>
          <w:szCs w:val="32"/>
          <w:cs/>
        </w:rPr>
        <w:t>ด้านกระบวนการ</w:t>
      </w:r>
    </w:p>
    <w:p w14:paraId="4D6BE36E" w14:textId="77777777" w:rsidR="0026741D" w:rsidRPr="0026741D" w:rsidRDefault="0026741D" w:rsidP="003E4827">
      <w:pPr>
        <w:numPr>
          <w:ilvl w:val="1"/>
          <w:numId w:val="32"/>
        </w:numPr>
        <w:spacing w:before="100" w:beforeAutospacing="1" w:after="100" w:afterAutospacing="1"/>
        <w:jc w:val="thaiDistribute"/>
        <w:rPr>
          <w:rFonts w:ascii="TH SarabunPSK" w:hAnsi="TH SarabunPSK" w:cs="TH SarabunPSK"/>
          <w:sz w:val="32"/>
          <w:szCs w:val="32"/>
        </w:rPr>
      </w:pPr>
      <w:r w:rsidRPr="0026741D">
        <w:rPr>
          <w:rFonts w:ascii="TH SarabunPSK" w:hAnsi="TH SarabunPSK" w:cs="TH SarabunPSK" w:hint="cs"/>
          <w:sz w:val="32"/>
          <w:szCs w:val="32"/>
          <w:cs/>
        </w:rPr>
        <w:t>จำนวนครั้งของการซักซ้อมแผนเผชิญเหตุ (รายภาคเรียน/ปีการศึกษา)</w:t>
      </w:r>
    </w:p>
    <w:p w14:paraId="3F00D857" w14:textId="77777777" w:rsidR="0026741D" w:rsidRPr="0026741D" w:rsidRDefault="0026741D" w:rsidP="003E4827">
      <w:pPr>
        <w:numPr>
          <w:ilvl w:val="1"/>
          <w:numId w:val="32"/>
        </w:numPr>
        <w:spacing w:before="100" w:beforeAutospacing="1" w:after="100" w:afterAutospacing="1"/>
        <w:jc w:val="thaiDistribute"/>
        <w:rPr>
          <w:rFonts w:ascii="TH SarabunPSK" w:hAnsi="TH SarabunPSK" w:cs="TH SarabunPSK"/>
          <w:sz w:val="32"/>
          <w:szCs w:val="32"/>
        </w:rPr>
      </w:pPr>
      <w:r w:rsidRPr="0026741D">
        <w:rPr>
          <w:rFonts w:ascii="TH SarabunPSK" w:hAnsi="TH SarabunPSK" w:cs="TH SarabunPSK" w:hint="cs"/>
          <w:sz w:val="32"/>
          <w:szCs w:val="32"/>
          <w:cs/>
        </w:rPr>
        <w:t>ร้อยละของบุคลากรและนักเรียนที่เข้าร่วมการซักซ้อม</w:t>
      </w:r>
    </w:p>
    <w:p w14:paraId="1E78523B" w14:textId="77777777" w:rsidR="0026741D" w:rsidRPr="0026741D" w:rsidRDefault="0026741D" w:rsidP="003E4827">
      <w:pPr>
        <w:numPr>
          <w:ilvl w:val="1"/>
          <w:numId w:val="32"/>
        </w:numPr>
        <w:spacing w:before="100" w:beforeAutospacing="1" w:after="100" w:afterAutospacing="1"/>
        <w:jc w:val="thaiDistribute"/>
        <w:rPr>
          <w:rFonts w:ascii="TH SarabunPSK" w:hAnsi="TH SarabunPSK" w:cs="TH SarabunPSK"/>
          <w:sz w:val="32"/>
          <w:szCs w:val="32"/>
        </w:rPr>
      </w:pPr>
      <w:r w:rsidRPr="0026741D">
        <w:rPr>
          <w:rFonts w:ascii="TH SarabunPSK" w:hAnsi="TH SarabunPSK" w:cs="TH SarabunPSK" w:hint="cs"/>
          <w:sz w:val="32"/>
          <w:szCs w:val="32"/>
          <w:cs/>
        </w:rPr>
        <w:t>ระยะเวลาที่ใช้ในการตอบสนองต่อสถานการณ์จำลอง (เช่น การอพยพ)</w:t>
      </w:r>
    </w:p>
    <w:p w14:paraId="08F765FF" w14:textId="77777777" w:rsidR="0026741D" w:rsidRPr="0026741D" w:rsidRDefault="0026741D" w:rsidP="003E4827">
      <w:pPr>
        <w:numPr>
          <w:ilvl w:val="1"/>
          <w:numId w:val="32"/>
        </w:numPr>
        <w:spacing w:before="100" w:beforeAutospacing="1" w:after="100" w:afterAutospacing="1"/>
        <w:jc w:val="thaiDistribute"/>
        <w:rPr>
          <w:rFonts w:ascii="TH SarabunPSK" w:hAnsi="TH SarabunPSK" w:cs="TH SarabunPSK"/>
          <w:sz w:val="32"/>
          <w:szCs w:val="32"/>
        </w:rPr>
      </w:pPr>
      <w:r w:rsidRPr="0026741D">
        <w:rPr>
          <w:rFonts w:ascii="TH SarabunPSK" w:hAnsi="TH SarabunPSK" w:cs="TH SarabunPSK" w:hint="cs"/>
          <w:sz w:val="32"/>
          <w:szCs w:val="32"/>
          <w:cs/>
        </w:rPr>
        <w:t>ความครอบคลุมของการสื่อสารในสถานการณ์ฉุกเฉิน (เช่น การแจ้งเตือน)</w:t>
      </w:r>
    </w:p>
    <w:p w14:paraId="1610A2D5" w14:textId="77777777" w:rsidR="0026741D" w:rsidRPr="0026741D" w:rsidRDefault="0026741D" w:rsidP="003E4827">
      <w:pPr>
        <w:numPr>
          <w:ilvl w:val="1"/>
          <w:numId w:val="32"/>
        </w:numPr>
        <w:spacing w:before="100" w:beforeAutospacing="1" w:after="100" w:afterAutospacing="1"/>
        <w:jc w:val="thaiDistribute"/>
        <w:rPr>
          <w:rFonts w:ascii="TH SarabunPSK" w:hAnsi="TH SarabunPSK" w:cs="TH SarabunPSK"/>
          <w:sz w:val="32"/>
          <w:szCs w:val="32"/>
        </w:rPr>
      </w:pPr>
      <w:r w:rsidRPr="0026741D">
        <w:rPr>
          <w:rFonts w:ascii="TH SarabunPSK" w:hAnsi="TH SarabunPSK" w:cs="TH SarabunPSK" w:hint="cs"/>
          <w:sz w:val="32"/>
          <w:szCs w:val="32"/>
          <w:cs/>
        </w:rPr>
        <w:t>จำนวนครั้งของการทบทวนและปรับปรุงแผนเผชิญเหตุ</w:t>
      </w:r>
    </w:p>
    <w:p w14:paraId="17438BE4" w14:textId="08153FA0" w:rsidR="0026741D" w:rsidRPr="0026741D" w:rsidRDefault="0026741D" w:rsidP="003040CF">
      <w:pPr>
        <w:spacing w:before="100" w:beforeAutospacing="1" w:after="100" w:afterAutospacing="1"/>
        <w:jc w:val="thaiDistribute"/>
        <w:rPr>
          <w:rFonts w:ascii="TH SarabunPSK" w:hAnsi="TH SarabunPSK" w:cs="TH SarabunPSK"/>
          <w:sz w:val="32"/>
          <w:szCs w:val="32"/>
        </w:rPr>
      </w:pPr>
      <w:r w:rsidRPr="0026741D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ด้านผลลัพธ์</w:t>
      </w:r>
    </w:p>
    <w:p w14:paraId="155A5A62" w14:textId="77777777" w:rsidR="0026741D" w:rsidRPr="0026741D" w:rsidRDefault="0026741D" w:rsidP="003E4827">
      <w:pPr>
        <w:numPr>
          <w:ilvl w:val="1"/>
          <w:numId w:val="1"/>
        </w:numPr>
        <w:spacing w:before="100" w:beforeAutospacing="1" w:after="100" w:afterAutospacing="1"/>
        <w:jc w:val="thaiDistribute"/>
        <w:rPr>
          <w:rFonts w:ascii="TH SarabunPSK" w:hAnsi="TH SarabunPSK" w:cs="TH SarabunPSK"/>
          <w:sz w:val="32"/>
          <w:szCs w:val="32"/>
        </w:rPr>
      </w:pPr>
      <w:r w:rsidRPr="0026741D">
        <w:rPr>
          <w:rFonts w:ascii="TH SarabunPSK" w:hAnsi="TH SarabunPSK" w:cs="TH SarabunPSK" w:hint="cs"/>
          <w:sz w:val="32"/>
          <w:szCs w:val="32"/>
          <w:cs/>
        </w:rPr>
        <w:t>ระดับความรู้และความเข้าใจของบุคลากรและนักเรียนเกี่ยวกับแผนเผชิญเหตุ (จากการสำรวจ/แบบทดสอบ)</w:t>
      </w:r>
    </w:p>
    <w:p w14:paraId="464A300D" w14:textId="77777777" w:rsidR="0026741D" w:rsidRPr="0026741D" w:rsidRDefault="0026741D" w:rsidP="003E4827">
      <w:pPr>
        <w:numPr>
          <w:ilvl w:val="1"/>
          <w:numId w:val="1"/>
        </w:numPr>
        <w:spacing w:before="100" w:beforeAutospacing="1" w:after="100" w:afterAutospacing="1"/>
        <w:jc w:val="thaiDistribute"/>
        <w:rPr>
          <w:rFonts w:ascii="TH SarabunPSK" w:hAnsi="TH SarabunPSK" w:cs="TH SarabunPSK"/>
          <w:sz w:val="32"/>
          <w:szCs w:val="32"/>
        </w:rPr>
      </w:pPr>
      <w:r w:rsidRPr="0026741D">
        <w:rPr>
          <w:rFonts w:ascii="TH SarabunPSK" w:hAnsi="TH SarabunPSK" w:cs="TH SarabunPSK" w:hint="cs"/>
          <w:sz w:val="32"/>
          <w:szCs w:val="32"/>
          <w:cs/>
        </w:rPr>
        <w:t>ความพึงพอใจของบุคลากรและนักเรียนต่อกระบวนการจัดการความปลอดภัยและแผนเผชิญเหตุ (จากการสำรวจ)</w:t>
      </w:r>
    </w:p>
    <w:p w14:paraId="27224362" w14:textId="77777777" w:rsidR="0026741D" w:rsidRPr="0026741D" w:rsidRDefault="0026741D" w:rsidP="003E4827">
      <w:pPr>
        <w:numPr>
          <w:ilvl w:val="1"/>
          <w:numId w:val="1"/>
        </w:numPr>
        <w:spacing w:before="100" w:beforeAutospacing="1" w:after="100" w:afterAutospacing="1"/>
        <w:jc w:val="thaiDistribute"/>
        <w:rPr>
          <w:rFonts w:ascii="TH SarabunPSK" w:hAnsi="TH SarabunPSK" w:cs="TH SarabunPSK"/>
          <w:sz w:val="32"/>
          <w:szCs w:val="32"/>
        </w:rPr>
      </w:pPr>
      <w:r w:rsidRPr="0026741D">
        <w:rPr>
          <w:rFonts w:ascii="TH SarabunPSK" w:hAnsi="TH SarabunPSK" w:cs="TH SarabunPSK" w:hint="cs"/>
          <w:sz w:val="32"/>
          <w:szCs w:val="32"/>
          <w:cs/>
        </w:rPr>
        <w:t>จำนวนอุบัติการณ์/เหตุการณ์ไม่พึงประสงค์ที่เกิดขึ้นในสถานศึกษา (ก่อนและหลังการใช้แผน)</w:t>
      </w:r>
    </w:p>
    <w:p w14:paraId="687FC637" w14:textId="77777777" w:rsidR="0026741D" w:rsidRPr="0026741D" w:rsidRDefault="0026741D" w:rsidP="003E4827">
      <w:pPr>
        <w:numPr>
          <w:ilvl w:val="1"/>
          <w:numId w:val="1"/>
        </w:numPr>
        <w:spacing w:before="100" w:beforeAutospacing="1" w:after="100" w:afterAutospacing="1"/>
        <w:jc w:val="thaiDistribute"/>
        <w:rPr>
          <w:rFonts w:ascii="TH SarabunPSK" w:hAnsi="TH SarabunPSK" w:cs="TH SarabunPSK"/>
          <w:sz w:val="32"/>
          <w:szCs w:val="32"/>
        </w:rPr>
      </w:pPr>
      <w:r w:rsidRPr="0026741D">
        <w:rPr>
          <w:rFonts w:ascii="TH SarabunPSK" w:hAnsi="TH SarabunPSK" w:cs="TH SarabunPSK" w:hint="cs"/>
          <w:sz w:val="32"/>
          <w:szCs w:val="32"/>
          <w:cs/>
        </w:rPr>
        <w:t>ระดับความเสียหายต่อทรัพย์สินและผลกระทบต่อบุคคลในกรณีเกิดเหตุการณ์จริง (ถ้ามี)</w:t>
      </w:r>
    </w:p>
    <w:p w14:paraId="08E40DFE" w14:textId="77777777" w:rsidR="0026741D" w:rsidRPr="0026741D" w:rsidRDefault="0026741D" w:rsidP="003E4827">
      <w:pPr>
        <w:numPr>
          <w:ilvl w:val="1"/>
          <w:numId w:val="1"/>
        </w:numPr>
        <w:spacing w:before="100" w:beforeAutospacing="1" w:after="100" w:afterAutospacing="1"/>
        <w:jc w:val="thaiDistribute"/>
        <w:rPr>
          <w:rFonts w:ascii="TH SarabunPSK" w:hAnsi="TH SarabunPSK" w:cs="TH SarabunPSK"/>
          <w:sz w:val="32"/>
          <w:szCs w:val="32"/>
        </w:rPr>
      </w:pPr>
      <w:r w:rsidRPr="0026741D">
        <w:rPr>
          <w:rFonts w:ascii="TH SarabunPSK" w:hAnsi="TH SarabunPSK" w:cs="TH SarabunPSK" w:hint="cs"/>
          <w:sz w:val="32"/>
          <w:szCs w:val="32"/>
          <w:cs/>
        </w:rPr>
        <w:t>ข้อเสนอแนะจากการประเมินหลังการเกิดเหตุการณ์ (ถ้ามี)</w:t>
      </w:r>
    </w:p>
    <w:p w14:paraId="2FF96CDE" w14:textId="77777777" w:rsidR="0026741D" w:rsidRPr="008248DB" w:rsidRDefault="0026741D" w:rsidP="00461FC6">
      <w:pPr>
        <w:spacing w:before="100" w:beforeAutospacing="1" w:after="100" w:afterAutospacing="1"/>
        <w:jc w:val="thaiDistribute"/>
        <w:rPr>
          <w:rFonts w:ascii="TH SarabunPSK" w:hAnsi="TH SarabunPSK" w:cs="TH SarabunPSK"/>
          <w:color w:val="70AD47" w:themeColor="accent6"/>
          <w:sz w:val="32"/>
          <w:szCs w:val="32"/>
        </w:rPr>
      </w:pPr>
      <w:r w:rsidRPr="008248DB">
        <w:rPr>
          <w:rFonts w:ascii="TH SarabunPSK" w:hAnsi="TH SarabunPSK" w:cs="TH SarabunPSK" w:hint="cs"/>
          <w:b/>
          <w:bCs/>
          <w:color w:val="70AD47" w:themeColor="accent6"/>
          <w:sz w:val="32"/>
          <w:szCs w:val="32"/>
          <w:cs/>
        </w:rPr>
        <w:t>๒. กลไกการกำกับติดตาม</w:t>
      </w:r>
    </w:p>
    <w:p w14:paraId="0ED23ED8" w14:textId="6135D4B0" w:rsidR="0026741D" w:rsidRPr="0026741D" w:rsidRDefault="0026741D" w:rsidP="001B03E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6741D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การติดตามอย่างสม่ำเสมอ</w:t>
      </w:r>
    </w:p>
    <w:p w14:paraId="32C18ECE" w14:textId="77777777" w:rsidR="0026741D" w:rsidRPr="0026741D" w:rsidRDefault="0026741D" w:rsidP="001B03E7">
      <w:pPr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26741D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การประชุมคณะกรรมการความปลอดภัย:</w:t>
      </w:r>
      <w:r w:rsidRPr="0026741D">
        <w:rPr>
          <w:rFonts w:ascii="TH SarabunPSK" w:hAnsi="TH SarabunPSK" w:cs="TH SarabunPSK" w:hint="cs"/>
          <w:sz w:val="32"/>
          <w:szCs w:val="32"/>
        </w:rPr>
        <w:t xml:space="preserve"> </w:t>
      </w:r>
      <w:r w:rsidRPr="0026741D">
        <w:rPr>
          <w:rFonts w:ascii="TH SarabunPSK" w:hAnsi="TH SarabunPSK" w:cs="TH SarabunPSK" w:hint="cs"/>
          <w:sz w:val="32"/>
          <w:szCs w:val="32"/>
          <w:cs/>
        </w:rPr>
        <w:t>จัดประชุมเป็นประจำเพื่อติดตามความคืบหน้าของการดำเนินงานตามแผน การซักซ้อม และการปรับปรุง</w:t>
      </w:r>
    </w:p>
    <w:p w14:paraId="4690405D" w14:textId="77777777" w:rsidR="0026741D" w:rsidRPr="0026741D" w:rsidRDefault="0026741D" w:rsidP="001B03E7">
      <w:pPr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26741D">
        <w:rPr>
          <w:rFonts w:ascii="TH SarabunPSK" w:hAnsi="TH SarabunPSK" w:cs="TH SarabunPSK" w:hint="cs"/>
          <w:b/>
          <w:bCs/>
          <w:sz w:val="32"/>
          <w:szCs w:val="32"/>
          <w:cs/>
        </w:rPr>
        <w:t>การรายงาน:</w:t>
      </w:r>
      <w:r w:rsidRPr="0026741D">
        <w:rPr>
          <w:rFonts w:ascii="TH SarabunPSK" w:hAnsi="TH SarabunPSK" w:cs="TH SarabunPSK" w:hint="cs"/>
          <w:sz w:val="32"/>
          <w:szCs w:val="32"/>
        </w:rPr>
        <w:t xml:space="preserve"> </w:t>
      </w:r>
      <w:r w:rsidRPr="0026741D">
        <w:rPr>
          <w:rFonts w:ascii="TH SarabunPSK" w:hAnsi="TH SarabunPSK" w:cs="TH SarabunPSK" w:hint="cs"/>
          <w:sz w:val="32"/>
          <w:szCs w:val="32"/>
          <w:cs/>
        </w:rPr>
        <w:t>กำหนดให้มีระบบการรายงานผลการดำเนินงานตามแผนเป็นระยะ (เช่น รายเดือน รายภาคเรียน) จากหน่วยงาน/บุคคลที่รับผิดชอบ</w:t>
      </w:r>
    </w:p>
    <w:p w14:paraId="4D6A1604" w14:textId="77777777" w:rsidR="003040CF" w:rsidRDefault="0026741D" w:rsidP="001B03E7">
      <w:pPr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26741D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การตรวจตราและสังเกตการณ์:</w:t>
      </w:r>
      <w:r w:rsidRPr="0026741D">
        <w:rPr>
          <w:rFonts w:ascii="TH SarabunPSK" w:hAnsi="TH SarabunPSK" w:cs="TH SarabunPSK" w:hint="cs"/>
          <w:sz w:val="32"/>
          <w:szCs w:val="32"/>
        </w:rPr>
        <w:t xml:space="preserve"> </w:t>
      </w:r>
      <w:r w:rsidRPr="0026741D">
        <w:rPr>
          <w:rFonts w:ascii="TH SarabunPSK" w:hAnsi="TH SarabunPSK" w:cs="TH SarabunPSK" w:hint="cs"/>
          <w:sz w:val="32"/>
          <w:szCs w:val="32"/>
          <w:cs/>
        </w:rPr>
        <w:t>คณะกรรมการความปลอดภัยหรือผู้ที่ได้รับมอบหมายอาจมีการตรวจตราสภาพแวดล้อมและความพร้อมของอุปกรณ์ความปลอดภัยอย่างสม่ำเสมอ</w:t>
      </w:r>
    </w:p>
    <w:p w14:paraId="14C20A98" w14:textId="5BE72457" w:rsidR="0026741D" w:rsidRPr="003040CF" w:rsidRDefault="0026741D" w:rsidP="001B03E7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3040CF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การติดตามเมื่อเกิดเหตุการณ์</w:t>
      </w:r>
      <w:r w:rsidRPr="003040CF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731D163F" w14:textId="30CCEFB4" w:rsidR="0026741D" w:rsidRPr="003040CF" w:rsidRDefault="0026741D" w:rsidP="001B03E7">
      <w:pPr>
        <w:pStyle w:val="af1"/>
        <w:numPr>
          <w:ilvl w:val="0"/>
          <w:numId w:val="33"/>
        </w:numPr>
        <w:spacing w:after="0"/>
        <w:jc w:val="thaiDistribute"/>
        <w:rPr>
          <w:rFonts w:cs="TH SarabunPSK"/>
          <w:szCs w:val="32"/>
        </w:rPr>
      </w:pPr>
      <w:r w:rsidRPr="003040CF">
        <w:rPr>
          <w:rFonts w:cs="TH SarabunPSK" w:hint="cs"/>
          <w:b/>
          <w:bCs/>
          <w:szCs w:val="32"/>
          <w:cs/>
          <w:lang w:bidi="th-TH"/>
        </w:rPr>
        <w:t>การบันทึกเหตุการณ์</w:t>
      </w:r>
      <w:r w:rsidRPr="003040CF">
        <w:rPr>
          <w:rFonts w:cs="TH SarabunPSK" w:hint="cs"/>
          <w:szCs w:val="32"/>
        </w:rPr>
        <w:t xml:space="preserve"> </w:t>
      </w:r>
      <w:r w:rsidRPr="003040CF">
        <w:rPr>
          <w:rFonts w:cs="TH SarabunPSK" w:hint="cs"/>
          <w:szCs w:val="32"/>
          <w:cs/>
          <w:lang w:bidi="th-TH"/>
        </w:rPr>
        <w:t xml:space="preserve">มีระบบการบันทึกรายละเอียดของเหตุการณ์ที่เกิดขึ้น </w:t>
      </w:r>
      <w:r w:rsidRPr="003040CF">
        <w:rPr>
          <w:rFonts w:cs="TH SarabunPSK" w:hint="cs"/>
          <w:szCs w:val="32"/>
          <w:rtl/>
          <w:cs/>
        </w:rPr>
        <w:t>(</w:t>
      </w:r>
      <w:r w:rsidRPr="003040CF">
        <w:rPr>
          <w:rFonts w:cs="TH SarabunPSK" w:hint="cs"/>
          <w:szCs w:val="32"/>
          <w:rtl/>
          <w:cs/>
          <w:lang w:bidi="th-TH"/>
        </w:rPr>
        <w:t>วัน เวลา สถานที่ ผู้เกี่ยวข้อง ลักษณะเหตุการณ์ การตอบสนองเบื้องต้น</w:t>
      </w:r>
      <w:r w:rsidRPr="003040CF">
        <w:rPr>
          <w:rFonts w:cs="TH SarabunPSK" w:hint="cs"/>
          <w:szCs w:val="32"/>
          <w:rtl/>
          <w:cs/>
        </w:rPr>
        <w:t>)</w:t>
      </w:r>
    </w:p>
    <w:p w14:paraId="3DEB7575" w14:textId="097A804D" w:rsidR="0026741D" w:rsidRPr="003040CF" w:rsidRDefault="0026741D" w:rsidP="001B03E7">
      <w:pPr>
        <w:pStyle w:val="af1"/>
        <w:numPr>
          <w:ilvl w:val="0"/>
          <w:numId w:val="33"/>
        </w:numPr>
        <w:spacing w:after="0"/>
        <w:jc w:val="thaiDistribute"/>
        <w:rPr>
          <w:rFonts w:cs="TH SarabunPSK"/>
          <w:szCs w:val="32"/>
        </w:rPr>
      </w:pPr>
      <w:r w:rsidRPr="003040CF">
        <w:rPr>
          <w:rFonts w:cs="TH SarabunPSK" w:hint="cs"/>
          <w:b/>
          <w:bCs/>
          <w:szCs w:val="32"/>
          <w:cs/>
          <w:lang w:bidi="th-TH"/>
        </w:rPr>
        <w:t>การสอบสวนและวิเคราะ</w:t>
      </w:r>
      <w:r w:rsidR="003040CF">
        <w:rPr>
          <w:rFonts w:cs="TH SarabunPSK" w:hint="cs"/>
          <w:b/>
          <w:bCs/>
          <w:szCs w:val="32"/>
          <w:cs/>
          <w:lang w:bidi="th-TH"/>
        </w:rPr>
        <w:t>ห์</w:t>
      </w:r>
      <w:r w:rsidRPr="003040CF">
        <w:rPr>
          <w:rFonts w:cs="TH SarabunPSK" w:hint="cs"/>
          <w:szCs w:val="32"/>
        </w:rPr>
        <w:t xml:space="preserve"> </w:t>
      </w:r>
      <w:r w:rsidRPr="003040CF">
        <w:rPr>
          <w:rFonts w:cs="TH SarabunPSK" w:hint="cs"/>
          <w:szCs w:val="32"/>
          <w:cs/>
          <w:lang w:bidi="th-TH"/>
        </w:rPr>
        <w:t>ดำเนินการสอบสวนและวิเคราะห์สาเหตุของเหตุการณ์ เพื่อนำไปปรับปรุงมาตรการและแผนเผชิญเหตุ</w:t>
      </w:r>
    </w:p>
    <w:p w14:paraId="0D05EC0A" w14:textId="3B98D188" w:rsidR="0026741D" w:rsidRPr="003040CF" w:rsidRDefault="0026741D" w:rsidP="003E4827">
      <w:pPr>
        <w:pStyle w:val="af1"/>
        <w:numPr>
          <w:ilvl w:val="0"/>
          <w:numId w:val="33"/>
        </w:numPr>
        <w:spacing w:before="100" w:beforeAutospacing="1" w:after="100" w:afterAutospacing="1"/>
        <w:jc w:val="thaiDistribute"/>
        <w:rPr>
          <w:rFonts w:cs="TH SarabunPSK"/>
          <w:szCs w:val="32"/>
        </w:rPr>
      </w:pPr>
      <w:r w:rsidRPr="003040CF">
        <w:rPr>
          <w:rFonts w:cs="TH SarabunPSK" w:hint="cs"/>
          <w:b/>
          <w:bCs/>
          <w:szCs w:val="32"/>
          <w:cs/>
          <w:lang w:bidi="th-TH"/>
        </w:rPr>
        <w:lastRenderedPageBreak/>
        <w:t>การประเมินผลกระทบ</w:t>
      </w:r>
      <w:r w:rsidRPr="003040CF">
        <w:rPr>
          <w:rFonts w:cs="TH SarabunPSK" w:hint="cs"/>
          <w:szCs w:val="32"/>
        </w:rPr>
        <w:t xml:space="preserve"> </w:t>
      </w:r>
      <w:r w:rsidRPr="003040CF">
        <w:rPr>
          <w:rFonts w:cs="TH SarabunPSK" w:hint="cs"/>
          <w:szCs w:val="32"/>
          <w:cs/>
          <w:lang w:bidi="th-TH"/>
        </w:rPr>
        <w:t>ประเมินผลกระทบที่เกิดขึ้นจากเหตุการณ์ ทั้งต่อบุคคล ทรัพย์สิน และสภาพจิตใจ</w:t>
      </w:r>
    </w:p>
    <w:p w14:paraId="373CE9A4" w14:textId="77777777" w:rsidR="0026741D" w:rsidRPr="008248DB" w:rsidRDefault="0026741D" w:rsidP="00461FC6">
      <w:pPr>
        <w:spacing w:before="100" w:beforeAutospacing="1" w:after="100" w:afterAutospacing="1"/>
        <w:jc w:val="thaiDistribute"/>
        <w:rPr>
          <w:rFonts w:ascii="TH SarabunPSK" w:hAnsi="TH SarabunPSK" w:cs="TH SarabunPSK"/>
          <w:color w:val="70AD47" w:themeColor="accent6"/>
          <w:sz w:val="32"/>
          <w:szCs w:val="32"/>
        </w:rPr>
      </w:pPr>
      <w:r w:rsidRPr="008248DB">
        <w:rPr>
          <w:rFonts w:ascii="TH SarabunPSK" w:hAnsi="TH SarabunPSK" w:cs="TH SarabunPSK" w:hint="cs"/>
          <w:b/>
          <w:bCs/>
          <w:color w:val="70AD47" w:themeColor="accent6"/>
          <w:sz w:val="32"/>
          <w:szCs w:val="32"/>
          <w:cs/>
        </w:rPr>
        <w:t>๓. วิธีการประเมินผล</w:t>
      </w:r>
    </w:p>
    <w:p w14:paraId="36DC0049" w14:textId="30B81F2E" w:rsidR="0026741D" w:rsidRPr="0026741D" w:rsidRDefault="0026741D" w:rsidP="003E4827">
      <w:pPr>
        <w:numPr>
          <w:ilvl w:val="0"/>
          <w:numId w:val="3"/>
        </w:numPr>
        <w:spacing w:before="100" w:beforeAutospacing="1" w:after="100" w:afterAutospacing="1"/>
        <w:jc w:val="thaiDistribute"/>
        <w:rPr>
          <w:rFonts w:ascii="TH SarabunPSK" w:hAnsi="TH SarabunPSK" w:cs="TH SarabunPSK"/>
          <w:sz w:val="32"/>
          <w:szCs w:val="32"/>
        </w:rPr>
      </w:pPr>
      <w:r w:rsidRPr="0026741D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การประเมินตนเอง</w:t>
      </w:r>
      <w:r w:rsidRPr="0026741D">
        <w:rPr>
          <w:rFonts w:ascii="TH SarabunPSK" w:hAnsi="TH SarabunPSK" w:cs="TH SarabunPSK" w:hint="cs"/>
          <w:sz w:val="32"/>
          <w:szCs w:val="32"/>
        </w:rPr>
        <w:t xml:space="preserve"> </w:t>
      </w:r>
      <w:r w:rsidRPr="0026741D">
        <w:rPr>
          <w:rFonts w:ascii="TH SarabunPSK" w:hAnsi="TH SarabunPSK" w:cs="TH SarabunPSK" w:hint="cs"/>
          <w:sz w:val="32"/>
          <w:szCs w:val="32"/>
          <w:cs/>
        </w:rPr>
        <w:t>ให้หน่วยงาน/บุคลากรที่เกี่ยวข้องประเมินผลการดำเนินงานตามหน้าที่ความรับผิดชอบของตนเอง</w:t>
      </w:r>
    </w:p>
    <w:p w14:paraId="3103C3D7" w14:textId="04905922" w:rsidR="0026741D" w:rsidRPr="0026741D" w:rsidRDefault="0026741D" w:rsidP="003E4827">
      <w:pPr>
        <w:numPr>
          <w:ilvl w:val="0"/>
          <w:numId w:val="3"/>
        </w:numPr>
        <w:spacing w:before="100" w:beforeAutospacing="1" w:after="100" w:afterAutospacing="1"/>
        <w:jc w:val="thaiDistribute"/>
        <w:rPr>
          <w:rFonts w:ascii="TH SarabunPSK" w:hAnsi="TH SarabunPSK" w:cs="TH SarabunPSK"/>
          <w:sz w:val="32"/>
          <w:szCs w:val="32"/>
        </w:rPr>
      </w:pPr>
      <w:r w:rsidRPr="0026741D">
        <w:rPr>
          <w:rFonts w:ascii="TH SarabunPSK" w:hAnsi="TH SarabunPSK" w:cs="TH SarabunPSK" w:hint="cs"/>
          <w:b/>
          <w:bCs/>
          <w:sz w:val="32"/>
          <w:szCs w:val="32"/>
          <w:cs/>
        </w:rPr>
        <w:t>การสำรวจความคิดเห็น</w:t>
      </w:r>
      <w:r w:rsidRPr="0026741D">
        <w:rPr>
          <w:rFonts w:ascii="TH SarabunPSK" w:hAnsi="TH SarabunPSK" w:cs="TH SarabunPSK" w:hint="cs"/>
          <w:sz w:val="32"/>
          <w:szCs w:val="32"/>
        </w:rPr>
        <w:t xml:space="preserve"> </w:t>
      </w:r>
      <w:r w:rsidRPr="0026741D">
        <w:rPr>
          <w:rFonts w:ascii="TH SarabunPSK" w:hAnsi="TH SarabunPSK" w:cs="TH SarabunPSK" w:hint="cs"/>
          <w:sz w:val="32"/>
          <w:szCs w:val="32"/>
          <w:cs/>
        </w:rPr>
        <w:t>จัดทำแบบสำรวจความคิดเห็นของบุคลากร นักเรียน และผู้ปกครอง เกี่ยวกับความรู้ความเข้าใจ ความมั่นใจ และความพึงพอใจต่อระบบความปลอดภัยและแผนเผชิญเหตุ</w:t>
      </w:r>
    </w:p>
    <w:p w14:paraId="787CE858" w14:textId="2290F989" w:rsidR="0026741D" w:rsidRPr="0026741D" w:rsidRDefault="0026741D" w:rsidP="003E4827">
      <w:pPr>
        <w:numPr>
          <w:ilvl w:val="0"/>
          <w:numId w:val="3"/>
        </w:numPr>
        <w:spacing w:before="100" w:beforeAutospacing="1" w:after="100" w:afterAutospacing="1"/>
        <w:jc w:val="thaiDistribute"/>
        <w:rPr>
          <w:rFonts w:ascii="TH SarabunPSK" w:hAnsi="TH SarabunPSK" w:cs="TH SarabunPSK"/>
          <w:sz w:val="32"/>
          <w:szCs w:val="32"/>
        </w:rPr>
      </w:pPr>
      <w:r w:rsidRPr="0026741D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การประเมินโดยผู้เชี่ยวชาญภายนอก</w:t>
      </w:r>
      <w:r w:rsidRPr="0026741D">
        <w:rPr>
          <w:rFonts w:ascii="TH SarabunPSK" w:hAnsi="TH SarabunPSK" w:cs="TH SarabunPSK" w:hint="cs"/>
          <w:sz w:val="32"/>
          <w:szCs w:val="32"/>
        </w:rPr>
        <w:t xml:space="preserve"> </w:t>
      </w:r>
      <w:r w:rsidRPr="0026741D">
        <w:rPr>
          <w:rFonts w:ascii="TH SarabunPSK" w:hAnsi="TH SarabunPSK" w:cs="TH SarabunPSK" w:hint="cs"/>
          <w:sz w:val="32"/>
          <w:szCs w:val="32"/>
          <w:cs/>
        </w:rPr>
        <w:t>พิจารณาเชิญผู้เชี่ยวชาญด้านความปลอดภัยจากภายนอกมาประเมินแผนและกระบวนการปฏิบัติจริง เพื่อให้ได้มุมมองที่เป็นกลางและข้อเสนอแนะที่เป็นประโยชน์</w:t>
      </w:r>
    </w:p>
    <w:p w14:paraId="6AEA5E9E" w14:textId="2EC1BDBC" w:rsidR="0026741D" w:rsidRPr="0026741D" w:rsidRDefault="0026741D" w:rsidP="003E4827">
      <w:pPr>
        <w:numPr>
          <w:ilvl w:val="0"/>
          <w:numId w:val="3"/>
        </w:numPr>
        <w:spacing w:before="100" w:beforeAutospacing="1" w:after="100" w:afterAutospacing="1"/>
        <w:jc w:val="thaiDistribute"/>
        <w:rPr>
          <w:rFonts w:ascii="TH SarabunPSK" w:hAnsi="TH SarabunPSK" w:cs="TH SarabunPSK"/>
          <w:sz w:val="32"/>
          <w:szCs w:val="32"/>
        </w:rPr>
      </w:pPr>
      <w:r w:rsidRPr="0026741D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การวิเคราะห์ข้อมูล</w:t>
      </w:r>
      <w:r w:rsidRPr="0026741D">
        <w:rPr>
          <w:rFonts w:ascii="TH SarabunPSK" w:hAnsi="TH SarabunPSK" w:cs="TH SarabunPSK" w:hint="cs"/>
          <w:sz w:val="32"/>
          <w:szCs w:val="32"/>
        </w:rPr>
        <w:t xml:space="preserve"> </w:t>
      </w:r>
      <w:r w:rsidRPr="0026741D">
        <w:rPr>
          <w:rFonts w:ascii="TH SarabunPSK" w:hAnsi="TH SarabunPSK" w:cs="TH SarabunPSK" w:hint="cs"/>
          <w:sz w:val="32"/>
          <w:szCs w:val="32"/>
          <w:cs/>
        </w:rPr>
        <w:t>รวบรวมและวิเคราะห์ข้อมูลที่ได้จากการติดตาม (เช่น สถิติการเข้าร่วมการซักซ้อม ระยะเวลาตอบสนอง อุบัติการณ์) เพื่อประเมินแนวโน้มและประสิทธิภาพของแผน</w:t>
      </w:r>
    </w:p>
    <w:p w14:paraId="3C3CCDE8" w14:textId="1B3C4955" w:rsidR="0026741D" w:rsidRPr="0026741D" w:rsidRDefault="0026741D" w:rsidP="003E4827">
      <w:pPr>
        <w:numPr>
          <w:ilvl w:val="0"/>
          <w:numId w:val="3"/>
        </w:numPr>
        <w:spacing w:before="100" w:beforeAutospacing="1" w:after="100" w:afterAutospacing="1"/>
        <w:jc w:val="thaiDistribute"/>
        <w:rPr>
          <w:rFonts w:ascii="TH SarabunPSK" w:hAnsi="TH SarabunPSK" w:cs="TH SarabunPSK"/>
          <w:sz w:val="32"/>
          <w:szCs w:val="32"/>
        </w:rPr>
      </w:pPr>
      <w:r w:rsidRPr="0026741D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การประเมินหลังการซักซ้อม</w:t>
      </w:r>
      <w:r w:rsidR="003040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6741D">
        <w:rPr>
          <w:rFonts w:ascii="TH SarabunPSK" w:hAnsi="TH SarabunPSK" w:cs="TH SarabunPSK" w:hint="cs"/>
          <w:sz w:val="32"/>
          <w:szCs w:val="32"/>
          <w:cs/>
        </w:rPr>
        <w:t>หลังการซักซ้อมแต่ละครั้ง ควรมีการประเมินผลการซักซ้อม โดยพิจารณาจากจุดแข็ง จุดอ่อน และข้อเสนอแนะเพื่อการปรับปรุง</w:t>
      </w:r>
    </w:p>
    <w:p w14:paraId="03B41686" w14:textId="72D5F98C" w:rsidR="0026741D" w:rsidRPr="0026741D" w:rsidRDefault="0026741D" w:rsidP="003E4827">
      <w:pPr>
        <w:numPr>
          <w:ilvl w:val="0"/>
          <w:numId w:val="3"/>
        </w:numPr>
        <w:spacing w:before="100" w:beforeAutospacing="1" w:after="100" w:afterAutospacing="1"/>
        <w:jc w:val="thaiDistribute"/>
        <w:rPr>
          <w:rFonts w:ascii="TH SarabunPSK" w:hAnsi="TH SarabunPSK" w:cs="TH SarabunPSK"/>
          <w:sz w:val="32"/>
          <w:szCs w:val="32"/>
        </w:rPr>
      </w:pPr>
      <w:r w:rsidRPr="0026741D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การประเมินหลังเกิดเหตุการณ์จริง</w:t>
      </w:r>
      <w:r w:rsidRPr="0026741D">
        <w:rPr>
          <w:rFonts w:ascii="TH SarabunPSK" w:hAnsi="TH SarabunPSK" w:cs="TH SarabunPSK" w:hint="cs"/>
          <w:sz w:val="32"/>
          <w:szCs w:val="32"/>
        </w:rPr>
        <w:t xml:space="preserve"> </w:t>
      </w:r>
      <w:r w:rsidRPr="0026741D">
        <w:rPr>
          <w:rFonts w:ascii="TH SarabunPSK" w:hAnsi="TH SarabunPSK" w:cs="TH SarabunPSK" w:hint="cs"/>
          <w:sz w:val="32"/>
          <w:szCs w:val="32"/>
          <w:cs/>
        </w:rPr>
        <w:t>หากเกิดเหตุการณ์จริง การประเมินผลการปฏิบัติตามแผนเผชิญเหตุเป็นสิ่งสำคัญอย่างยิ่ง เพื่อระบุสิ่งที่ทำได้ดีและสิ่งที่ต้องปรับปรุง</w:t>
      </w:r>
    </w:p>
    <w:p w14:paraId="2ED0D2F8" w14:textId="77777777" w:rsidR="0026741D" w:rsidRPr="008248DB" w:rsidRDefault="0026741D" w:rsidP="00461FC6">
      <w:pPr>
        <w:spacing w:before="100" w:beforeAutospacing="1" w:after="100" w:afterAutospacing="1"/>
        <w:jc w:val="thaiDistribute"/>
        <w:rPr>
          <w:rFonts w:ascii="TH SarabunPSK" w:hAnsi="TH SarabunPSK" w:cs="TH SarabunPSK"/>
          <w:color w:val="70AD47" w:themeColor="accent6"/>
          <w:sz w:val="32"/>
          <w:szCs w:val="32"/>
        </w:rPr>
      </w:pPr>
      <w:r w:rsidRPr="008248DB">
        <w:rPr>
          <w:rFonts w:ascii="TH SarabunPSK" w:hAnsi="TH SarabunPSK" w:cs="TH SarabunPSK" w:hint="cs"/>
          <w:b/>
          <w:bCs/>
          <w:color w:val="70AD47" w:themeColor="accent6"/>
          <w:sz w:val="32"/>
          <w:szCs w:val="32"/>
          <w:cs/>
        </w:rPr>
        <w:t>๔. การนำผลการประเมินไปปรับปรุง</w:t>
      </w:r>
    </w:p>
    <w:p w14:paraId="1C3A4817" w14:textId="2120407B" w:rsidR="0026741D" w:rsidRPr="0026741D" w:rsidRDefault="0026741D" w:rsidP="003E4827">
      <w:pPr>
        <w:numPr>
          <w:ilvl w:val="0"/>
          <w:numId w:val="4"/>
        </w:numPr>
        <w:spacing w:before="100" w:beforeAutospacing="1" w:after="100" w:afterAutospacing="1"/>
        <w:jc w:val="thaiDistribute"/>
        <w:rPr>
          <w:rFonts w:ascii="TH SarabunPSK" w:hAnsi="TH SarabunPSK" w:cs="TH SarabunPSK"/>
          <w:sz w:val="32"/>
          <w:szCs w:val="32"/>
        </w:rPr>
      </w:pPr>
      <w:r w:rsidRPr="0026741D">
        <w:rPr>
          <w:rFonts w:ascii="TH SarabunPSK" w:hAnsi="TH SarabunPSK" w:cs="TH SarabunPSK" w:hint="cs"/>
          <w:b/>
          <w:bCs/>
          <w:sz w:val="32"/>
          <w:szCs w:val="32"/>
          <w:cs/>
        </w:rPr>
        <w:t>การทบทวนแผน</w:t>
      </w:r>
      <w:r w:rsidRPr="0026741D">
        <w:rPr>
          <w:rFonts w:ascii="TH SarabunPSK" w:hAnsi="TH SarabunPSK" w:cs="TH SarabunPSK" w:hint="cs"/>
          <w:sz w:val="32"/>
          <w:szCs w:val="32"/>
        </w:rPr>
        <w:t xml:space="preserve"> </w:t>
      </w:r>
      <w:r w:rsidRPr="0026741D">
        <w:rPr>
          <w:rFonts w:ascii="TH SarabunPSK" w:hAnsi="TH SarabunPSK" w:cs="TH SarabunPSK" w:hint="cs"/>
          <w:sz w:val="32"/>
          <w:szCs w:val="32"/>
          <w:cs/>
        </w:rPr>
        <w:t>นำผลการประเมินมาทบทวนและปรับปรุงแผนเผชิญเหตุให้มีความเหมาะสมและทันสมัยอยู่เสมอ</w:t>
      </w:r>
    </w:p>
    <w:p w14:paraId="02EC6596" w14:textId="6D56720B" w:rsidR="0026741D" w:rsidRPr="0026741D" w:rsidRDefault="0026741D" w:rsidP="003E4827">
      <w:pPr>
        <w:numPr>
          <w:ilvl w:val="0"/>
          <w:numId w:val="4"/>
        </w:numPr>
        <w:spacing w:before="100" w:beforeAutospacing="1" w:after="100" w:afterAutospacing="1"/>
        <w:jc w:val="thaiDistribute"/>
        <w:rPr>
          <w:rFonts w:ascii="TH SarabunPSK" w:hAnsi="TH SarabunPSK" w:cs="TH SarabunPSK"/>
          <w:sz w:val="32"/>
          <w:szCs w:val="32"/>
        </w:rPr>
      </w:pPr>
      <w:r w:rsidRPr="0026741D">
        <w:rPr>
          <w:rFonts w:ascii="TH SarabunPSK" w:hAnsi="TH SarabunPSK" w:cs="TH SarabunPSK" w:hint="cs"/>
          <w:b/>
          <w:bCs/>
          <w:sz w:val="32"/>
          <w:szCs w:val="32"/>
          <w:cs/>
        </w:rPr>
        <w:t>การพัฒนาบุคลากร</w:t>
      </w:r>
      <w:r w:rsidRPr="0026741D">
        <w:rPr>
          <w:rFonts w:ascii="TH SarabunPSK" w:hAnsi="TH SarabunPSK" w:cs="TH SarabunPSK" w:hint="cs"/>
          <w:sz w:val="32"/>
          <w:szCs w:val="32"/>
        </w:rPr>
        <w:t xml:space="preserve"> </w:t>
      </w:r>
      <w:r w:rsidRPr="0026741D">
        <w:rPr>
          <w:rFonts w:ascii="TH SarabunPSK" w:hAnsi="TH SarabunPSK" w:cs="TH SarabunPSK" w:hint="cs"/>
          <w:sz w:val="32"/>
          <w:szCs w:val="32"/>
          <w:cs/>
        </w:rPr>
        <w:t>จัดอบรมหรือให้ความรู้เพิ่มเติมแก่บุคลากรในส่วนที่พบว่ายังขาดทักษะหรือความเข้าใจ</w:t>
      </w:r>
    </w:p>
    <w:p w14:paraId="4201ED0E" w14:textId="2861F527" w:rsidR="0026741D" w:rsidRPr="0026741D" w:rsidRDefault="0026741D" w:rsidP="003E4827">
      <w:pPr>
        <w:numPr>
          <w:ilvl w:val="0"/>
          <w:numId w:val="4"/>
        </w:numPr>
        <w:spacing w:before="100" w:beforeAutospacing="1" w:after="100" w:afterAutospacing="1"/>
        <w:jc w:val="thaiDistribute"/>
        <w:rPr>
          <w:rFonts w:ascii="TH SarabunPSK" w:hAnsi="TH SarabunPSK" w:cs="TH SarabunPSK"/>
          <w:sz w:val="32"/>
          <w:szCs w:val="32"/>
        </w:rPr>
      </w:pPr>
      <w:r w:rsidRPr="0026741D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การปรับปรุงกระบวนการ</w:t>
      </w:r>
      <w:r w:rsidRPr="0026741D">
        <w:rPr>
          <w:rFonts w:ascii="TH SarabunPSK" w:hAnsi="TH SarabunPSK" w:cs="TH SarabunPSK" w:hint="cs"/>
          <w:sz w:val="32"/>
          <w:szCs w:val="32"/>
        </w:rPr>
        <w:t xml:space="preserve"> </w:t>
      </w:r>
      <w:r w:rsidRPr="0026741D">
        <w:rPr>
          <w:rFonts w:ascii="TH SarabunPSK" w:hAnsi="TH SarabunPSK" w:cs="TH SarabunPSK" w:hint="cs"/>
          <w:sz w:val="32"/>
          <w:szCs w:val="32"/>
          <w:cs/>
        </w:rPr>
        <w:t>ปรับปรุงขั้นตอนการปฏิบัติงาน การสื่อสาร และการประสานงานให้มีประสิทธิภาพยิ่งขึ้น</w:t>
      </w:r>
    </w:p>
    <w:p w14:paraId="5EF00974" w14:textId="1C4E40ED" w:rsidR="0026741D" w:rsidRPr="0026741D" w:rsidRDefault="0026741D" w:rsidP="003E4827">
      <w:pPr>
        <w:numPr>
          <w:ilvl w:val="0"/>
          <w:numId w:val="4"/>
        </w:num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  <w:r w:rsidRPr="0026741D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การจัดสรรทรัพยากร</w:t>
      </w:r>
      <w:r w:rsidRPr="0026741D">
        <w:rPr>
          <w:rFonts w:ascii="TH SarabunPSK" w:hAnsi="TH SarabunPSK" w:cs="TH SarabunPSK" w:hint="cs"/>
          <w:sz w:val="32"/>
          <w:szCs w:val="32"/>
        </w:rPr>
        <w:t xml:space="preserve"> </w:t>
      </w:r>
      <w:r w:rsidRPr="0026741D">
        <w:rPr>
          <w:rFonts w:ascii="TH SarabunPSK" w:hAnsi="TH SarabunPSK" w:cs="TH SarabunPSK" w:hint="cs"/>
          <w:sz w:val="32"/>
          <w:szCs w:val="32"/>
          <w:cs/>
        </w:rPr>
        <w:t>พิจารณาการจัดสรรทรัพยากรเพิ่มเติมหากพบว่ามีความจำเป็นต่อการดำเนินงา</w:t>
      </w:r>
      <w:r w:rsidR="0020271F">
        <w:rPr>
          <w:rFonts w:ascii="TH SarabunPSK" w:hAnsi="TH SarabunPSK" w:cs="TH SarabunPSK" w:hint="cs"/>
          <w:sz w:val="32"/>
          <w:szCs w:val="32"/>
          <w:cs/>
        </w:rPr>
        <w:t>น</w:t>
      </w:r>
      <w:r w:rsidRPr="0026741D">
        <w:rPr>
          <w:rFonts w:ascii="TH SarabunPSK" w:hAnsi="TH SarabunPSK" w:cs="TH SarabunPSK" w:hint="cs"/>
          <w:sz w:val="32"/>
          <w:szCs w:val="32"/>
          <w:cs/>
        </w:rPr>
        <w:t>ตามแผน</w:t>
      </w:r>
    </w:p>
    <w:p w14:paraId="39A7900A" w14:textId="77777777" w:rsidR="0026741D" w:rsidRPr="008248DB" w:rsidRDefault="0026741D" w:rsidP="00461FC6">
      <w:pPr>
        <w:spacing w:before="100" w:beforeAutospacing="1" w:after="100" w:afterAutospacing="1"/>
        <w:jc w:val="thaiDistribute"/>
        <w:rPr>
          <w:rFonts w:ascii="TH SarabunPSK" w:hAnsi="TH SarabunPSK" w:cs="TH SarabunPSK"/>
          <w:color w:val="70AD47" w:themeColor="accent6"/>
          <w:sz w:val="32"/>
          <w:szCs w:val="32"/>
        </w:rPr>
      </w:pPr>
      <w:r w:rsidRPr="008248DB">
        <w:rPr>
          <w:rFonts w:ascii="TH SarabunPSK" w:hAnsi="TH SarabunPSK" w:cs="TH SarabunPSK" w:hint="cs"/>
          <w:b/>
          <w:bCs/>
          <w:color w:val="70AD47" w:themeColor="accent6"/>
          <w:sz w:val="32"/>
          <w:szCs w:val="32"/>
          <w:cs/>
        </w:rPr>
        <w:t>๕. ความถี่ในการประเมินผล</w:t>
      </w:r>
    </w:p>
    <w:p w14:paraId="6C4DB4DC" w14:textId="04769992" w:rsidR="0026741D" w:rsidRPr="0026741D" w:rsidRDefault="0026741D" w:rsidP="003E4827">
      <w:pPr>
        <w:numPr>
          <w:ilvl w:val="0"/>
          <w:numId w:val="5"/>
        </w:numPr>
        <w:spacing w:before="100" w:beforeAutospacing="1" w:after="100" w:afterAutospacing="1"/>
        <w:jc w:val="thaiDistribute"/>
        <w:rPr>
          <w:rFonts w:ascii="TH SarabunPSK" w:hAnsi="TH SarabunPSK" w:cs="TH SarabunPSK"/>
          <w:sz w:val="32"/>
          <w:szCs w:val="32"/>
        </w:rPr>
      </w:pPr>
      <w:r w:rsidRPr="0026741D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การประเมินอย่างสม่ำเสมอ</w:t>
      </w:r>
      <w:r w:rsidRPr="0026741D">
        <w:rPr>
          <w:rFonts w:ascii="TH SarabunPSK" w:hAnsi="TH SarabunPSK" w:cs="TH SarabunPSK" w:hint="cs"/>
          <w:sz w:val="32"/>
          <w:szCs w:val="32"/>
        </w:rPr>
        <w:t xml:space="preserve"> </w:t>
      </w:r>
      <w:r w:rsidRPr="0026741D">
        <w:rPr>
          <w:rFonts w:ascii="TH SarabunPSK" w:hAnsi="TH SarabunPSK" w:cs="TH SarabunPSK" w:hint="cs"/>
          <w:sz w:val="32"/>
          <w:szCs w:val="32"/>
          <w:cs/>
        </w:rPr>
        <w:t>ควรมีการประเมินผลในภาพรวมอย่างน้อยปีละครั้ง</w:t>
      </w:r>
    </w:p>
    <w:p w14:paraId="7C2044F8" w14:textId="54EE2A43" w:rsidR="0026741D" w:rsidRPr="0026741D" w:rsidRDefault="0026741D" w:rsidP="003E4827">
      <w:pPr>
        <w:numPr>
          <w:ilvl w:val="0"/>
          <w:numId w:val="5"/>
        </w:numPr>
        <w:spacing w:before="100" w:beforeAutospacing="1" w:after="100" w:afterAutospacing="1"/>
        <w:jc w:val="thaiDistribute"/>
        <w:rPr>
          <w:rFonts w:ascii="TH SarabunPSK" w:hAnsi="TH SarabunPSK" w:cs="TH SarabunPSK"/>
          <w:sz w:val="32"/>
          <w:szCs w:val="32"/>
        </w:rPr>
      </w:pPr>
      <w:r w:rsidRPr="0026741D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การประเมินหลังการซักซ้อม</w:t>
      </w:r>
      <w:r w:rsidRPr="0026741D">
        <w:rPr>
          <w:rFonts w:ascii="TH SarabunPSK" w:hAnsi="TH SarabunPSK" w:cs="TH SarabunPSK" w:hint="cs"/>
          <w:sz w:val="32"/>
          <w:szCs w:val="32"/>
        </w:rPr>
        <w:t xml:space="preserve"> </w:t>
      </w:r>
      <w:r w:rsidRPr="0026741D">
        <w:rPr>
          <w:rFonts w:ascii="TH SarabunPSK" w:hAnsi="TH SarabunPSK" w:cs="TH SarabunPSK" w:hint="cs"/>
          <w:sz w:val="32"/>
          <w:szCs w:val="32"/>
          <w:cs/>
        </w:rPr>
        <w:t>ทุกครั้งหลังการซักซ้อม</w:t>
      </w:r>
    </w:p>
    <w:p w14:paraId="7D02D168" w14:textId="4FD83D55" w:rsidR="0026741D" w:rsidRPr="0026741D" w:rsidRDefault="0026741D" w:rsidP="003E4827">
      <w:pPr>
        <w:numPr>
          <w:ilvl w:val="0"/>
          <w:numId w:val="5"/>
        </w:numPr>
        <w:spacing w:before="100" w:beforeAutospacing="1" w:after="100" w:afterAutospacing="1"/>
        <w:jc w:val="thaiDistribute"/>
        <w:rPr>
          <w:rFonts w:ascii="TH SarabunPSK" w:hAnsi="TH SarabunPSK" w:cs="TH SarabunPSK"/>
          <w:sz w:val="32"/>
          <w:szCs w:val="32"/>
        </w:rPr>
      </w:pPr>
      <w:r w:rsidRPr="0026741D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การประเมินหลังเกิดเหตุการณ์</w:t>
      </w:r>
      <w:r w:rsidRPr="0026741D">
        <w:rPr>
          <w:rFonts w:ascii="TH SarabunPSK" w:hAnsi="TH SarabunPSK" w:cs="TH SarabunPSK" w:hint="cs"/>
          <w:sz w:val="32"/>
          <w:szCs w:val="32"/>
        </w:rPr>
        <w:t xml:space="preserve"> </w:t>
      </w:r>
      <w:r w:rsidRPr="0026741D">
        <w:rPr>
          <w:rFonts w:ascii="TH SarabunPSK" w:hAnsi="TH SarabunPSK" w:cs="TH SarabunPSK" w:hint="cs"/>
          <w:sz w:val="32"/>
          <w:szCs w:val="32"/>
          <w:cs/>
        </w:rPr>
        <w:t>ทันทีหลังการควบคุมสถานการณ์ได้</w:t>
      </w:r>
    </w:p>
    <w:p w14:paraId="21A9142B" w14:textId="77777777" w:rsidR="00294DDD" w:rsidRDefault="00294DDD" w:rsidP="007A6367">
      <w:pPr>
        <w:rPr>
          <w:rFonts w:ascii="TH SarabunPSK" w:hAnsi="TH SarabunPSK" w:cs="TH SarabunPSK"/>
          <w:sz w:val="32"/>
          <w:szCs w:val="32"/>
        </w:rPr>
      </w:pPr>
    </w:p>
    <w:p w14:paraId="525D3D5A" w14:textId="4020E764" w:rsidR="001B03E7" w:rsidRDefault="001B03E7" w:rsidP="001B03E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บุพชาติ </w:t>
      </w:r>
      <w:r w:rsidRPr="00AC7B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07DA6AC" w14:textId="00D20259" w:rsidR="00294DDD" w:rsidRPr="00AC7BFD" w:rsidRDefault="001B03E7" w:rsidP="00294DDD">
      <w:pPr>
        <w:ind w:left="50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294DDD">
        <w:rPr>
          <w:rFonts w:ascii="TH SarabunPSK" w:hAnsi="TH SarabunPSK" w:cs="TH SarabunPSK" w:hint="cs"/>
          <w:sz w:val="32"/>
          <w:szCs w:val="32"/>
          <w:cs/>
        </w:rPr>
        <w:t>ผู้อำนวยการโรงเรียน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</w:p>
    <w:p w14:paraId="44B9C15F" w14:textId="749FEC1C" w:rsidR="00294DDD" w:rsidRPr="008248DB" w:rsidRDefault="00294DDD" w:rsidP="008248DB">
      <w:pPr>
        <w:rPr>
          <w:rFonts w:ascii="TH SarabunPSK" w:hAnsi="TH SarabunPSK" w:cs="TH SarabunPSK"/>
          <w:b/>
          <w:bCs/>
          <w:color w:val="70AD47" w:themeColor="accent6"/>
          <w:sz w:val="48"/>
          <w:szCs w:val="48"/>
          <w:cs/>
        </w:rPr>
      </w:pPr>
      <w:r w:rsidRPr="008248DB">
        <w:rPr>
          <w:rFonts w:ascii="TH SarabunPSK" w:hAnsi="TH SarabunPSK" w:cs="TH SarabunPSK" w:hint="cs"/>
          <w:b/>
          <w:bCs/>
          <w:color w:val="70AD47" w:themeColor="accent6"/>
          <w:sz w:val="48"/>
          <w:szCs w:val="48"/>
          <w:cs/>
        </w:rPr>
        <w:lastRenderedPageBreak/>
        <w:t>รายชื่อหน่วยงานที่เกี่ยวข้อ</w:t>
      </w:r>
      <w:r w:rsidR="003E485D" w:rsidRPr="008248DB">
        <w:rPr>
          <w:rFonts w:ascii="TH SarabunPSK" w:hAnsi="TH SarabunPSK" w:cs="TH SarabunPSK" w:hint="cs"/>
          <w:b/>
          <w:bCs/>
          <w:color w:val="70AD47" w:themeColor="accent6"/>
          <w:sz w:val="48"/>
          <w:szCs w:val="48"/>
          <w:cs/>
        </w:rPr>
        <w:t>ง</w:t>
      </w:r>
    </w:p>
    <w:tbl>
      <w:tblPr>
        <w:tblW w:w="93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1559"/>
        <w:gridCol w:w="4551"/>
      </w:tblGrid>
      <w:tr w:rsidR="00EB35F5" w:rsidRPr="003E485D" w14:paraId="6C11CB34" w14:textId="77777777" w:rsidTr="00EB35F5">
        <w:trPr>
          <w:trHeight w:val="315"/>
        </w:trPr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8D08D" w:themeFill="accent6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4DF177" w14:textId="77777777" w:rsidR="003E485D" w:rsidRPr="00EB35F5" w:rsidRDefault="003E485D" w:rsidP="00EB35F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35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8D08D" w:themeFill="accent6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354B5C" w14:textId="77777777" w:rsidR="003E485D" w:rsidRPr="00EB35F5" w:rsidRDefault="003E485D" w:rsidP="00EB35F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35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4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8D08D" w:themeFill="accent6" w:themeFillTint="99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2C467457" w14:textId="77777777" w:rsidR="001C10BF" w:rsidRDefault="003E485D" w:rsidP="00EB35F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35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บทบาท/หน้าที่เกี่ยวข้องกับความปลอดภัย</w:t>
            </w:r>
          </w:p>
          <w:p w14:paraId="0B98B5E8" w14:textId="30EA6C38" w:rsidR="003E485D" w:rsidRPr="00EB35F5" w:rsidRDefault="003E485D" w:rsidP="00EB35F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35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ในโรงเรียน</w:t>
            </w:r>
          </w:p>
        </w:tc>
      </w:tr>
      <w:tr w:rsidR="00EB35F5" w:rsidRPr="003E485D" w14:paraId="50F0072A" w14:textId="77777777" w:rsidTr="00EB35F5">
        <w:trPr>
          <w:trHeight w:val="598"/>
        </w:trPr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AD86F3" w14:textId="076E7194" w:rsidR="003E485D" w:rsidRPr="003E485D" w:rsidRDefault="003E485D" w:rsidP="001B03E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รพ.สต</w:t>
            </w:r>
            <w:r w:rsidR="001B03E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ตำบลนาสีนวน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1ED1E5" w14:textId="2021846E" w:rsidR="003E485D" w:rsidRPr="00EB35F5" w:rsidRDefault="00784582" w:rsidP="001B03E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B35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0</w:t>
            </w:r>
            <w:r w:rsidR="001B03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65</w:t>
            </w:r>
            <w:r w:rsidRPr="00EB35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</w:t>
            </w:r>
            <w:r w:rsidR="001B03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5193946</w:t>
            </w:r>
          </w:p>
        </w:tc>
        <w:tc>
          <w:tcPr>
            <w:tcW w:w="4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2E67322F" w14:textId="77777777" w:rsidR="003E485D" w:rsidRPr="003E485D" w:rsidRDefault="003E485D" w:rsidP="003E485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การปฐมพยาบาลเบื้องต้น</w:t>
            </w:r>
            <w:r w:rsidRPr="003E485D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การดูแลสุขภาพ</w:t>
            </w:r>
          </w:p>
        </w:tc>
      </w:tr>
      <w:tr w:rsidR="00EB35F5" w:rsidRPr="003E485D" w14:paraId="2E258BCD" w14:textId="77777777" w:rsidTr="00EB35F5">
        <w:trPr>
          <w:trHeight w:val="315"/>
        </w:trPr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4FB0D9" w14:textId="65DA3339" w:rsidR="003E485D" w:rsidRPr="003E485D" w:rsidRDefault="003E485D" w:rsidP="00B35B2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รพ</w:t>
            </w:r>
            <w:r w:rsidR="00B35B2F">
              <w:rPr>
                <w:rFonts w:ascii="TH SarabunPSK" w:hAnsi="TH SarabunPSK" w:cs="TH SarabunPSK" w:hint="cs"/>
                <w:sz w:val="32"/>
                <w:szCs w:val="32"/>
                <w:cs/>
              </w:rPr>
              <w:t>.กันทรวิชัย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403F76" w14:textId="40AD6920" w:rsidR="003E485D" w:rsidRPr="00B35B2F" w:rsidRDefault="00B35B2F" w:rsidP="00EB35F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35B2F">
              <w:rPr>
                <w:rFonts w:ascii="TH SarabunPSK" w:hAnsi="TH SarabunPSK" w:cs="TH SarabunPSK" w:hint="cs"/>
                <w:sz w:val="32"/>
                <w:szCs w:val="32"/>
                <w:cs/>
              </w:rPr>
              <w:t>043 789 205</w:t>
            </w:r>
          </w:p>
        </w:tc>
        <w:tc>
          <w:tcPr>
            <w:tcW w:w="4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12CF686A" w14:textId="77777777" w:rsidR="003E485D" w:rsidRPr="003E485D" w:rsidRDefault="003E485D" w:rsidP="003E485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การรักษาพยาบาลฉุกเฉินและทั่วไป</w:t>
            </w:r>
          </w:p>
        </w:tc>
      </w:tr>
      <w:tr w:rsidR="00EB35F5" w:rsidRPr="003E485D" w14:paraId="46458F87" w14:textId="77777777" w:rsidTr="00EB35F5">
        <w:trPr>
          <w:trHeight w:val="315"/>
        </w:trPr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70F536" w14:textId="2C5B8A5D" w:rsidR="003E485D" w:rsidRPr="003E485D" w:rsidRDefault="003E485D" w:rsidP="00B35B2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สำนักงานสาธารณสุขอ.</w:t>
            </w:r>
            <w:r w:rsidR="00B35B2F"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กันทรวิชัย</w:t>
            </w:r>
            <w:r w:rsidR="008B3AE5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7C0C3C" w14:textId="143F1C95" w:rsidR="003E485D" w:rsidRPr="00EB35F5" w:rsidRDefault="00784582" w:rsidP="00EB35F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B35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0</w:t>
            </w:r>
            <w:r w:rsidR="00B35B2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-4</w:t>
            </w:r>
            <w:r w:rsidR="00B35B2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3 7</w:t>
            </w:r>
            <w:r w:rsidRPr="00EB35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8</w:t>
            </w:r>
            <w:r w:rsidR="00B35B2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  <w:r w:rsidR="00B35B2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-31</w:t>
            </w:r>
            <w:r w:rsidR="00B35B2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  <w:r w:rsidR="00B35B2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4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52EE17C3" w14:textId="77777777" w:rsidR="003E485D" w:rsidRPr="003E485D" w:rsidRDefault="003E485D" w:rsidP="003E485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การควบคุมโรค</w:t>
            </w:r>
            <w:r w:rsidRPr="003E485D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การส่งเสริมสุขภาพ</w:t>
            </w:r>
          </w:p>
        </w:tc>
      </w:tr>
      <w:tr w:rsidR="00EB35F5" w:rsidRPr="003E485D" w14:paraId="7168D945" w14:textId="77777777" w:rsidTr="00EB35F5">
        <w:trPr>
          <w:trHeight w:val="315"/>
        </w:trPr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A00A5A" w14:textId="1385E5A6" w:rsidR="003E485D" w:rsidRPr="003E485D" w:rsidRDefault="003E485D" w:rsidP="00B35B2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สภ</w:t>
            </w:r>
            <w:r w:rsidR="00B35B2F">
              <w:rPr>
                <w:rFonts w:ascii="TH SarabunPSK" w:hAnsi="TH SarabunPSK" w:cs="TH SarabunPSK" w:hint="cs"/>
                <w:sz w:val="32"/>
                <w:szCs w:val="32"/>
                <w:cs/>
              </w:rPr>
              <w:t>. นาสีนวน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BA1682" w14:textId="312574EC" w:rsidR="003E485D" w:rsidRPr="00B35B2F" w:rsidRDefault="00B35B2F" w:rsidP="00EB35F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35B2F">
              <w:rPr>
                <w:rFonts w:ascii="TH SarabunPSK" w:hAnsi="TH SarabunPSK" w:cs="TH SarabunPSK" w:hint="cs"/>
                <w:sz w:val="32"/>
                <w:szCs w:val="32"/>
                <w:cs/>
              </w:rPr>
              <w:t>043 750 864</w:t>
            </w:r>
          </w:p>
        </w:tc>
        <w:tc>
          <w:tcPr>
            <w:tcW w:w="4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58FE3DC9" w14:textId="77777777" w:rsidR="003E485D" w:rsidRPr="003E485D" w:rsidRDefault="003E485D" w:rsidP="003E485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การรักษาความปลอดภัย</w:t>
            </w:r>
            <w:r w:rsidRPr="003E485D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การบังคับใช้กฎหมาย</w:t>
            </w:r>
          </w:p>
        </w:tc>
      </w:tr>
      <w:tr w:rsidR="00EB35F5" w:rsidRPr="003E485D" w14:paraId="1E8B66B7" w14:textId="77777777" w:rsidTr="00EB35F5">
        <w:trPr>
          <w:trHeight w:val="315"/>
        </w:trPr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642958" w14:textId="064A3922" w:rsidR="003E485D" w:rsidRPr="003E485D" w:rsidRDefault="003E485D" w:rsidP="00FB79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นักจิตวิทยา รพ.</w:t>
            </w:r>
            <w:r w:rsidR="00FB79B0"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กันทรวิชัย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9309C8" w14:textId="386B5C88" w:rsidR="003E485D" w:rsidRPr="00EB35F5" w:rsidRDefault="00784582" w:rsidP="00FB79B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B35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 </w:t>
            </w:r>
            <w:r w:rsidR="00FB79B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043 789 205</w:t>
            </w:r>
          </w:p>
        </w:tc>
        <w:tc>
          <w:tcPr>
            <w:tcW w:w="4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7AEB1E4F" w14:textId="77777777" w:rsidR="003E485D" w:rsidRPr="003E485D" w:rsidRDefault="003E485D" w:rsidP="003E485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การให้คำปรึกษา</w:t>
            </w:r>
            <w:r w:rsidRPr="003E485D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การดูแลสุขภาพจิต</w:t>
            </w:r>
          </w:p>
        </w:tc>
      </w:tr>
      <w:tr w:rsidR="00EB35F5" w:rsidRPr="003E485D" w14:paraId="08F7C67A" w14:textId="77777777" w:rsidTr="00EB35F5">
        <w:trPr>
          <w:trHeight w:val="315"/>
        </w:trPr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F04B67" w14:textId="77777777" w:rsidR="003E485D" w:rsidRPr="003E485D" w:rsidRDefault="003E485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ศูนย์ฉุกเฉิน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898ED9" w14:textId="77777777" w:rsidR="003E485D" w:rsidRPr="00EB35F5" w:rsidRDefault="003E485D" w:rsidP="00EB35F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B35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1669</w:t>
            </w:r>
          </w:p>
        </w:tc>
        <w:tc>
          <w:tcPr>
            <w:tcW w:w="4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3A1245" w14:textId="77777777" w:rsidR="003E485D" w:rsidRPr="003E485D" w:rsidRDefault="003E485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การแพทย์ฉุกเฉิน</w:t>
            </w:r>
          </w:p>
        </w:tc>
      </w:tr>
      <w:tr w:rsidR="00EB35F5" w:rsidRPr="003E485D" w14:paraId="138BA474" w14:textId="77777777" w:rsidTr="00EB35F5">
        <w:trPr>
          <w:trHeight w:val="315"/>
        </w:trPr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85F6D6" w14:textId="77777777" w:rsidR="003E485D" w:rsidRPr="003E485D" w:rsidRDefault="003E485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ศูนย์ช่วยเหลือสังคม (</w:t>
            </w:r>
            <w:r w:rsidRPr="003E485D">
              <w:rPr>
                <w:rFonts w:ascii="TH SarabunPSK" w:hAnsi="TH SarabunPSK" w:cs="TH SarabunPSK" w:hint="cs"/>
                <w:sz w:val="32"/>
                <w:szCs w:val="32"/>
              </w:rPr>
              <w:t>OSCC)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5B3247" w14:textId="77777777" w:rsidR="003E485D" w:rsidRPr="00EB35F5" w:rsidRDefault="003E485D" w:rsidP="00EB35F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B35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1300</w:t>
            </w:r>
          </w:p>
        </w:tc>
        <w:tc>
          <w:tcPr>
            <w:tcW w:w="4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3FA4B305" w14:textId="77777777" w:rsidR="003E485D" w:rsidRPr="003E485D" w:rsidRDefault="003E485D" w:rsidP="003E485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การช่วยเหลือผู้ประสบปัญหาทางสังคม</w:t>
            </w:r>
          </w:p>
        </w:tc>
      </w:tr>
      <w:tr w:rsidR="00EB35F5" w:rsidRPr="003E485D" w14:paraId="24C201E6" w14:textId="77777777" w:rsidTr="00EB35F5">
        <w:trPr>
          <w:trHeight w:val="315"/>
        </w:trPr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30B095" w14:textId="19F22952" w:rsidR="003E485D" w:rsidRPr="003E485D" w:rsidRDefault="003E485D" w:rsidP="00FB79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สำนักงานพัฒนาสังคมและความมั่นคงของมนุษย์ จ.</w:t>
            </w:r>
            <w:r w:rsidR="00FB79B0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มหาสารคาม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F3380B" w14:textId="3DD6A793" w:rsidR="003E485D" w:rsidRPr="00EB35F5" w:rsidRDefault="003F69BE" w:rsidP="00FB79B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hyperlink r:id="rId26" w:history="1">
              <w:r w:rsidR="00FB79B0">
                <w:rPr>
                  <w:rStyle w:val="ac"/>
                  <w:rFonts w:ascii="TH SarabunPSK" w:hAnsi="TH SarabunPSK" w:cs="TH SarabunPSK" w:hint="cs"/>
                  <w:color w:val="000000" w:themeColor="text1"/>
                  <w:sz w:val="32"/>
                  <w:szCs w:val="32"/>
                  <w:u w:val="none"/>
                </w:rPr>
                <w:t>04</w:t>
              </w:r>
              <w:r w:rsidR="00FB79B0">
                <w:rPr>
                  <w:rStyle w:val="ac"/>
                  <w:rFonts w:ascii="TH SarabunPSK" w:hAnsi="TH SarabunPSK" w:cs="TH SarabunPSK" w:hint="cs"/>
                  <w:color w:val="000000" w:themeColor="text1"/>
                  <w:sz w:val="32"/>
                  <w:szCs w:val="32"/>
                  <w:u w:val="none"/>
                  <w:cs/>
                </w:rPr>
                <w:t>3</w:t>
              </w:r>
              <w:r w:rsidR="00784582" w:rsidRPr="00EB35F5">
                <w:rPr>
                  <w:rStyle w:val="ac"/>
                  <w:rFonts w:ascii="TH SarabunPSK" w:hAnsi="TH SarabunPSK" w:cs="TH SarabunPSK" w:hint="cs"/>
                  <w:color w:val="000000" w:themeColor="text1"/>
                  <w:sz w:val="32"/>
                  <w:szCs w:val="32"/>
                  <w:u w:val="none"/>
                </w:rPr>
                <w:t xml:space="preserve"> </w:t>
              </w:r>
              <w:r w:rsidR="00FB79B0">
                <w:rPr>
                  <w:rStyle w:val="ac"/>
                  <w:rFonts w:ascii="TH SarabunPSK" w:hAnsi="TH SarabunPSK" w:cs="TH SarabunPSK" w:hint="cs"/>
                  <w:color w:val="000000" w:themeColor="text1"/>
                  <w:sz w:val="32"/>
                  <w:szCs w:val="32"/>
                  <w:u w:val="none"/>
                  <w:cs/>
                </w:rPr>
                <w:t>777</w:t>
              </w:r>
            </w:hyperlink>
            <w:r w:rsidR="00FB79B0">
              <w:rPr>
                <w:rStyle w:val="ac"/>
                <w:rFonts w:ascii="TH SarabunPSK" w:hAnsi="TH SarabunPSK" w:cs="TH SarabunPSK" w:hint="cs"/>
                <w:color w:val="000000" w:themeColor="text1"/>
                <w:sz w:val="32"/>
                <w:szCs w:val="32"/>
                <w:u w:val="none"/>
                <w:cs/>
              </w:rPr>
              <w:t xml:space="preserve"> 121</w:t>
            </w:r>
          </w:p>
        </w:tc>
        <w:tc>
          <w:tcPr>
            <w:tcW w:w="4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42B9D7D6" w14:textId="77777777" w:rsidR="003E485D" w:rsidRPr="003E485D" w:rsidRDefault="003E485D" w:rsidP="003E485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การคุ้มครองเด็ก</w:t>
            </w:r>
            <w:r w:rsidRPr="003E485D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การช่วยเหลือครอบครัว</w:t>
            </w:r>
          </w:p>
        </w:tc>
      </w:tr>
      <w:tr w:rsidR="00EB35F5" w:rsidRPr="003E485D" w14:paraId="646AC354" w14:textId="77777777" w:rsidTr="00EB35F5">
        <w:trPr>
          <w:trHeight w:val="315"/>
        </w:trPr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CFA2DB" w14:textId="2ED4C2F6" w:rsidR="003E485D" w:rsidRPr="003E485D" w:rsidRDefault="003E485D" w:rsidP="00FB79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บ้านพักเด็กและครอบครัว จ.</w:t>
            </w:r>
            <w:r w:rsidR="00FB79B0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มหาสารคาม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A77E47" w14:textId="4102969D" w:rsidR="003E485D" w:rsidRPr="00EB35F5" w:rsidRDefault="00FB79B0" w:rsidP="00EB35F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043 706 580</w:t>
            </w:r>
          </w:p>
        </w:tc>
        <w:tc>
          <w:tcPr>
            <w:tcW w:w="4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15A45804" w14:textId="77777777" w:rsidR="003E485D" w:rsidRPr="003E485D" w:rsidRDefault="003E485D" w:rsidP="003E485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การดูแลเด็กที่ต้องการความช่วยเหลือ</w:t>
            </w:r>
          </w:p>
        </w:tc>
      </w:tr>
      <w:tr w:rsidR="00EB35F5" w:rsidRPr="003E485D" w14:paraId="4336DCAB" w14:textId="77777777" w:rsidTr="00EB35F5">
        <w:trPr>
          <w:trHeight w:val="315"/>
        </w:trPr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D454EA" w14:textId="11833C98" w:rsidR="003E485D" w:rsidRPr="003E485D" w:rsidRDefault="00FB79B0" w:rsidP="00FB79B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เทศบาลตำบลนาสีนวน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CA8852" w14:textId="380B81E3" w:rsidR="003E485D" w:rsidRPr="00EB35F5" w:rsidRDefault="00FB79B0" w:rsidP="00EB35F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043 029 527</w:t>
            </w:r>
          </w:p>
        </w:tc>
        <w:tc>
          <w:tcPr>
            <w:tcW w:w="4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0EDCA09D" w14:textId="77777777" w:rsidR="003E485D" w:rsidRPr="003E485D" w:rsidRDefault="003E485D" w:rsidP="003E485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การสนับสนุนด้านสาธารณูปโภค</w:t>
            </w:r>
            <w:r w:rsidRPr="003E485D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การช่วยเหลือในพื้นที่</w:t>
            </w:r>
          </w:p>
        </w:tc>
      </w:tr>
      <w:tr w:rsidR="00EB35F5" w:rsidRPr="003E485D" w14:paraId="2C2F8D20" w14:textId="77777777" w:rsidTr="00EB35F5">
        <w:trPr>
          <w:trHeight w:val="315"/>
        </w:trPr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F3E2B2" w14:textId="270A9254" w:rsidR="003E485D" w:rsidRPr="003E485D" w:rsidRDefault="003E485D" w:rsidP="00FB79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สำนักงานปศุสัตว์ อ.</w:t>
            </w:r>
            <w:r w:rsidR="00FB79B0"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กันทรวิชัย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4C6DEC" w14:textId="4EA17AF5" w:rsidR="003E485D" w:rsidRPr="00EB35F5" w:rsidRDefault="00FB79B0" w:rsidP="00EB35F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043 789 190</w:t>
            </w:r>
          </w:p>
        </w:tc>
        <w:tc>
          <w:tcPr>
            <w:tcW w:w="4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4A21FDD4" w14:textId="77777777" w:rsidR="003E485D" w:rsidRPr="003E485D" w:rsidRDefault="003E485D" w:rsidP="003E485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การควบคุมสัตว์ที่เป็นอันตราย</w:t>
            </w:r>
          </w:p>
        </w:tc>
      </w:tr>
      <w:tr w:rsidR="00EB35F5" w:rsidRPr="003E485D" w14:paraId="4CBA12EE" w14:textId="77777777" w:rsidTr="00EB35F5">
        <w:trPr>
          <w:trHeight w:val="315"/>
        </w:trPr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9446FB" w14:textId="448FF49F" w:rsidR="003E485D" w:rsidRPr="003E485D" w:rsidRDefault="003E485D" w:rsidP="00FB79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สำนักงานเขตพื้นที่การศึกษา</w:t>
            </w:r>
            <w:r w:rsidR="00784582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</w:t>
            </w:r>
            <w:r w:rsidR="00FB79B0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มหาสารคาม เขต 1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73F030" w14:textId="44301FB9" w:rsidR="003E485D" w:rsidRPr="00EB35F5" w:rsidRDefault="00FB79B0" w:rsidP="00EB35F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043 723 517</w:t>
            </w:r>
          </w:p>
        </w:tc>
        <w:tc>
          <w:tcPr>
            <w:tcW w:w="4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5CD23595" w14:textId="77777777" w:rsidR="003E485D" w:rsidRPr="003E485D" w:rsidRDefault="003E485D" w:rsidP="003E485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การกำกับดูแลโรงเรียน</w:t>
            </w:r>
            <w:r w:rsidRPr="003E485D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การสนับสนุนด้านนโยบาย</w:t>
            </w:r>
          </w:p>
        </w:tc>
      </w:tr>
      <w:tr w:rsidR="00EB35F5" w:rsidRPr="003E485D" w14:paraId="11529D14" w14:textId="77777777" w:rsidTr="00EB35F5">
        <w:trPr>
          <w:trHeight w:val="315"/>
        </w:trPr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750C94" w14:textId="4A0D2F8E" w:rsidR="003E485D" w:rsidRPr="003E485D" w:rsidRDefault="003E485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สถานีดับเพลิง</w:t>
            </w:r>
            <w:r w:rsidR="00ED5D1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ต. โคกพระ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70549F" w14:textId="55F88E60" w:rsidR="003E485D" w:rsidRPr="00EB35F5" w:rsidRDefault="00ED5D16" w:rsidP="00EB35F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043 789 012</w:t>
            </w:r>
          </w:p>
        </w:tc>
        <w:tc>
          <w:tcPr>
            <w:tcW w:w="4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026B1CDA" w14:textId="77777777" w:rsidR="003E485D" w:rsidRPr="003E485D" w:rsidRDefault="003E485D" w:rsidP="003E485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การป้องกันและระงับอัคคีภัย</w:t>
            </w:r>
          </w:p>
        </w:tc>
      </w:tr>
      <w:tr w:rsidR="00EB35F5" w:rsidRPr="003E485D" w14:paraId="52F6069D" w14:textId="77777777" w:rsidTr="00EB35F5">
        <w:trPr>
          <w:trHeight w:val="315"/>
        </w:trPr>
        <w:tc>
          <w:tcPr>
            <w:tcW w:w="3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60D272" w14:textId="77777777" w:rsidR="003E485D" w:rsidRPr="003E485D" w:rsidRDefault="003E485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หน่วยงานป้องกันและบรรเทาสาธารณภัย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763283" w14:textId="41E5417E" w:rsidR="003E485D" w:rsidRPr="00EB35F5" w:rsidRDefault="003F69BE" w:rsidP="00ED5D1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hyperlink r:id="rId27" w:history="1">
              <w:r w:rsidR="00ED5D16">
                <w:rPr>
                  <w:rStyle w:val="ac"/>
                  <w:rFonts w:ascii="TH SarabunPSK" w:hAnsi="TH SarabunPSK" w:cs="TH SarabunPSK" w:hint="cs"/>
                  <w:color w:val="000000" w:themeColor="text1"/>
                  <w:sz w:val="32"/>
                  <w:szCs w:val="32"/>
                  <w:u w:val="none"/>
                  <w:cs/>
                </w:rPr>
                <w:t>043</w:t>
              </w:r>
            </w:hyperlink>
            <w:r w:rsidR="00ED5D16">
              <w:rPr>
                <w:rStyle w:val="ac"/>
                <w:rFonts w:ascii="TH SarabunPSK" w:hAnsi="TH SarabunPSK" w:cs="TH SarabunPSK" w:hint="cs"/>
                <w:color w:val="000000" w:themeColor="text1"/>
                <w:sz w:val="32"/>
                <w:szCs w:val="32"/>
                <w:u w:val="none"/>
                <w:cs/>
              </w:rPr>
              <w:t xml:space="preserve"> 777 774</w:t>
            </w:r>
          </w:p>
        </w:tc>
        <w:tc>
          <w:tcPr>
            <w:tcW w:w="4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0B7C8FEE" w14:textId="77777777" w:rsidR="003E485D" w:rsidRPr="003E485D" w:rsidRDefault="003E485D" w:rsidP="003E485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48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การจัดการภัยพิบัติ</w:t>
            </w:r>
          </w:p>
        </w:tc>
      </w:tr>
    </w:tbl>
    <w:p w14:paraId="54BF5C13" w14:textId="77777777" w:rsidR="00294DDD" w:rsidRDefault="00294DDD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9B765FE" w14:textId="77777777" w:rsidR="00294DDD" w:rsidRDefault="00294DDD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9E60B48" w14:textId="77777777" w:rsidR="00294DDD" w:rsidRDefault="00294DDD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8DFB2A4" w14:textId="77777777" w:rsidR="00294DDD" w:rsidRDefault="00294DDD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94311E0" w14:textId="04A9B3D3" w:rsidR="000F1C0E" w:rsidRDefault="000F1C0E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2C081C" w14:textId="77777777" w:rsidR="001F30D2" w:rsidRDefault="001F30D2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E6C13AC" w14:textId="77777777" w:rsidR="00461FC6" w:rsidRDefault="00461FC6" w:rsidP="00461FC6">
      <w:pPr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19CF7A59" w14:textId="77777777" w:rsidR="00461FC6" w:rsidRDefault="00461FC6" w:rsidP="00461FC6">
      <w:pPr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4C8A87DA" w14:textId="77777777" w:rsidR="00461FC6" w:rsidRDefault="00461FC6" w:rsidP="00461FC6">
      <w:pPr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52182E36" w14:textId="794C7BA2" w:rsidR="00461FC6" w:rsidRDefault="00461FC6" w:rsidP="00461FC6">
      <w:pPr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062FF89B" w14:textId="4E0FF085" w:rsidR="001B03E7" w:rsidRDefault="001B03E7" w:rsidP="00461FC6">
      <w:pPr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47BCE083" w14:textId="26443FA2" w:rsidR="001B03E7" w:rsidRDefault="001B03E7" w:rsidP="00461FC6">
      <w:pPr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2349F096" w14:textId="5CC510F1" w:rsidR="001B03E7" w:rsidRDefault="001B03E7" w:rsidP="00461FC6">
      <w:pPr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3FB8749A" w14:textId="177C3FE2" w:rsidR="00C110F1" w:rsidRDefault="00C110F1" w:rsidP="00461FC6">
      <w:pPr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14AB921A" w14:textId="205006C1" w:rsidR="009C5905" w:rsidRDefault="009C5905" w:rsidP="00461FC6">
      <w:pPr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391FDFA6" w14:textId="77777777" w:rsidR="009C5905" w:rsidRDefault="009C5905" w:rsidP="00461FC6">
      <w:pPr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22876283" w14:textId="77777777" w:rsidR="00461FC6" w:rsidRDefault="00461FC6" w:rsidP="00561263">
      <w:pPr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7090AB28" w14:textId="085A8426" w:rsidR="00461FC6" w:rsidRDefault="00461FC6" w:rsidP="00461FC6">
      <w:pPr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23362E95" w14:textId="7366207E" w:rsidR="00461FC6" w:rsidRPr="00FC6220" w:rsidRDefault="00461FC6" w:rsidP="00461FC6">
      <w:pPr>
        <w:jc w:val="center"/>
        <w:rPr>
          <w:rFonts w:ascii="TH SarabunPSK" w:hAnsi="TH SarabunPSK" w:cs="TH SarabunPSK"/>
          <w:b/>
          <w:bCs/>
          <w:color w:val="70AD47" w:themeColor="accent6"/>
          <w:sz w:val="180"/>
          <w:szCs w:val="180"/>
        </w:rPr>
      </w:pPr>
      <w:r w:rsidRPr="00FC6220">
        <w:rPr>
          <w:rFonts w:ascii="TH SarabunPSK" w:hAnsi="TH SarabunPSK" w:cs="TH SarabunPSK" w:hint="cs"/>
          <w:b/>
          <w:bCs/>
          <w:color w:val="70AD47" w:themeColor="accent6"/>
          <w:sz w:val="180"/>
          <w:szCs w:val="180"/>
          <w:cs/>
        </w:rPr>
        <w:t>ภาคผนวก</w:t>
      </w:r>
    </w:p>
    <w:p w14:paraId="5251BE60" w14:textId="57A1D3ED" w:rsidR="00461FC6" w:rsidRDefault="00461FC6" w:rsidP="00461FC6">
      <w:pPr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3E3DDA13" w14:textId="29BD201A" w:rsidR="00461FC6" w:rsidRDefault="00461FC6" w:rsidP="00461FC6">
      <w:pPr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742F8EA8" w14:textId="77777777" w:rsidR="00461FC6" w:rsidRDefault="00461FC6" w:rsidP="00461FC6">
      <w:pPr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2343D81C" w14:textId="77777777" w:rsidR="00461FC6" w:rsidRDefault="00461FC6" w:rsidP="00540399">
      <w:pPr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00CE2A6C" w14:textId="77777777" w:rsidR="00561263" w:rsidRDefault="00561263" w:rsidP="00540399">
      <w:pPr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68DFC523" w14:textId="0304896C" w:rsidR="00561263" w:rsidRDefault="00561263" w:rsidP="00540399">
      <w:pPr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6018A66F" w14:textId="27B0191B" w:rsidR="00ED5D16" w:rsidRDefault="00ED5D16" w:rsidP="00540399">
      <w:pPr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29BFE1A0" w14:textId="54676955" w:rsidR="00ED5D16" w:rsidRDefault="00ED5D16" w:rsidP="00540399">
      <w:pPr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1E40CB01" w14:textId="0BE3CC37" w:rsidR="00ED5D16" w:rsidRDefault="00ED5D16" w:rsidP="00540399">
      <w:pPr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63A861FD" w14:textId="3A154447" w:rsidR="00ED5D16" w:rsidRDefault="00ED5D16" w:rsidP="00540399">
      <w:pPr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5CE9239E" w14:textId="4ECC17B2" w:rsidR="00ED5D16" w:rsidRDefault="00ED5D16" w:rsidP="00540399">
      <w:pPr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6DE6AEF0" w14:textId="154059D8" w:rsidR="00ED5D16" w:rsidRDefault="00ED5D16" w:rsidP="00540399">
      <w:pPr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0F8B835B" w14:textId="77777777" w:rsidR="00ED5D16" w:rsidRDefault="00ED5D16" w:rsidP="00540399">
      <w:pPr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295FE372" w14:textId="25038EF5" w:rsidR="00561263" w:rsidRDefault="00561263" w:rsidP="00540399">
      <w:pPr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06AD4731" w14:textId="173A6D75" w:rsidR="00561263" w:rsidRDefault="00561263" w:rsidP="00540399">
      <w:pPr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4D63E57F" w14:textId="23743ADF" w:rsidR="00495E58" w:rsidRDefault="00495E58" w:rsidP="00461FC6">
      <w:pPr>
        <w:spacing w:before="100" w:beforeAutospacing="1" w:after="100" w:afterAutospac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9048D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813888" behindDoc="0" locked="0" layoutInCell="1" allowOverlap="1" wp14:anchorId="0171DADE" wp14:editId="39BD4D99">
            <wp:simplePos x="0" y="0"/>
            <wp:positionH relativeFrom="column">
              <wp:posOffset>2727960</wp:posOffset>
            </wp:positionH>
            <wp:positionV relativeFrom="paragraph">
              <wp:posOffset>-291160</wp:posOffset>
            </wp:positionV>
            <wp:extent cx="836295" cy="914400"/>
            <wp:effectExtent l="0" t="0" r="1905" b="0"/>
            <wp:wrapNone/>
            <wp:docPr id="1006200662" name="รูปภาพ 1006200662" descr="รูปภาพประกอบด้วย ร่าง, ภาพตัดปะ, การวาดภาพ, ศิลปะการใช้เส้น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200662" name="รูปภาพ 1006200662" descr="รูปภาพประกอบด้วย ร่าง, ภาพตัดปะ, การวาดภาพ, ศิลปะการใช้เส้น&#10;&#10;คำอธิบายที่สร้างโดยอัตโนมัติ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29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00A18D" w14:textId="77777777" w:rsidR="00495E58" w:rsidRPr="00495E58" w:rsidRDefault="00495E58" w:rsidP="00461FC6">
      <w:pPr>
        <w:spacing w:before="100" w:beforeAutospacing="1" w:after="100" w:afterAutospacing="1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22764DED" w14:textId="64F706ED" w:rsidR="00461FC6" w:rsidRPr="00540E5C" w:rsidRDefault="00B21D3F" w:rsidP="00461FC6">
      <w:pPr>
        <w:spacing w:before="100" w:beforeAutospacing="1" w:after="100" w:afterAutospacing="1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461FC6" w:rsidRPr="00540E5C">
        <w:rPr>
          <w:rFonts w:ascii="TH SarabunPSK" w:hAnsi="TH SarabunPSK" w:cs="TH SarabunPSK" w:hint="cs"/>
          <w:b/>
          <w:bCs/>
          <w:sz w:val="32"/>
          <w:szCs w:val="32"/>
          <w:cs/>
        </w:rPr>
        <w:t>คำสั่งโรงเรียน</w:t>
      </w:r>
      <w:r w:rsidR="00495E58">
        <w:rPr>
          <w:rFonts w:ascii="TH SarabunPSK" w:hAnsi="TH SarabunPSK" w:cs="TH SarabunPSK" w:hint="cs"/>
          <w:b/>
          <w:bCs/>
          <w:sz w:val="32"/>
          <w:szCs w:val="32"/>
          <w:cs/>
        </w:rPr>
        <w:t>บ้านนาสีนวน</w:t>
      </w:r>
    </w:p>
    <w:p w14:paraId="2F985118" w14:textId="07E7A370" w:rsidR="00461FC6" w:rsidRPr="00540E5C" w:rsidRDefault="00B21D3F" w:rsidP="00495E58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461FC6" w:rsidRPr="00540E5C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495E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๙๔</w:t>
      </w:r>
      <w:r w:rsidR="00461FC6" w:rsidRPr="00540E5C">
        <w:rPr>
          <w:rFonts w:ascii="TH SarabunPSK" w:hAnsi="TH SarabunPSK" w:cs="TH SarabunPSK" w:hint="cs"/>
          <w:b/>
          <w:bCs/>
          <w:sz w:val="32"/>
          <w:szCs w:val="32"/>
          <w:cs/>
        </w:rPr>
        <w:t>/๒๕๖</w:t>
      </w:r>
      <w:r w:rsidR="003040CF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</w:p>
    <w:p w14:paraId="016BD0F3" w14:textId="351E32F6" w:rsidR="00461FC6" w:rsidRPr="00540E5C" w:rsidRDefault="00461FC6" w:rsidP="00495E58">
      <w:pPr>
        <w:jc w:val="center"/>
        <w:rPr>
          <w:rFonts w:ascii="TH SarabunPSK" w:hAnsi="TH SarabunPSK" w:cs="TH SarabunPSK"/>
          <w:sz w:val="32"/>
          <w:szCs w:val="32"/>
        </w:rPr>
      </w:pPr>
      <w:r w:rsidRPr="00540E5C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แต่งตั้งคณะกรรมการความปลอดภัยในสถานศึกษา ปีการศึกษา ๒๕๖</w:t>
      </w:r>
      <w:r w:rsidR="003040CF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</w:p>
    <w:p w14:paraId="203BBBD8" w14:textId="77777777" w:rsidR="00461FC6" w:rsidRPr="00540E5C" w:rsidRDefault="00461FC6" w:rsidP="00495E5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40E5C">
        <w:rPr>
          <w:rFonts w:ascii="TH SarabunPSK" w:hAnsi="TH SarabunPSK" w:cs="TH SarabunPSK" w:hint="cs"/>
          <w:sz w:val="32"/>
          <w:szCs w:val="32"/>
          <w:cs/>
        </w:rPr>
        <w:t>ตามที่กระทรวงศึกษาธิการได้ประกาศนโยบายและจุดเน้นของกระทรวงศึกษาธิการ ประจำปีงบประมาณ พ.ศ. ๒๕๖๘ ในด้านการจัดการศึกษาเพื่อความปลอดภัย ดังนี้ ๑.๑ การจัดการศึกษาเพื่อความปลอดภัย ๑.๒ เร่งรัดความปลอดภัยในสถานศึกษา เพื่อเพิ่มความเชื่อมั่นของสังคม และป้องกันจากภัยคุกคามในชีวิตรูปแบบใหม่ และภัย</w:t>
      </w:r>
      <w:proofErr w:type="spellStart"/>
      <w:r w:rsidRPr="00540E5C">
        <w:rPr>
          <w:rFonts w:ascii="TH SarabunPSK" w:hAnsi="TH SarabunPSK" w:cs="TH SarabunPSK" w:hint="cs"/>
          <w:sz w:val="32"/>
          <w:szCs w:val="32"/>
          <w:cs/>
        </w:rPr>
        <w:t>อื่นๆ</w:t>
      </w:r>
      <w:proofErr w:type="spellEnd"/>
      <w:r w:rsidRPr="00540E5C">
        <w:rPr>
          <w:rFonts w:ascii="TH SarabunPSK" w:hAnsi="TH SarabunPSK" w:cs="TH SarabunPSK" w:hint="cs"/>
          <w:sz w:val="32"/>
          <w:szCs w:val="32"/>
          <w:cs/>
        </w:rPr>
        <w:t xml:space="preserve"> โดยมีการดำเนินการตามแผนและมาตรการด้านความปลอดภัยให้แก่ผู้เรียน ครู และบุคลากรในรูปแบบ</w:t>
      </w:r>
      <w:proofErr w:type="spellStart"/>
      <w:r w:rsidRPr="00540E5C">
        <w:rPr>
          <w:rFonts w:ascii="TH SarabunPSK" w:hAnsi="TH SarabunPSK" w:cs="TH SarabunPSK" w:hint="cs"/>
          <w:sz w:val="32"/>
          <w:szCs w:val="32"/>
          <w:cs/>
        </w:rPr>
        <w:t>ต่างๆ</w:t>
      </w:r>
      <w:proofErr w:type="spellEnd"/>
      <w:r w:rsidRPr="00540E5C">
        <w:rPr>
          <w:rFonts w:ascii="TH SarabunPSK" w:hAnsi="TH SarabunPSK" w:cs="TH SarabunPSK" w:hint="cs"/>
          <w:sz w:val="32"/>
          <w:szCs w:val="32"/>
          <w:cs/>
        </w:rPr>
        <w:t xml:space="preserve"> อย่างเข้มข้น รวมทั้งดำเนินการศึกษาวิจัย วิเคราะห์ วิจัย ติดตาม ประเมินผลการดำเนินการ และแสวงหาสถานศึกษาที่ดำเนินการได้ดีเยี่ยม (</w:t>
      </w:r>
      <w:r w:rsidRPr="00540E5C">
        <w:rPr>
          <w:rFonts w:ascii="TH SarabunPSK" w:hAnsi="TH SarabunPSK" w:cs="TH SarabunPSK" w:hint="cs"/>
          <w:sz w:val="32"/>
          <w:szCs w:val="32"/>
        </w:rPr>
        <w:t xml:space="preserve">Best Practice) </w:t>
      </w:r>
      <w:r w:rsidRPr="00540E5C">
        <w:rPr>
          <w:rFonts w:ascii="TH SarabunPSK" w:hAnsi="TH SarabunPSK" w:cs="TH SarabunPSK" w:hint="cs"/>
          <w:sz w:val="32"/>
          <w:szCs w:val="32"/>
          <w:cs/>
        </w:rPr>
        <w:t>เพื่อปรับปรุง พัฒนา และขยายผลต่อไป ๑.๓ เร่งปลูกฝังทัศนคติ พฤติกรรม และองค์ความรู้ที่เกี่ยวข้อง โดยบูรณาการอยู่ในกระบวนการจัดการเรียนรู้ เพื่อสร้างโอกาสในการเรียนรู้และสร้างภูมิคุ้มกันควบคู่กัน การใช้สื่อสังคมออนไลน์ในเชิงบวกและสร้างสรรค์ พร้อมทั้งหาแนวทางวิธีการปกป้องคุ้มครองต่อสถานการณ์ที่เกิดขึ้นกับผู้เรียน ครู และบุคลากรทางการศึกษา ๑.๔ เสริมสร้างการรับรู้ ความเข้าใจ ความตระหนัก และส่งเสริมคุณลักษณะและพฤติกรรมที่พึงประสงค์ด้านสิ่งแวดล้อม รวมทั้งการปรับตัวรองรับการเปลี่ยนแปลงของสภาพภูมิอากาศที่จะเกิดขึ้นในอนาคต และ ๑.๕ พัฒนาบทบาทและการทำงานของหน่วยงานด้านความปลอดภัยที่มีอยู่ในทุกหน่วยงาน ในสังกัดกระทรวงศึกษาธิการให้ดำเนินการอย่างคล่องตัวและมีประสิทธิภาพ</w:t>
      </w:r>
    </w:p>
    <w:p w14:paraId="2EA1FE79" w14:textId="77777777" w:rsidR="00461FC6" w:rsidRPr="00540E5C" w:rsidRDefault="00461FC6" w:rsidP="00495E5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40E5C">
        <w:rPr>
          <w:rFonts w:ascii="TH SarabunPSK" w:hAnsi="TH SarabunPSK" w:cs="TH SarabunPSK" w:hint="cs"/>
          <w:sz w:val="32"/>
          <w:szCs w:val="32"/>
          <w:cs/>
        </w:rPr>
        <w:t>เพื่อให้การดำเนินงานด้านความปลอดภัยในสถานศึกษา บรรลุเป้าหมายและวัตถุประสงค์อย่างมีคุณภาพ จึงอาศัยอำนาจตามพระราชบัญญัติระเบียบบริหารราชการกระทรวงศึกษาธิการ พ.ศ. ๒๕๔๖ มาตรา ๓๙ และพระราชบัญญัติระเบียบข้าราชการครูและบุคลากรทางการศึกษา พ.ศ. ๒๕๔๗ มาตรา ๒๗ จึงขอแต่งตั้งผู้มีรายชื่อเป็นคณะกรรมการความปลอดภัยในสถานศึกษา ปีการศึกษา ๒๕๖๘ ดังต่อไปนี้</w:t>
      </w:r>
    </w:p>
    <w:p w14:paraId="17AC455C" w14:textId="341340C3" w:rsidR="00461FC6" w:rsidRDefault="00461FC6" w:rsidP="00461FC6">
      <w:pPr>
        <w:spacing w:before="100" w:beforeAutospacing="1" w:after="100" w:afterAutospacing="1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40E5C">
        <w:rPr>
          <w:rFonts w:ascii="TH SarabunPSK" w:hAnsi="TH SarabunPSK" w:cs="TH SarabunPSK" w:hint="cs"/>
          <w:b/>
          <w:bCs/>
          <w:sz w:val="32"/>
          <w:szCs w:val="32"/>
          <w:cs/>
        </w:rPr>
        <w:t>๑. คณะกรรมการอำนวยการ</w:t>
      </w:r>
    </w:p>
    <w:p w14:paraId="118C255B" w14:textId="1F0EAE20" w:rsidR="00495E58" w:rsidRPr="00495E58" w:rsidRDefault="00495E58" w:rsidP="00495E58">
      <w:pPr>
        <w:suppressAutoHyphens/>
        <w:autoSpaceDN w:val="0"/>
        <w:ind w:firstLine="720"/>
        <w:jc w:val="both"/>
        <w:textAlignment w:val="baseline"/>
        <w:rPr>
          <w:rFonts w:ascii="TH SarabunIT๙" w:eastAsia="Calibri" w:hAnsi="TH SarabunIT๙" w:cs="TH SarabunIT๙"/>
          <w:sz w:val="22"/>
          <w:szCs w:val="22"/>
          <w:lang w:eastAsia="zh-CN" w:bidi="hi-IN"/>
        </w:rPr>
      </w:pPr>
      <w:r>
        <w:rPr>
          <w:rFonts w:ascii="TH SarabunIT๙" w:eastAsia="TH Sarabun PSK" w:hAnsi="TH SarabunIT๙" w:cs="TH SarabunIT๙" w:hint="cs"/>
          <w:sz w:val="32"/>
          <w:szCs w:val="32"/>
          <w:cs/>
          <w:lang w:eastAsia="zh-CN"/>
        </w:rPr>
        <w:t xml:space="preserve">   </w:t>
      </w:r>
      <w:r w:rsidRPr="00495E58">
        <w:rPr>
          <w:rFonts w:ascii="TH SarabunIT๙" w:eastAsia="TH Sarabun PSK" w:hAnsi="TH SarabunIT๙" w:cs="TH SarabunIT๙"/>
          <w:sz w:val="32"/>
          <w:szCs w:val="32"/>
          <w:lang w:eastAsia="zh-CN" w:bidi="hi-IN"/>
        </w:rPr>
        <w:t xml:space="preserve">1.1 </w:t>
      </w:r>
      <w:r w:rsidRPr="00495E58">
        <w:rPr>
          <w:rFonts w:ascii="TH SarabunIT๙" w:eastAsia="TH Sarabun PSK" w:hAnsi="TH SarabunIT๙" w:cs="TH SarabunIT๙"/>
          <w:sz w:val="32"/>
          <w:szCs w:val="32"/>
          <w:cs/>
          <w:lang w:eastAsia="zh-CN"/>
        </w:rPr>
        <w:t xml:space="preserve"> นายทองสุข  </w:t>
      </w:r>
      <w:proofErr w:type="spellStart"/>
      <w:r w:rsidRPr="00495E58">
        <w:rPr>
          <w:rFonts w:ascii="TH SarabunIT๙" w:eastAsia="TH Sarabun PSK" w:hAnsi="TH SarabunIT๙" w:cs="TH SarabunIT๙"/>
          <w:sz w:val="32"/>
          <w:szCs w:val="32"/>
          <w:cs/>
          <w:lang w:eastAsia="zh-CN"/>
        </w:rPr>
        <w:t>หงษ์</w:t>
      </w:r>
      <w:proofErr w:type="spellEnd"/>
      <w:r w:rsidRPr="00495E58">
        <w:rPr>
          <w:rFonts w:ascii="TH SarabunIT๙" w:eastAsia="TH Sarabun PSK" w:hAnsi="TH SarabunIT๙" w:cs="TH SarabunIT๙"/>
          <w:sz w:val="32"/>
          <w:szCs w:val="32"/>
          <w:cs/>
          <w:lang w:eastAsia="zh-CN"/>
        </w:rPr>
        <w:t>ใหญ่   ประธานกรรมการสถานศึกษา ฯ</w:t>
      </w:r>
      <w:r w:rsidRPr="00495E58">
        <w:rPr>
          <w:rFonts w:ascii="TH SarabunIT๙" w:eastAsia="TH Sarabun PSK" w:hAnsi="TH SarabunIT๙" w:cs="TH SarabunIT๙"/>
          <w:sz w:val="32"/>
          <w:szCs w:val="32"/>
          <w:cs/>
          <w:lang w:eastAsia="zh-CN"/>
        </w:rPr>
        <w:tab/>
        <w:t xml:space="preserve"> ประธานกรรมการ</w:t>
      </w:r>
    </w:p>
    <w:p w14:paraId="4881E0DC" w14:textId="77777777" w:rsidR="00495E58" w:rsidRPr="00495E58" w:rsidRDefault="00495E58" w:rsidP="00495E58">
      <w:pPr>
        <w:suppressAutoHyphens/>
        <w:autoSpaceDN w:val="0"/>
        <w:ind w:firstLine="720"/>
        <w:jc w:val="both"/>
        <w:textAlignment w:val="baseline"/>
        <w:rPr>
          <w:rFonts w:ascii="TH SarabunIT๙" w:eastAsia="Calibri" w:hAnsi="TH SarabunIT๙" w:cs="TH SarabunIT๙"/>
          <w:sz w:val="22"/>
          <w:szCs w:val="22"/>
          <w:lang w:eastAsia="zh-CN" w:bidi="hi-IN"/>
        </w:rPr>
      </w:pPr>
      <w:r w:rsidRPr="00495E58">
        <w:rPr>
          <w:rFonts w:ascii="TH SarabunIT๙" w:eastAsia="TH Sarabun PSK" w:hAnsi="TH SarabunIT๙" w:cs="TH SarabunIT๙"/>
          <w:sz w:val="32"/>
          <w:szCs w:val="32"/>
          <w:cs/>
          <w:lang w:eastAsia="zh-CN"/>
        </w:rPr>
        <w:t xml:space="preserve">   </w:t>
      </w:r>
      <w:r w:rsidRPr="00495E58">
        <w:rPr>
          <w:rFonts w:ascii="TH SarabunIT๙" w:eastAsia="TH Sarabun PSK" w:hAnsi="TH SarabunIT๙" w:cs="TH SarabunIT๙"/>
          <w:sz w:val="32"/>
          <w:szCs w:val="32"/>
          <w:lang w:eastAsia="zh-CN" w:bidi="hi-IN"/>
        </w:rPr>
        <w:t xml:space="preserve">1.2 </w:t>
      </w:r>
      <w:r w:rsidRPr="00495E58">
        <w:rPr>
          <w:rFonts w:ascii="TH SarabunIT๙" w:eastAsia="TH Sarabun PSK" w:hAnsi="TH SarabunIT๙" w:cs="TH SarabunIT๙"/>
          <w:sz w:val="32"/>
          <w:szCs w:val="32"/>
          <w:cs/>
          <w:lang w:eastAsia="zh-CN"/>
        </w:rPr>
        <w:t xml:space="preserve"> </w:t>
      </w:r>
      <w:r w:rsidRPr="00495E58">
        <w:rPr>
          <w:rFonts w:ascii="TH SarabunIT๙" w:eastAsia="Calibri" w:hAnsi="TH SarabunIT๙" w:cs="TH SarabunIT๙"/>
          <w:sz w:val="32"/>
          <w:szCs w:val="32"/>
          <w:cs/>
          <w:lang w:eastAsia="zh-CN"/>
        </w:rPr>
        <w:t>นางอรุณรัตน์  นวลศรี</w:t>
      </w:r>
      <w:r w:rsidRPr="00495E58">
        <w:rPr>
          <w:rFonts w:ascii="TH SarabunIT๙" w:eastAsia="TH Sarabun PSK" w:hAnsi="TH SarabunIT๙" w:cs="TH SarabunIT๙"/>
          <w:sz w:val="32"/>
          <w:szCs w:val="32"/>
          <w:cs/>
          <w:lang w:eastAsia="zh-CN"/>
        </w:rPr>
        <w:t xml:space="preserve">      </w:t>
      </w:r>
      <w:r w:rsidRPr="00495E58">
        <w:rPr>
          <w:rFonts w:ascii="TH SarabunIT๙" w:eastAsia="Calibri" w:hAnsi="TH SarabunIT๙" w:cs="TH SarabunIT๙"/>
          <w:sz w:val="32"/>
          <w:szCs w:val="32"/>
          <w:cs/>
          <w:lang w:eastAsia="zh-CN"/>
        </w:rPr>
        <w:t>ผู้แทนศิษย์เก่า</w:t>
      </w:r>
      <w:r w:rsidRPr="00495E58">
        <w:rPr>
          <w:rFonts w:ascii="TH SarabunIT๙" w:eastAsia="TH Sarabun PSK" w:hAnsi="TH SarabunIT๙" w:cs="TH SarabunIT๙"/>
          <w:sz w:val="32"/>
          <w:szCs w:val="32"/>
          <w:cs/>
          <w:lang w:eastAsia="zh-CN"/>
        </w:rPr>
        <w:tab/>
      </w:r>
      <w:r w:rsidRPr="00495E58">
        <w:rPr>
          <w:rFonts w:ascii="TH SarabunIT๙" w:eastAsia="TH Sarabun PSK" w:hAnsi="TH SarabunIT๙" w:cs="TH SarabunIT๙"/>
          <w:sz w:val="32"/>
          <w:szCs w:val="32"/>
          <w:cs/>
          <w:lang w:eastAsia="zh-CN"/>
        </w:rPr>
        <w:tab/>
        <w:t xml:space="preserve">           รองประธานกรรมการ</w:t>
      </w:r>
    </w:p>
    <w:p w14:paraId="399C38BB" w14:textId="77777777" w:rsidR="00495E58" w:rsidRPr="00495E58" w:rsidRDefault="00495E58" w:rsidP="00495E58">
      <w:pPr>
        <w:suppressAutoHyphens/>
        <w:autoSpaceDN w:val="0"/>
        <w:ind w:firstLine="720"/>
        <w:jc w:val="both"/>
        <w:textAlignment w:val="baseline"/>
        <w:rPr>
          <w:rFonts w:ascii="TH SarabunIT๙" w:eastAsia="TH Sarabun PSK" w:hAnsi="TH SarabunIT๙" w:cs="TH SarabunIT๙"/>
          <w:sz w:val="32"/>
          <w:szCs w:val="32"/>
          <w:lang w:eastAsia="zh-CN"/>
        </w:rPr>
      </w:pPr>
      <w:r w:rsidRPr="00495E58">
        <w:rPr>
          <w:rFonts w:ascii="TH SarabunIT๙" w:eastAsia="TH Sarabun PSK" w:hAnsi="TH SarabunIT๙" w:cs="TH SarabunIT๙"/>
          <w:sz w:val="32"/>
          <w:szCs w:val="32"/>
          <w:cs/>
          <w:lang w:eastAsia="zh-CN"/>
        </w:rPr>
        <w:t xml:space="preserve">   </w:t>
      </w:r>
      <w:r w:rsidRPr="00495E58">
        <w:rPr>
          <w:rFonts w:ascii="TH SarabunIT๙" w:eastAsia="TH Sarabun PSK" w:hAnsi="TH SarabunIT๙" w:cs="TH SarabunIT๙"/>
          <w:sz w:val="32"/>
          <w:szCs w:val="32"/>
          <w:lang w:eastAsia="zh-CN" w:bidi="hi-IN"/>
        </w:rPr>
        <w:t xml:space="preserve">1.3 </w:t>
      </w:r>
      <w:r w:rsidRPr="00495E58">
        <w:rPr>
          <w:rFonts w:ascii="TH SarabunIT๙" w:eastAsia="TH Sarabun PSK" w:hAnsi="TH SarabunIT๙" w:cs="TH SarabunIT๙"/>
          <w:sz w:val="32"/>
          <w:szCs w:val="32"/>
          <w:cs/>
          <w:lang w:eastAsia="zh-CN"/>
        </w:rPr>
        <w:t xml:space="preserve"> นายสมจิต </w:t>
      </w:r>
      <w:proofErr w:type="spellStart"/>
      <w:r w:rsidRPr="00495E58">
        <w:rPr>
          <w:rFonts w:ascii="TH SarabunIT๙" w:eastAsia="TH Sarabun PSK" w:hAnsi="TH SarabunIT๙" w:cs="TH SarabunIT๙"/>
          <w:sz w:val="32"/>
          <w:szCs w:val="32"/>
          <w:cs/>
          <w:lang w:eastAsia="zh-CN"/>
        </w:rPr>
        <w:t>มุ</w:t>
      </w:r>
      <w:proofErr w:type="spellEnd"/>
      <w:r w:rsidRPr="00495E58">
        <w:rPr>
          <w:rFonts w:ascii="TH SarabunIT๙" w:eastAsia="TH Sarabun PSK" w:hAnsi="TH SarabunIT๙" w:cs="TH SarabunIT๙"/>
          <w:sz w:val="32"/>
          <w:szCs w:val="32"/>
          <w:cs/>
          <w:lang w:eastAsia="zh-CN"/>
        </w:rPr>
        <w:t>ลม่อม          ผู้แทนผู้ปกครอง</w:t>
      </w:r>
      <w:r w:rsidRPr="00495E58">
        <w:rPr>
          <w:rFonts w:ascii="TH SarabunIT๙" w:eastAsia="TH Sarabun PSK" w:hAnsi="TH SarabunIT๙" w:cs="TH SarabunIT๙"/>
          <w:sz w:val="32"/>
          <w:szCs w:val="32"/>
          <w:cs/>
          <w:lang w:eastAsia="zh-CN"/>
        </w:rPr>
        <w:tab/>
      </w:r>
      <w:r w:rsidRPr="00495E58">
        <w:rPr>
          <w:rFonts w:ascii="TH SarabunIT๙" w:eastAsia="TH Sarabun PSK" w:hAnsi="TH SarabunIT๙" w:cs="TH SarabunIT๙"/>
          <w:sz w:val="32"/>
          <w:szCs w:val="32"/>
          <w:cs/>
          <w:lang w:eastAsia="zh-CN"/>
        </w:rPr>
        <w:tab/>
        <w:t xml:space="preserve">            กรรมการ</w:t>
      </w:r>
    </w:p>
    <w:p w14:paraId="39392B7C" w14:textId="77777777" w:rsidR="00495E58" w:rsidRPr="00495E58" w:rsidRDefault="00495E58" w:rsidP="00495E58">
      <w:pPr>
        <w:tabs>
          <w:tab w:val="left" w:pos="6762"/>
        </w:tabs>
        <w:suppressAutoHyphens/>
        <w:autoSpaceDN w:val="0"/>
        <w:ind w:firstLine="720"/>
        <w:jc w:val="both"/>
        <w:textAlignment w:val="baseline"/>
        <w:rPr>
          <w:rFonts w:ascii="TH SarabunIT๙" w:eastAsia="Calibri" w:hAnsi="TH SarabunIT๙" w:cs="TH SarabunIT๙"/>
          <w:sz w:val="32"/>
          <w:szCs w:val="32"/>
          <w:lang w:eastAsia="zh-CN"/>
        </w:rPr>
      </w:pPr>
      <w:r w:rsidRPr="00495E58">
        <w:rPr>
          <w:rFonts w:ascii="TH SarabunIT๙" w:eastAsia="Calibri" w:hAnsi="TH SarabunIT๙" w:cs="TH SarabunIT๙"/>
          <w:sz w:val="32"/>
          <w:szCs w:val="32"/>
          <w:cs/>
          <w:lang w:eastAsia="zh-CN"/>
        </w:rPr>
        <w:t xml:space="preserve">   1.4  นางนิภาพร ไกร</w:t>
      </w:r>
      <w:proofErr w:type="spellStart"/>
      <w:r w:rsidRPr="00495E58">
        <w:rPr>
          <w:rFonts w:ascii="TH SarabunIT๙" w:eastAsia="Calibri" w:hAnsi="TH SarabunIT๙" w:cs="TH SarabunIT๙"/>
          <w:sz w:val="32"/>
          <w:szCs w:val="32"/>
          <w:cs/>
          <w:lang w:eastAsia="zh-CN"/>
        </w:rPr>
        <w:t>ษร</w:t>
      </w:r>
      <w:proofErr w:type="spellEnd"/>
      <w:r w:rsidRPr="00495E58">
        <w:rPr>
          <w:rFonts w:ascii="TH SarabunIT๙" w:eastAsia="Calibri" w:hAnsi="TH SarabunIT๙" w:cs="TH SarabunIT๙"/>
          <w:sz w:val="32"/>
          <w:szCs w:val="32"/>
          <w:cs/>
          <w:lang w:eastAsia="zh-CN"/>
        </w:rPr>
        <w:t>ศรี    ผู้แทนองค์กรปกครองท้องถิ่น           กรรมการ</w:t>
      </w:r>
    </w:p>
    <w:p w14:paraId="61460DCF" w14:textId="77777777" w:rsidR="00495E58" w:rsidRPr="00495E58" w:rsidRDefault="00495E58" w:rsidP="00495E58">
      <w:pPr>
        <w:tabs>
          <w:tab w:val="left" w:pos="6762"/>
        </w:tabs>
        <w:suppressAutoHyphens/>
        <w:autoSpaceDN w:val="0"/>
        <w:ind w:firstLine="720"/>
        <w:jc w:val="both"/>
        <w:textAlignment w:val="baseline"/>
        <w:rPr>
          <w:rFonts w:ascii="TH SarabunIT๙" w:eastAsia="Calibri" w:hAnsi="TH SarabunIT๙" w:cs="TH SarabunIT๙"/>
          <w:sz w:val="32"/>
          <w:szCs w:val="32"/>
          <w:lang w:eastAsia="zh-CN"/>
        </w:rPr>
      </w:pPr>
      <w:r w:rsidRPr="00495E58">
        <w:rPr>
          <w:rFonts w:ascii="TH SarabunIT๙" w:eastAsia="Calibri" w:hAnsi="TH SarabunIT๙" w:cs="TH SarabunIT๙"/>
          <w:sz w:val="32"/>
          <w:szCs w:val="32"/>
          <w:cs/>
          <w:lang w:eastAsia="zh-CN"/>
        </w:rPr>
        <w:t xml:space="preserve">   1.5  นางสาวบุญเพ็ง  หงส์ใหญ่   ผู้แทนชุมชน                           กรรมการ</w:t>
      </w:r>
    </w:p>
    <w:p w14:paraId="578CAF44" w14:textId="77777777" w:rsidR="00495E58" w:rsidRPr="00495E58" w:rsidRDefault="00495E58" w:rsidP="00495E58">
      <w:pPr>
        <w:tabs>
          <w:tab w:val="left" w:pos="6762"/>
        </w:tabs>
        <w:suppressAutoHyphens/>
        <w:autoSpaceDN w:val="0"/>
        <w:ind w:firstLine="720"/>
        <w:jc w:val="both"/>
        <w:textAlignment w:val="baseline"/>
        <w:rPr>
          <w:rFonts w:ascii="TH SarabunIT๙" w:eastAsia="Calibri" w:hAnsi="TH SarabunIT๙" w:cs="TH SarabunIT๙"/>
          <w:sz w:val="32"/>
          <w:szCs w:val="32"/>
          <w:lang w:eastAsia="zh-CN"/>
        </w:rPr>
      </w:pPr>
      <w:r w:rsidRPr="00495E58">
        <w:rPr>
          <w:rFonts w:ascii="TH SarabunIT๙" w:eastAsia="Calibri" w:hAnsi="TH SarabunIT๙" w:cs="TH SarabunIT๙"/>
          <w:sz w:val="32"/>
          <w:szCs w:val="32"/>
          <w:cs/>
          <w:lang w:eastAsia="zh-CN"/>
        </w:rPr>
        <w:t xml:space="preserve">   1.6  นายทองเลื่อน  จำปาแดง    ผู้แทนศาสนา                          กรรมการ</w:t>
      </w:r>
    </w:p>
    <w:p w14:paraId="4B2CA137" w14:textId="77777777" w:rsidR="00495E58" w:rsidRPr="00495E58" w:rsidRDefault="00495E58" w:rsidP="00495E58">
      <w:pPr>
        <w:tabs>
          <w:tab w:val="left" w:pos="6762"/>
        </w:tabs>
        <w:suppressAutoHyphens/>
        <w:autoSpaceDN w:val="0"/>
        <w:ind w:firstLine="720"/>
        <w:jc w:val="both"/>
        <w:textAlignment w:val="baseline"/>
        <w:rPr>
          <w:rFonts w:ascii="TH SarabunIT๙" w:eastAsia="Calibri" w:hAnsi="TH SarabunIT๙" w:cs="TH SarabunIT๙"/>
          <w:sz w:val="32"/>
          <w:szCs w:val="32"/>
          <w:lang w:eastAsia="zh-CN"/>
        </w:rPr>
      </w:pPr>
      <w:r w:rsidRPr="00495E58">
        <w:rPr>
          <w:rFonts w:ascii="TH SarabunIT๙" w:eastAsia="Calibri" w:hAnsi="TH SarabunIT๙" w:cs="TH SarabunIT๙"/>
          <w:sz w:val="32"/>
          <w:szCs w:val="32"/>
          <w:cs/>
          <w:lang w:eastAsia="zh-CN"/>
        </w:rPr>
        <w:t xml:space="preserve">   1.7  นางบุญเพ็ง  ภูลายยาว       ผู้ทรงคุณวุฒิ                           กรรมการ</w:t>
      </w:r>
    </w:p>
    <w:p w14:paraId="0A3188D6" w14:textId="77777777" w:rsidR="00495E58" w:rsidRPr="00495E58" w:rsidRDefault="00495E58" w:rsidP="00495E58">
      <w:pPr>
        <w:suppressAutoHyphens/>
        <w:autoSpaceDN w:val="0"/>
        <w:ind w:firstLine="720"/>
        <w:jc w:val="both"/>
        <w:textAlignment w:val="baseline"/>
        <w:rPr>
          <w:rFonts w:ascii="TH SarabunIT๙" w:eastAsia="TH Sarabun PSK" w:hAnsi="TH SarabunIT๙" w:cs="TH SarabunIT๙"/>
          <w:sz w:val="32"/>
          <w:szCs w:val="32"/>
          <w:lang w:eastAsia="zh-CN"/>
        </w:rPr>
      </w:pPr>
      <w:r w:rsidRPr="00495E58">
        <w:rPr>
          <w:rFonts w:ascii="TH SarabunIT๙" w:eastAsia="TH Sarabun PSK" w:hAnsi="TH SarabunIT๙" w:cs="TH SarabunIT๙"/>
          <w:sz w:val="32"/>
          <w:szCs w:val="32"/>
          <w:cs/>
          <w:lang w:eastAsia="zh-CN"/>
        </w:rPr>
        <w:t xml:space="preserve">   </w:t>
      </w:r>
      <w:r w:rsidRPr="00495E58">
        <w:rPr>
          <w:rFonts w:ascii="TH SarabunIT๙" w:eastAsia="TH Sarabun PSK" w:hAnsi="TH SarabunIT๙" w:cs="TH SarabunIT๙"/>
          <w:sz w:val="32"/>
          <w:szCs w:val="32"/>
          <w:lang w:eastAsia="zh-CN" w:bidi="hi-IN"/>
        </w:rPr>
        <w:t>1.</w:t>
      </w:r>
      <w:r w:rsidRPr="00495E58">
        <w:rPr>
          <w:rFonts w:ascii="TH SarabunIT๙" w:eastAsia="TH Sarabun PSK" w:hAnsi="TH SarabunIT๙" w:cs="TH SarabunIT๙"/>
          <w:sz w:val="32"/>
          <w:szCs w:val="32"/>
          <w:cs/>
          <w:lang w:eastAsia="zh-CN"/>
        </w:rPr>
        <w:t>8</w:t>
      </w:r>
      <w:r w:rsidRPr="00495E58">
        <w:rPr>
          <w:rFonts w:ascii="TH SarabunIT๙" w:eastAsia="TH Sarabun PSK" w:hAnsi="TH SarabunIT๙" w:cs="TH SarabunIT๙"/>
          <w:sz w:val="32"/>
          <w:szCs w:val="32"/>
          <w:lang w:eastAsia="zh-CN" w:bidi="hi-IN"/>
        </w:rPr>
        <w:t xml:space="preserve"> </w:t>
      </w:r>
      <w:r w:rsidRPr="00495E58">
        <w:rPr>
          <w:rFonts w:ascii="TH SarabunIT๙" w:eastAsia="TH Sarabun PSK" w:hAnsi="TH SarabunIT๙" w:cs="TH SarabunIT๙"/>
          <w:sz w:val="32"/>
          <w:szCs w:val="32"/>
          <w:cs/>
          <w:lang w:eastAsia="zh-CN"/>
        </w:rPr>
        <w:t xml:space="preserve"> นางชล</w:t>
      </w:r>
      <w:proofErr w:type="spellStart"/>
      <w:r w:rsidRPr="00495E58">
        <w:rPr>
          <w:rFonts w:ascii="TH SarabunIT๙" w:eastAsia="TH Sarabun PSK" w:hAnsi="TH SarabunIT๙" w:cs="TH SarabunIT๙"/>
          <w:sz w:val="32"/>
          <w:szCs w:val="32"/>
          <w:cs/>
          <w:lang w:eastAsia="zh-CN"/>
        </w:rPr>
        <w:t>ธิ</w:t>
      </w:r>
      <w:proofErr w:type="spellEnd"/>
      <w:r w:rsidRPr="00495E58">
        <w:rPr>
          <w:rFonts w:ascii="TH SarabunIT๙" w:eastAsia="TH Sarabun PSK" w:hAnsi="TH SarabunIT๙" w:cs="TH SarabunIT๙"/>
          <w:sz w:val="32"/>
          <w:szCs w:val="32"/>
          <w:cs/>
          <w:lang w:eastAsia="zh-CN"/>
        </w:rPr>
        <w:t>ชา บุพชาติ       ผู้อำนวยการโรงเรียน</w:t>
      </w:r>
      <w:r w:rsidRPr="00495E58">
        <w:rPr>
          <w:rFonts w:ascii="TH SarabunIT๙" w:eastAsia="TH Sarabun PSK" w:hAnsi="TH SarabunIT๙" w:cs="TH SarabunIT๙"/>
          <w:sz w:val="32"/>
          <w:szCs w:val="32"/>
          <w:cs/>
          <w:lang w:eastAsia="zh-CN"/>
        </w:rPr>
        <w:tab/>
        <w:t xml:space="preserve">           กรรมการและเลขานุการ</w:t>
      </w:r>
    </w:p>
    <w:p w14:paraId="42CC4591" w14:textId="77777777" w:rsidR="00461FC6" w:rsidRPr="00540E5C" w:rsidRDefault="00461FC6" w:rsidP="00461FC6">
      <w:pPr>
        <w:spacing w:before="100" w:beforeAutospacing="1" w:after="100" w:afterAutospacing="1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40E5C">
        <w:rPr>
          <w:rFonts w:ascii="TH SarabunPSK" w:hAnsi="TH SarabunPSK" w:cs="TH SarabunPSK" w:hint="cs"/>
          <w:b/>
          <w:bCs/>
          <w:sz w:val="32"/>
          <w:szCs w:val="32"/>
          <w:cs/>
        </w:rPr>
        <w:t>มีหน้าที่</w:t>
      </w:r>
      <w:r w:rsidRPr="00540E5C">
        <w:rPr>
          <w:rFonts w:ascii="TH SarabunPSK" w:hAnsi="TH SarabunPSK" w:cs="TH SarabunPSK" w:hint="cs"/>
          <w:sz w:val="32"/>
          <w:szCs w:val="32"/>
        </w:rPr>
        <w:t xml:space="preserve"> </w:t>
      </w:r>
      <w:r w:rsidRPr="00540E5C">
        <w:rPr>
          <w:rFonts w:ascii="TH SarabunPSK" w:hAnsi="TH SarabunPSK" w:cs="TH SarabunPSK" w:hint="cs"/>
          <w:sz w:val="32"/>
          <w:szCs w:val="32"/>
          <w:cs/>
        </w:rPr>
        <w:t>ให้คำปรึกษา ให้ข้อเสนอแนะแนวทางในการจัดทำแผนเผชิญเหตุ แนวทางการแก้ไขปัญหา และกำกับติดตามการดำเนินงานด้านความปลอดภัย</w:t>
      </w:r>
    </w:p>
    <w:p w14:paraId="319590FC" w14:textId="01588FFD" w:rsidR="00461FC6" w:rsidRDefault="00461FC6" w:rsidP="00461FC6">
      <w:pPr>
        <w:spacing w:before="100" w:beforeAutospacing="1" w:after="100" w:afterAutospacing="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๒</w:t>
      </w:r>
      <w:r w:rsidRPr="00540E5C">
        <w:rPr>
          <w:rFonts w:ascii="TH SarabunPSK" w:hAnsi="TH SarabunPSK" w:cs="TH SarabunPSK" w:hint="cs"/>
          <w:b/>
          <w:bCs/>
          <w:sz w:val="32"/>
          <w:szCs w:val="32"/>
          <w:cs/>
        </w:rPr>
        <w:t>. แต่งตั้งคณะกรรมการความปลอดภัยในสถานศึกษา</w:t>
      </w:r>
    </w:p>
    <w:p w14:paraId="34FD8B54" w14:textId="77777777" w:rsidR="00495E58" w:rsidRPr="0001277B" w:rsidRDefault="00495E58" w:rsidP="00495E58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2.1  นางชล</w:t>
      </w:r>
      <w:proofErr w:type="spellStart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ธิ</w:t>
      </w:r>
      <w:proofErr w:type="spellEnd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ชา  บุพชาติ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ผู้อำนวยการโรงเรียนบ้านนาสีนวน    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ประธานกรรมการ</w:t>
      </w:r>
    </w:p>
    <w:p w14:paraId="7DD6E995" w14:textId="77777777" w:rsidR="00495E58" w:rsidRPr="0001277B" w:rsidRDefault="00495E58" w:rsidP="00495E58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2.2  นายสุพี  บูรพันธ์      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นายก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เทศมนตรีตำบลนาสีนวน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รองประธา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กรรมการ</w:t>
      </w:r>
    </w:p>
    <w:p w14:paraId="38CBF1B0" w14:textId="77777777" w:rsidR="00495E58" w:rsidRPr="0001277B" w:rsidRDefault="00495E58" w:rsidP="00495E58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2.3  นายทองสุข  </w:t>
      </w:r>
      <w:proofErr w:type="spellStart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หงษ์</w:t>
      </w:r>
      <w:proofErr w:type="spellEnd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ใหญ่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คณะ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กรรมการสถานศึกษา           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รองประธานกรรมการ</w:t>
      </w:r>
    </w:p>
    <w:p w14:paraId="0303D0D2" w14:textId="77777777" w:rsidR="00495E58" w:rsidRPr="0001277B" w:rsidRDefault="00495E58" w:rsidP="00495E58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2.4  นายทองเลื่อน  จำปาแดง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คณะ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กรร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มการสถานศึกษา                 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กรรมการ</w:t>
      </w:r>
    </w:p>
    <w:p w14:paraId="446EC0A3" w14:textId="77777777" w:rsidR="00495E58" w:rsidRPr="0001277B" w:rsidRDefault="00495E58" w:rsidP="00495E58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ab/>
        <w:t>2.5  นางสุปรานี   สีโมคา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เจ้าหน้าที่สาธารณสุข            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กรรมการ</w:t>
      </w:r>
    </w:p>
    <w:p w14:paraId="67E0F778" w14:textId="77777777" w:rsidR="00495E58" w:rsidRPr="0001277B" w:rsidRDefault="00495E58" w:rsidP="00495E58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2.6  นายสมจิต </w:t>
      </w:r>
      <w:proofErr w:type="spellStart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มุ</w:t>
      </w:r>
      <w:proofErr w:type="spellEnd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ลม่อม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คณะ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กรรมการสถานศึกษา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   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กรรมการ</w:t>
      </w:r>
    </w:p>
    <w:p w14:paraId="3C82A7A9" w14:textId="77777777" w:rsidR="00495E58" w:rsidRPr="0001277B" w:rsidRDefault="00495E58" w:rsidP="00495E58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ab/>
        <w:t>2.7  นางสาวสินใจ  ภูพันนา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ครูประจำชั้นอนุบาลปีที่ 2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กรรมการ</w:t>
      </w:r>
    </w:p>
    <w:p w14:paraId="7B66DBE7" w14:textId="77777777" w:rsidR="00495E58" w:rsidRPr="0001277B" w:rsidRDefault="00495E58" w:rsidP="00495E58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ab/>
        <w:t>2.8  นางรัช</w:t>
      </w:r>
      <w:proofErr w:type="spellStart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ฎา</w:t>
      </w:r>
      <w:proofErr w:type="spellEnd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พร  </w:t>
      </w:r>
      <w:proofErr w:type="spellStart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สิม</w:t>
      </w:r>
      <w:proofErr w:type="spellEnd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ลา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ครูประจำชั้นอนุบาลปีที่ 3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กรรมการ</w:t>
      </w:r>
    </w:p>
    <w:p w14:paraId="340F2122" w14:textId="77777777" w:rsidR="00495E58" w:rsidRPr="0001277B" w:rsidRDefault="00495E58" w:rsidP="00495E58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ab/>
        <w:t>2.9  นาง</w:t>
      </w:r>
      <w:proofErr w:type="spellStart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สุพัต</w:t>
      </w:r>
      <w:proofErr w:type="spellEnd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รา  รัตน์พร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ครูประจำชั้นประถมศึกษาปีที่ 1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กรรมการ</w:t>
      </w:r>
    </w:p>
    <w:p w14:paraId="4376E4B3" w14:textId="77777777" w:rsidR="00495E58" w:rsidRPr="0001277B" w:rsidRDefault="00495E58" w:rsidP="00495E58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2.9  นางสาวจิตราพร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หารภูมิ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ครูประจำชั้นประถมศึกษาปีที่ 2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กรรมการ</w:t>
      </w:r>
    </w:p>
    <w:p w14:paraId="43308E94" w14:textId="77777777" w:rsidR="00495E58" w:rsidRDefault="00495E58" w:rsidP="00495E58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2.10 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นางสาวเจติยา  ทัก</w:t>
      </w:r>
      <w:proofErr w:type="spellStart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ษิ</w:t>
      </w:r>
      <w:proofErr w:type="spellEnd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มา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ครูประจำชั้นประถมศึกษาปีที่ 3 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กรรมการ</w:t>
      </w:r>
    </w:p>
    <w:p w14:paraId="38DA9EA8" w14:textId="77777777" w:rsidR="00495E58" w:rsidRPr="0001277B" w:rsidRDefault="00495E58" w:rsidP="00495E58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2.11  นางสาวเจษฎาภรณ์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อนุอัน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ครูประจำชั้นประถมศึกษาปีที่ 5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กรรมการ</w:t>
      </w:r>
    </w:p>
    <w:p w14:paraId="3605532C" w14:textId="77777777" w:rsidR="00495E58" w:rsidRPr="0001277B" w:rsidRDefault="00495E58" w:rsidP="00495E58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2.12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นายปฏิวัติ  ภักดีกุล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ครูประจำชั้นประถมศึกษาปีที่ 6 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กรรมการ</w:t>
      </w:r>
    </w:p>
    <w:p w14:paraId="0554850C" w14:textId="77777777" w:rsidR="00495E58" w:rsidRDefault="00495E58" w:rsidP="00495E58">
      <w:pPr>
        <w:tabs>
          <w:tab w:val="left" w:pos="6660"/>
          <w:tab w:val="left" w:pos="6840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2.13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นายอดิเทพ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พละดล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C832C7">
        <w:rPr>
          <w:rFonts w:ascii="TH SarabunPSK" w:hAnsi="TH SarabunPSK" w:cs="TH SarabunPSK" w:hint="cs"/>
          <w:sz w:val="32"/>
          <w:szCs w:val="32"/>
          <w:cs/>
        </w:rPr>
        <w:t>นักศึกษาฝึกประสบการณ์ฯ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กรรมการ</w:t>
      </w:r>
    </w:p>
    <w:p w14:paraId="1680CA78" w14:textId="77777777" w:rsidR="00495E58" w:rsidRDefault="00495E58" w:rsidP="00495E58">
      <w:pPr>
        <w:tabs>
          <w:tab w:val="left" w:pos="6660"/>
          <w:tab w:val="left" w:pos="6840"/>
        </w:tabs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>2.14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นางสาว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ณัฐ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นั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นนท์  อรรคฮาตสี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C832C7">
        <w:rPr>
          <w:rFonts w:ascii="TH SarabunPSK" w:hAnsi="TH SarabunPSK" w:cs="TH SarabunPSK" w:hint="cs"/>
          <w:sz w:val="32"/>
          <w:szCs w:val="32"/>
          <w:cs/>
        </w:rPr>
        <w:t>นักศึกษาฝึกประสบการณ์ฯ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กรรมการ</w:t>
      </w:r>
    </w:p>
    <w:p w14:paraId="65E41E68" w14:textId="77777777" w:rsidR="00495E58" w:rsidRPr="0001277B" w:rsidRDefault="00495E58" w:rsidP="00495E58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>2.15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นางสาว</w:t>
      </w:r>
      <w:proofErr w:type="spellStart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นวรั</w:t>
      </w:r>
      <w:proofErr w:type="spellEnd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ตน  ไหลงาม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ผู้ปกครองนักเรียน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กรรมการ</w:t>
      </w:r>
    </w:p>
    <w:p w14:paraId="7B6F5A30" w14:textId="77777777" w:rsidR="00495E58" w:rsidRPr="0001277B" w:rsidRDefault="00495E58" w:rsidP="00495E58">
      <w:pPr>
        <w:tabs>
          <w:tab w:val="left" w:pos="720"/>
        </w:tabs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2.16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เด็กหญิง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เพ็ญ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พิช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ชา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จำปาแดง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ประธานสภานักเรียนฯ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    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กรรมการ</w:t>
      </w:r>
    </w:p>
    <w:p w14:paraId="79E3DE8B" w14:textId="77777777" w:rsidR="00495E58" w:rsidRPr="00540E5C" w:rsidRDefault="00495E58" w:rsidP="00495E58">
      <w:pPr>
        <w:spacing w:after="100" w:afterAutospacing="1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>2.17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นางสาวจิริยา  </w:t>
      </w:r>
      <w:proofErr w:type="spellStart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ทะ</w:t>
      </w:r>
      <w:proofErr w:type="spellEnd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บันแดน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ครูประจำชั้นประถมศึกษาปีที่ 4   กรรมการและเลขานุการ</w:t>
      </w:r>
    </w:p>
    <w:p w14:paraId="35DD651F" w14:textId="77777777" w:rsidR="00495E58" w:rsidRDefault="00495E58" w:rsidP="00495E5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40E5C">
        <w:rPr>
          <w:rFonts w:ascii="TH SarabunPSK" w:hAnsi="TH SarabunPSK" w:cs="TH SarabunPSK" w:hint="cs"/>
          <w:b/>
          <w:bCs/>
          <w:sz w:val="32"/>
          <w:szCs w:val="32"/>
          <w:cs/>
        </w:rPr>
        <w:t>มีหน้าที่</w:t>
      </w:r>
      <w:r w:rsidRPr="00540E5C">
        <w:rPr>
          <w:rFonts w:ascii="TH SarabunPSK" w:hAnsi="TH SarabunPSK" w:cs="TH SarabunPSK" w:hint="cs"/>
          <w:sz w:val="32"/>
          <w:szCs w:val="32"/>
        </w:rPr>
        <w:t xml:space="preserve"> </w:t>
      </w:r>
      <w:r w:rsidRPr="00540E5C">
        <w:rPr>
          <w:rFonts w:ascii="TH SarabunPSK" w:hAnsi="TH SarabunPSK" w:cs="TH SarabunPSK" w:hint="cs"/>
          <w:sz w:val="32"/>
          <w:szCs w:val="32"/>
          <w:cs/>
        </w:rPr>
        <w:t xml:space="preserve">กำหนดแนวทางการดำเนินงาน เพื่อเสริมสร้างความปลอดภัยในสถานศึกษา ส่งเสริม สนับสนุน กำกับ ติดตาม ดูแล แก้ไขปัญหาที่ทำให้การดำเนินงานเป็นไปอย่างมีประสิทธิภาพ และดำเนินงานตามแผนเผชิญเหตุเมื่อเกิดความไม่ปลอดภัยในสถานศึกษาทุกรูปแบบ อย่างเคร่งครัดจึงเรียนมาเพื่อโปรดทราบ และแจ้งผู้ที่ได้รับการแต่งตั้ง ปฏิบัติหน้าที่ตามขอบข่ายอำนาจหน้าที่ ที่ได้รับมอบหมายโดยเคร่งครัด </w:t>
      </w:r>
    </w:p>
    <w:p w14:paraId="4BD3485D" w14:textId="77777777" w:rsidR="00495E58" w:rsidRDefault="00495E58" w:rsidP="00495E5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97D1C06" w14:textId="4528DDD7" w:rsidR="00495E58" w:rsidRPr="00540E5C" w:rsidRDefault="00495E58" w:rsidP="00495E5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40E5C">
        <w:rPr>
          <w:rFonts w:ascii="TH SarabunPSK" w:hAnsi="TH SarabunPSK" w:cs="TH SarabunPSK" w:hint="cs"/>
          <w:sz w:val="32"/>
          <w:szCs w:val="32"/>
          <w:cs/>
        </w:rPr>
        <w:t>ขอให้การดำเนินงานเป็นไปด้วยความเรียบร้อย หากมีปัญหาหรือมีอุปสรรคใด ๆ ให้รายงานให้ผู้บริหารสถานศึกษาทราบทันที</w:t>
      </w:r>
    </w:p>
    <w:p w14:paraId="1FA8C9C7" w14:textId="77777777" w:rsidR="00495E58" w:rsidRDefault="00495E58" w:rsidP="00495E58">
      <w:pPr>
        <w:spacing w:before="100" w:beforeAutospacing="1" w:after="100" w:afterAutospacing="1"/>
        <w:ind w:left="720" w:firstLine="720"/>
        <w:rPr>
          <w:rFonts w:ascii="TH SarabunPSK" w:hAnsi="TH SarabunPSK" w:cs="TH SarabunPSK"/>
          <w:sz w:val="32"/>
          <w:szCs w:val="32"/>
        </w:rPr>
      </w:pPr>
      <w:r w:rsidRPr="00540E5C">
        <w:rPr>
          <w:rFonts w:ascii="TH SarabunPSK" w:hAnsi="TH SarabunPSK" w:cs="TH SarabunPSK" w:hint="cs"/>
          <w:sz w:val="32"/>
          <w:szCs w:val="32"/>
          <w:cs/>
        </w:rPr>
        <w:t xml:space="preserve">สั่ง ณ วันที่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๙ </w:t>
      </w:r>
      <w:r w:rsidRPr="00540E5C">
        <w:rPr>
          <w:rFonts w:ascii="TH SarabunPSK" w:hAnsi="TH SarabunPSK" w:cs="TH SarabunPSK" w:hint="cs"/>
          <w:sz w:val="32"/>
          <w:szCs w:val="32"/>
          <w:cs/>
        </w:rPr>
        <w:t xml:space="preserve"> เดือน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มิถุนายน </w:t>
      </w:r>
      <w:r w:rsidRPr="00540E5C">
        <w:rPr>
          <w:rFonts w:ascii="TH SarabunPSK" w:hAnsi="TH SarabunPSK" w:cs="TH SarabunPSK" w:hint="cs"/>
          <w:sz w:val="32"/>
          <w:szCs w:val="32"/>
          <w:cs/>
        </w:rPr>
        <w:t xml:space="preserve"> พ.ศ. ๒๕๖</w:t>
      </w:r>
      <w:r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2951A898" w14:textId="77777777" w:rsidR="00495E58" w:rsidRDefault="00495E58" w:rsidP="00495E58">
      <w:pPr>
        <w:spacing w:before="100" w:beforeAutospacing="1" w:after="100" w:afterAutospacing="1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12864" behindDoc="1" locked="0" layoutInCell="1" allowOverlap="1" wp14:anchorId="2BEAB164" wp14:editId="65A41E25">
            <wp:simplePos x="0" y="0"/>
            <wp:positionH relativeFrom="column">
              <wp:posOffset>2804550</wp:posOffset>
            </wp:positionH>
            <wp:positionV relativeFrom="paragraph">
              <wp:posOffset>234950</wp:posOffset>
            </wp:positionV>
            <wp:extent cx="1293495" cy="590870"/>
            <wp:effectExtent l="0" t="0" r="1905" b="0"/>
            <wp:wrapNone/>
            <wp:docPr id="599737997" name="รูปภาพ 599737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59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BD85C4" w14:textId="77777777" w:rsidR="00495E58" w:rsidRPr="00540E5C" w:rsidRDefault="00495E58" w:rsidP="00495E58">
      <w:pPr>
        <w:spacing w:before="100" w:beforeAutospacing="1" w:after="100" w:afterAutospacing="1"/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4DC19308" w14:textId="77777777" w:rsidR="00495E58" w:rsidRDefault="00495E58" w:rsidP="00495E58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540E5C">
        <w:rPr>
          <w:rFonts w:ascii="TH SarabunPSK" w:hAnsi="TH SarabunPSK" w:cs="TH SarabunPSK" w:hint="cs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ชา  บุพชาติ</w:t>
      </w:r>
      <w:r w:rsidRPr="00540E5C">
        <w:rPr>
          <w:rFonts w:ascii="TH SarabunPSK" w:hAnsi="TH SarabunPSK" w:cs="TH SarabunPSK" w:hint="cs"/>
          <w:sz w:val="32"/>
          <w:szCs w:val="32"/>
        </w:rPr>
        <w:t xml:space="preserve">) </w:t>
      </w:r>
    </w:p>
    <w:p w14:paraId="16328A27" w14:textId="449ABA08" w:rsidR="00495E58" w:rsidRDefault="00495E58" w:rsidP="00495E58">
      <w:pPr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40E5C">
        <w:rPr>
          <w:rFonts w:ascii="TH SarabunPSK" w:hAnsi="TH SarabunPSK" w:cs="TH SarabunPSK" w:hint="cs"/>
          <w:sz w:val="32"/>
          <w:szCs w:val="32"/>
          <w:cs/>
        </w:rPr>
        <w:t>ผู้อำนวยการโรงเรียน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</w:p>
    <w:p w14:paraId="1FD0E91F" w14:textId="77777777" w:rsidR="0071057A" w:rsidRPr="00F76CEC" w:rsidRDefault="0071057A" w:rsidP="0071057A">
      <w:pPr>
        <w:keepNext/>
        <w:jc w:val="center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F76CEC"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815936" behindDoc="0" locked="0" layoutInCell="1" allowOverlap="1" wp14:anchorId="653DADF6" wp14:editId="0A47B034">
            <wp:simplePos x="0" y="0"/>
            <wp:positionH relativeFrom="margin">
              <wp:align>center</wp:align>
            </wp:positionH>
            <wp:positionV relativeFrom="margin">
              <wp:posOffset>-474218</wp:posOffset>
            </wp:positionV>
            <wp:extent cx="836295" cy="914400"/>
            <wp:effectExtent l="0" t="0" r="1905" b="0"/>
            <wp:wrapSquare wrapText="bothSides"/>
            <wp:docPr id="4" name="รูปภาพ 4" descr="รูปภาพประกอบด้วย ร่าง, ภาพตัดปะ, การวาดภาพ, ศิลปะการใช้เส้น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200662" name="รูปภาพ 1006200662" descr="รูปภาพประกอบด้วย ร่าง, ภาพตัดปะ, การวาดภาพ, ศิลปะการใช้เส้น&#10;&#10;คำอธิบายที่สร้างโดยอัตโนมัติ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29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8BFF2A" w14:textId="77777777" w:rsidR="0071057A" w:rsidRDefault="0071057A" w:rsidP="0071057A">
      <w:pPr>
        <w:keepNext/>
        <w:jc w:val="center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11C8AAE1" w14:textId="77777777" w:rsidR="0071057A" w:rsidRPr="00F76CEC" w:rsidRDefault="0071057A" w:rsidP="0071057A">
      <w:pPr>
        <w:keepNext/>
        <w:jc w:val="center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F76CEC">
        <w:rPr>
          <w:rFonts w:ascii="TH SarabunPSK" w:hAnsi="TH SarabunPSK" w:cs="TH SarabunPSK" w:hint="cs"/>
          <w:b/>
          <w:bCs/>
          <w:sz w:val="32"/>
          <w:szCs w:val="32"/>
          <w:cs/>
        </w:rPr>
        <w:t>คำสั่งโรงเรียน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บ้านนาสีนวน</w:t>
      </w:r>
    </w:p>
    <w:p w14:paraId="5A502B31" w14:textId="77777777" w:rsidR="0071057A" w:rsidRPr="00F76CEC" w:rsidRDefault="0071057A" w:rsidP="0071057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F76CE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F76C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๙๕</w:t>
      </w:r>
      <w:r w:rsidRPr="00F76CEC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F76C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/๒๕๖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</w:p>
    <w:p w14:paraId="5095CC25" w14:textId="77777777" w:rsidR="0071057A" w:rsidRPr="00F76CEC" w:rsidRDefault="0071057A" w:rsidP="0071057A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76C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 </w:t>
      </w:r>
      <w:r w:rsidRPr="00696E39">
        <w:rPr>
          <w:rFonts w:ascii="TH SarabunPSK" w:hAnsi="TH SarabunPSK" w:cs="TH SarabunPSK" w:hint="cs"/>
          <w:b/>
          <w:bCs/>
          <w:sz w:val="32"/>
          <w:szCs w:val="32"/>
          <w:cs/>
        </w:rPr>
        <w:t>แต่งตั้งคณะกรรมการโครงการอบรมซ้อมแผนเผชิญเหตุ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968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(ขับขี่ปลอดภัย)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3968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96E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ปีการศึกษา </w:t>
      </w:r>
      <w:r w:rsidRPr="00F76CEC">
        <w:rPr>
          <w:rFonts w:ascii="TH SarabunPSK" w:hAnsi="TH SarabunPSK" w:cs="TH SarabunPSK" w:hint="cs"/>
          <w:b/>
          <w:bCs/>
          <w:sz w:val="32"/>
          <w:szCs w:val="32"/>
          <w:cs/>
        </w:rPr>
        <w:t>๒๕๖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</w:p>
    <w:p w14:paraId="1DC57D03" w14:textId="77777777" w:rsidR="0071057A" w:rsidRPr="00F76CEC" w:rsidRDefault="0071057A" w:rsidP="0071057A">
      <w:pPr>
        <w:jc w:val="center"/>
        <w:rPr>
          <w:rFonts w:ascii="TH SarabunPSK" w:hAnsi="TH SarabunPSK" w:cs="TH SarabunPSK"/>
          <w:sz w:val="32"/>
          <w:szCs w:val="32"/>
        </w:rPr>
      </w:pPr>
      <w:r w:rsidRPr="00F76CEC">
        <w:rPr>
          <w:rFonts w:ascii="TH SarabunPSK" w:hAnsi="TH SarabunPSK" w:cs="TH SarabunPSK" w:hint="cs"/>
          <w:sz w:val="32"/>
          <w:szCs w:val="32"/>
        </w:rPr>
        <w:t>**************************</w:t>
      </w:r>
    </w:p>
    <w:p w14:paraId="3C59A033" w14:textId="77777777" w:rsidR="0071057A" w:rsidRPr="00F76CEC" w:rsidRDefault="0071057A" w:rsidP="0071057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76CEC">
        <w:rPr>
          <w:rFonts w:ascii="TH SarabunPSK" w:hAnsi="TH SarabunPSK" w:cs="TH SarabunPSK" w:hint="cs"/>
          <w:sz w:val="32"/>
          <w:szCs w:val="32"/>
          <w:cs/>
        </w:rPr>
        <w:t xml:space="preserve">ด้วย งานความปลอดภัยในสถานศึกษา กลุ่มบริหารทั่วไป ได้จัดทำโครงการสถานศึกษาปลอดภัยกิจกรรมอบรมซ้อมแผนเผชิญเหตุ </w:t>
      </w:r>
      <w:r w:rsidRPr="003968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(ขับขี่ปลอดภัย)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76CEC">
        <w:rPr>
          <w:rFonts w:ascii="TH SarabunPSK" w:hAnsi="TH SarabunPSK" w:cs="TH SarabunPSK" w:hint="cs"/>
          <w:sz w:val="32"/>
          <w:szCs w:val="32"/>
          <w:cs/>
        </w:rPr>
        <w:t>ปีการศึกษา ๒๕๖</w:t>
      </w:r>
      <w:r>
        <w:rPr>
          <w:rFonts w:ascii="TH SarabunPSK" w:hAnsi="TH SarabunPSK" w:cs="TH SarabunPSK" w:hint="cs"/>
          <w:sz w:val="32"/>
          <w:szCs w:val="32"/>
          <w:cs/>
        </w:rPr>
        <w:t>๙</w:t>
      </w:r>
      <w:r w:rsidRPr="00F76CEC">
        <w:rPr>
          <w:rFonts w:ascii="TH SarabunPSK" w:hAnsi="TH SarabunPSK" w:cs="TH SarabunPSK" w:hint="cs"/>
          <w:sz w:val="32"/>
          <w:szCs w:val="32"/>
          <w:cs/>
        </w:rPr>
        <w:t xml:space="preserve"> โดยมีวัตถุประสงค์เพื่อให้ครูบุคลากรทางการศึกษาและนักเรียนได้ฝึกทักษะและเพิ่มองค์ความรู้ ในการป้องกันช่วยเหลือตนเองและผู้อื่น ให้สามารถเอาตัวรอดจากสถานการณ์ความรุนแรงต่าง ๆ ที่อาจเกิดขึ้นได้ ในวันที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่ ๑๐ มิถุนายน </w:t>
      </w:r>
      <w:r w:rsidRPr="00F76CEC">
        <w:rPr>
          <w:rFonts w:ascii="TH SarabunPSK" w:hAnsi="TH SarabunPSK" w:cs="TH SarabunPSK" w:hint="cs"/>
          <w:sz w:val="32"/>
          <w:szCs w:val="32"/>
          <w:cs/>
        </w:rPr>
        <w:t xml:space="preserve"> ๒๕๖</w:t>
      </w:r>
      <w:r>
        <w:rPr>
          <w:rFonts w:ascii="TH SarabunPSK" w:hAnsi="TH SarabunPSK" w:cs="TH SarabunPSK" w:hint="cs"/>
          <w:sz w:val="32"/>
          <w:szCs w:val="32"/>
          <w:cs/>
        </w:rPr>
        <w:t>๙</w:t>
      </w:r>
      <w:r w:rsidRPr="00F76CEC">
        <w:rPr>
          <w:rFonts w:ascii="TH SarabunPSK" w:hAnsi="TH SarabunPSK" w:cs="TH SarabunPSK" w:hint="cs"/>
          <w:sz w:val="32"/>
          <w:szCs w:val="32"/>
          <w:cs/>
        </w:rPr>
        <w:t xml:space="preserve"> ณ 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  <w:r w:rsidRPr="00F76CEC">
        <w:rPr>
          <w:rFonts w:ascii="TH SarabunPSK" w:hAnsi="TH SarabunPSK" w:cs="TH SarabunPSK" w:hint="cs"/>
          <w:sz w:val="32"/>
          <w:szCs w:val="32"/>
          <w:cs/>
        </w:rPr>
        <w:t xml:space="preserve"> เพื่อให้การดำเนินกิจกรรม เป็นไปด้วยความเรียบร้อย และอาศัยอำนาจตามมาตรา ๓๙ แห่งพระราชบัญญัติระเบียบริหารราชการกระทรวงศึกษาธิการ พ.ศ.๒๕๔๖ และที่แก้ไขเพิ่มเติม และมาตรา ๒๗ แห่งพระราชบัญญัติระเบียบข้าราชการครูและบุคลากรทางการศึกษา พ.ศ.๒๕๔๗ และที่แก้ไขเพิ่มเติม จึงขอแต่งตั้งคณะกรรมการโครงการอบรมซ้อมแผนเผชิญเหตุ </w:t>
      </w:r>
      <w:r w:rsidRPr="003968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(ขับขี่ปลอดภัย)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76CEC">
        <w:rPr>
          <w:rFonts w:ascii="TH SarabunPSK" w:hAnsi="TH SarabunPSK" w:cs="TH SarabunPSK" w:hint="cs"/>
          <w:sz w:val="32"/>
          <w:szCs w:val="32"/>
          <w:cs/>
        </w:rPr>
        <w:t>ปีการศึกษา ๒๕๖</w:t>
      </w:r>
      <w:r>
        <w:rPr>
          <w:rFonts w:ascii="TH SarabunPSK" w:hAnsi="TH SarabunPSK" w:cs="TH SarabunPSK" w:hint="cs"/>
          <w:sz w:val="32"/>
          <w:szCs w:val="32"/>
          <w:cs/>
        </w:rPr>
        <w:t>๙</w:t>
      </w:r>
      <w:r w:rsidRPr="00F76CEC">
        <w:rPr>
          <w:rFonts w:ascii="TH SarabunPSK" w:hAnsi="TH SarabunPSK" w:cs="TH SarabunPSK" w:hint="cs"/>
          <w:sz w:val="32"/>
          <w:szCs w:val="32"/>
          <w:cs/>
        </w:rPr>
        <w:t xml:space="preserve"> ดังต่อไปนี้</w:t>
      </w:r>
    </w:p>
    <w:p w14:paraId="5563A2A3" w14:textId="77777777" w:rsidR="0071057A" w:rsidRPr="00696E39" w:rsidRDefault="0071057A" w:rsidP="0071057A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F76CEC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F76CEC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Pr="00696E39">
        <w:rPr>
          <w:rFonts w:ascii="TH SarabunPSK" w:hAnsi="TH SarabunPSK" w:cs="TH SarabunPSK" w:hint="cs"/>
          <w:b/>
          <w:bCs/>
          <w:sz w:val="32"/>
          <w:szCs w:val="32"/>
          <w:cs/>
        </w:rPr>
        <w:t>คณะกรรมการฝ่ายอำนวยการ</w:t>
      </w:r>
      <w:r w:rsidRPr="00F76CEC">
        <w:rPr>
          <w:rFonts w:ascii="TH SarabunPSK" w:hAnsi="TH SarabunPSK" w:cs="TH SarabunPSK" w:hint="cs"/>
          <w:sz w:val="32"/>
          <w:szCs w:val="32"/>
        </w:rPr>
        <w:t xml:space="preserve"> </w:t>
      </w:r>
      <w:r w:rsidRPr="00F76CEC">
        <w:rPr>
          <w:rFonts w:ascii="TH SarabunPSK" w:hAnsi="TH SarabunPSK" w:cs="TH SarabunPSK" w:hint="cs"/>
          <w:sz w:val="32"/>
          <w:szCs w:val="32"/>
          <w:cs/>
        </w:rPr>
        <w:t>ประกอบด้วย</w:t>
      </w:r>
    </w:p>
    <w:p w14:paraId="6A632672" w14:textId="77777777" w:rsidR="0071057A" w:rsidRPr="00F76CEC" w:rsidRDefault="0071057A" w:rsidP="0071057A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76CEC">
        <w:rPr>
          <w:rFonts w:ascii="TH SarabunPSK" w:hAnsi="TH SarabunPSK" w:cs="TH SarabunPSK" w:hint="cs"/>
          <w:sz w:val="32"/>
          <w:szCs w:val="32"/>
          <w:cs/>
        </w:rPr>
        <w:t xml:space="preserve">๑.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นางชล</w:t>
      </w:r>
      <w:proofErr w:type="spellStart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ธิ</w:t>
      </w:r>
      <w:proofErr w:type="spellEnd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ชา  บุพชาติ     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F76CEC">
        <w:rPr>
          <w:rFonts w:ascii="TH SarabunPSK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hAnsi="TH SarabunPSK" w:cs="TH SarabunPSK" w:hint="cs"/>
          <w:sz w:val="32"/>
          <w:szCs w:val="32"/>
          <w:cs/>
        </w:rPr>
        <w:tab/>
        <w:t>ผู้อำนวยการโรงเรียน</w:t>
      </w:r>
      <w:r w:rsidRPr="00F76CEC">
        <w:rPr>
          <w:rFonts w:ascii="TH SarabunPSK" w:hAnsi="TH SarabunPSK" w:cs="TH SarabunPSK" w:hint="cs"/>
          <w:sz w:val="32"/>
          <w:szCs w:val="32"/>
          <w:cs/>
        </w:rPr>
        <w:tab/>
        <w:t>ประธาน</w:t>
      </w:r>
    </w:p>
    <w:p w14:paraId="78C6DE71" w14:textId="77777777" w:rsidR="0071057A" w:rsidRPr="00F76CEC" w:rsidRDefault="0071057A" w:rsidP="0071057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76CEC">
        <w:rPr>
          <w:rFonts w:ascii="TH SarabunPSK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hAnsi="TH SarabunPSK" w:cs="TH SarabunPSK" w:hint="cs"/>
          <w:sz w:val="32"/>
          <w:szCs w:val="32"/>
          <w:cs/>
        </w:rPr>
        <w:tab/>
        <w:t>๒</w:t>
      </w:r>
      <w:r w:rsidRPr="00F76CEC">
        <w:rPr>
          <w:rFonts w:ascii="TH SarabunPSK" w:hAnsi="TH SarabunPSK" w:cs="TH SarabunPSK" w:hint="cs"/>
          <w:sz w:val="32"/>
          <w:szCs w:val="32"/>
        </w:rPr>
        <w:t>.</w:t>
      </w:r>
      <w:r w:rsidRPr="00F76C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นายปฏิวัติ  ภักดีกุล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Pr="00F76CE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ครูชำนาญการ    </w:t>
      </w:r>
      <w:r w:rsidRPr="00F76CEC">
        <w:rPr>
          <w:rFonts w:ascii="TH SarabunPSK" w:hAnsi="TH SarabunPSK" w:cs="TH SarabunPSK" w:hint="cs"/>
          <w:sz w:val="32"/>
          <w:szCs w:val="32"/>
          <w:cs/>
        </w:rPr>
        <w:tab/>
        <w:t>รองประธาน</w:t>
      </w:r>
    </w:p>
    <w:p w14:paraId="00509EFF" w14:textId="77777777" w:rsidR="0071057A" w:rsidRPr="00F76CEC" w:rsidRDefault="0071057A" w:rsidP="0071057A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hAnsi="TH SarabunPSK" w:cs="TH SarabunPSK" w:hint="cs"/>
          <w:sz w:val="32"/>
          <w:szCs w:val="32"/>
          <w:cs/>
        </w:rPr>
        <w:t xml:space="preserve">๓.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นาง</w:t>
      </w:r>
      <w:proofErr w:type="spellStart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สุพัต</w:t>
      </w:r>
      <w:proofErr w:type="spellEnd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รา  รัตน์พร</w:t>
      </w:r>
      <w:r w:rsidRPr="00F76CEC">
        <w:rPr>
          <w:rFonts w:ascii="TH SarabunPSK" w:eastAsia="Calibri" w:hAnsi="TH SarabunPSK" w:cs="TH SarabunPSK" w:hint="cs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>ครูชำนาญการ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พิเศษ</w:t>
      </w:r>
      <w:r>
        <w:rPr>
          <w:rFonts w:ascii="TH SarabunPSK" w:eastAsia="Calibri" w:hAnsi="TH SarabunPSK" w:cs="TH SarabunPSK" w:hint="cs"/>
          <w:sz w:val="32"/>
          <w:szCs w:val="32"/>
        </w:rPr>
        <w:tab/>
      </w:r>
      <w:r w:rsidRPr="00F76CEC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14:paraId="2FF05F8D" w14:textId="4D7F5E16" w:rsidR="0071057A" w:rsidRPr="00F76CEC" w:rsidRDefault="0071057A" w:rsidP="0071057A">
      <w:pPr>
        <w:rPr>
          <w:rFonts w:ascii="TH SarabunPSK" w:eastAsia="Calibri" w:hAnsi="TH SarabunPSK" w:cs="TH SarabunPSK"/>
          <w:sz w:val="32"/>
          <w:szCs w:val="32"/>
        </w:rPr>
      </w:pP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hAnsi="TH SarabunPSK" w:cs="TH SarabunPSK" w:hint="cs"/>
          <w:sz w:val="32"/>
          <w:szCs w:val="32"/>
          <w:cs/>
        </w:rPr>
        <w:t xml:space="preserve">๔.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นางรัช</w:t>
      </w:r>
      <w:proofErr w:type="spellStart"/>
      <w:r>
        <w:rPr>
          <w:rFonts w:ascii="TH SarabunPSK" w:eastAsia="Calibri" w:hAnsi="TH SarabunPSK" w:cs="TH SarabunPSK" w:hint="cs"/>
          <w:sz w:val="32"/>
          <w:szCs w:val="32"/>
          <w:cs/>
        </w:rPr>
        <w:t>ฎา</w:t>
      </w:r>
      <w:proofErr w:type="spellEnd"/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พร  </w:t>
      </w:r>
      <w:proofErr w:type="spellStart"/>
      <w:r>
        <w:rPr>
          <w:rFonts w:ascii="TH SarabunPSK" w:eastAsia="Calibri" w:hAnsi="TH SarabunPSK" w:cs="TH SarabunPSK" w:hint="cs"/>
          <w:sz w:val="32"/>
          <w:szCs w:val="32"/>
          <w:cs/>
        </w:rPr>
        <w:t>สิม</w:t>
      </w:r>
      <w:proofErr w:type="spellEnd"/>
      <w:r>
        <w:rPr>
          <w:rFonts w:ascii="TH SarabunPSK" w:eastAsia="Calibri" w:hAnsi="TH SarabunPSK" w:cs="TH SarabunPSK" w:hint="cs"/>
          <w:sz w:val="32"/>
          <w:szCs w:val="32"/>
          <w:cs/>
        </w:rPr>
        <w:t>ลา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="009C5905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>ครูชำนาญการ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พิเศษ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>กรรมการและเลขานุการ</w:t>
      </w:r>
    </w:p>
    <w:p w14:paraId="338E5F92" w14:textId="28A1C0E6" w:rsidR="0071057A" w:rsidRPr="00F76CEC" w:rsidRDefault="0071057A" w:rsidP="0071057A">
      <w:pPr>
        <w:rPr>
          <w:rFonts w:ascii="TH SarabunPSK" w:hAnsi="TH SarabunPSK" w:cs="TH SarabunPSK"/>
          <w:sz w:val="32"/>
          <w:szCs w:val="32"/>
        </w:rPr>
      </w:pP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  <w:t>๕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นางสาวกนกวรรณ  ปากเพ็ง</w:t>
      </w:r>
      <w:r w:rsidRPr="00F76CE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C59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6CEC">
        <w:rPr>
          <w:rFonts w:ascii="TH SarabunPSK" w:hAnsi="TH SarabunPSK" w:cs="TH SarabunPSK" w:hint="cs"/>
          <w:sz w:val="32"/>
          <w:szCs w:val="32"/>
          <w:cs/>
        </w:rPr>
        <w:t>ธุรการ</w:t>
      </w:r>
      <w:r w:rsidRPr="00F76CEC">
        <w:rPr>
          <w:rFonts w:ascii="TH SarabunPSK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hAnsi="TH SarabunPSK" w:cs="TH SarabunPSK" w:hint="cs"/>
          <w:sz w:val="32"/>
          <w:szCs w:val="32"/>
          <w:cs/>
        </w:rPr>
        <w:tab/>
      </w:r>
      <w:r w:rsidR="009C590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F76CEC">
        <w:rPr>
          <w:rFonts w:ascii="TH SarabunPSK" w:hAnsi="TH SarabunPSK" w:cs="TH SarabunPSK" w:hint="cs"/>
          <w:sz w:val="32"/>
          <w:szCs w:val="32"/>
          <w:cs/>
        </w:rPr>
        <w:t>ผู้ช่วยกรรมการและเลขานุการ</w:t>
      </w:r>
    </w:p>
    <w:p w14:paraId="77F52081" w14:textId="77777777" w:rsidR="0071057A" w:rsidRPr="00F76CEC" w:rsidRDefault="0071057A" w:rsidP="0071057A">
      <w:pPr>
        <w:rPr>
          <w:rFonts w:ascii="TH SarabunPSK" w:hAnsi="TH SarabunPSK" w:cs="TH SarabunPSK"/>
          <w:sz w:val="32"/>
          <w:szCs w:val="32"/>
        </w:rPr>
      </w:pPr>
      <w:r w:rsidRPr="00F76CEC">
        <w:rPr>
          <w:rStyle w:val="citation-837"/>
          <w:rFonts w:ascii="TH SarabunPSK" w:hAnsi="TH SarabunPSK" w:cs="TH SarabunPSK" w:hint="cs"/>
          <w:b/>
          <w:bCs/>
          <w:sz w:val="32"/>
          <w:szCs w:val="32"/>
          <w:cs/>
        </w:rPr>
        <w:t>หน้าที่</w:t>
      </w:r>
      <w:r w:rsidRPr="00F76CEC">
        <w:rPr>
          <w:rStyle w:val="citation-837"/>
          <w:rFonts w:ascii="TH SarabunPSK" w:hAnsi="TH SarabunPSK" w:cs="TH SarabunPSK" w:hint="cs"/>
          <w:sz w:val="32"/>
          <w:szCs w:val="32"/>
        </w:rPr>
        <w:t xml:space="preserve">: </w:t>
      </w:r>
      <w:r w:rsidRPr="00F76CEC">
        <w:rPr>
          <w:rStyle w:val="citation-837"/>
          <w:rFonts w:ascii="TH SarabunPSK" w:hAnsi="TH SarabunPSK" w:cs="TH SarabunPSK" w:hint="cs"/>
          <w:sz w:val="32"/>
          <w:szCs w:val="32"/>
          <w:cs/>
        </w:rPr>
        <w:t>ให้คำแนะนำ ปรึกษาหารือ ประสานงาน สนับสนุน อำนวยความสะดวก กำกับ ติดตาม ในการจัดกิจกรรมให้สำเร็จลุล่วงตามวัตถุประสงค์ที่กำหนดไว้</w:t>
      </w:r>
    </w:p>
    <w:p w14:paraId="11ECE51C" w14:textId="77777777" w:rsidR="0071057A" w:rsidRPr="00F76CEC" w:rsidRDefault="0071057A" w:rsidP="0071057A">
      <w:pPr>
        <w:ind w:firstLine="720"/>
        <w:rPr>
          <w:rFonts w:ascii="TH SarabunPSK" w:hAnsi="TH SarabunPSK" w:cs="TH SarabunPSK"/>
          <w:sz w:val="32"/>
          <w:szCs w:val="32"/>
        </w:rPr>
      </w:pPr>
      <w:r w:rsidRPr="00F76CEC">
        <w:rPr>
          <w:rStyle w:val="citation-836"/>
          <w:rFonts w:ascii="TH SarabunPSK" w:eastAsiaTheme="majorEastAsia" w:hAnsi="TH SarabunPSK" w:cs="TH SarabunPSK" w:hint="cs"/>
          <w:b/>
          <w:bCs/>
          <w:sz w:val="32"/>
          <w:szCs w:val="32"/>
          <w:cs/>
        </w:rPr>
        <w:t>๒</w:t>
      </w:r>
      <w:r w:rsidRPr="00F76CEC">
        <w:rPr>
          <w:rStyle w:val="citation-836"/>
          <w:rFonts w:ascii="TH SarabunPSK" w:eastAsiaTheme="majorEastAsia" w:hAnsi="TH SarabunPSK" w:cs="TH SarabunPSK" w:hint="cs"/>
          <w:b/>
          <w:bCs/>
          <w:sz w:val="32"/>
          <w:szCs w:val="32"/>
        </w:rPr>
        <w:t>.</w:t>
      </w:r>
      <w:r w:rsidRPr="00F76CEC">
        <w:rPr>
          <w:rStyle w:val="citation-836"/>
          <w:rFonts w:ascii="TH SarabunPSK" w:eastAsiaTheme="majorEastAsia" w:hAnsi="TH SarabunPSK" w:cs="TH SarabunPSK" w:hint="cs"/>
          <w:b/>
          <w:bCs/>
          <w:sz w:val="32"/>
          <w:szCs w:val="32"/>
          <w:cs/>
        </w:rPr>
        <w:t>คณะกรรมการฝ่ายดำเนินงาน</w:t>
      </w:r>
      <w:r w:rsidRPr="00F76CEC">
        <w:rPr>
          <w:rStyle w:val="citation-836"/>
          <w:rFonts w:ascii="TH SarabunPSK" w:eastAsiaTheme="majorEastAsia" w:hAnsi="TH SarabunPSK" w:cs="TH SarabunPSK" w:hint="cs"/>
          <w:sz w:val="32"/>
          <w:szCs w:val="32"/>
        </w:rPr>
        <w:t xml:space="preserve"> </w:t>
      </w:r>
      <w:r w:rsidRPr="00F76CEC">
        <w:rPr>
          <w:rStyle w:val="citation-836"/>
          <w:rFonts w:ascii="TH SarabunPSK" w:eastAsiaTheme="majorEastAsia" w:hAnsi="TH SarabunPSK" w:cs="TH SarabunPSK" w:hint="cs"/>
          <w:sz w:val="32"/>
          <w:szCs w:val="32"/>
          <w:cs/>
        </w:rPr>
        <w:t>ประกอบด้วย</w:t>
      </w:r>
    </w:p>
    <w:p w14:paraId="481E1A8B" w14:textId="77777777" w:rsidR="0071057A" w:rsidRPr="00F76CEC" w:rsidRDefault="0071057A" w:rsidP="0071057A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76CEC">
        <w:rPr>
          <w:rFonts w:ascii="TH SarabunPSK" w:hAnsi="TH SarabunPSK" w:cs="TH SarabunPSK" w:hint="cs"/>
          <w:sz w:val="32"/>
          <w:szCs w:val="32"/>
          <w:cs/>
        </w:rPr>
        <w:t xml:space="preserve">๑.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นางชล</w:t>
      </w:r>
      <w:proofErr w:type="spellStart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ธิ</w:t>
      </w:r>
      <w:proofErr w:type="spellEnd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ชา  บุพชาติ     </w:t>
      </w:r>
      <w:r w:rsidRPr="00F76CEC">
        <w:rPr>
          <w:rFonts w:ascii="TH SarabunPSK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hAnsi="TH SarabunPSK" w:cs="TH SarabunPSK" w:hint="cs"/>
          <w:sz w:val="32"/>
          <w:szCs w:val="32"/>
          <w:cs/>
        </w:rPr>
        <w:tab/>
        <w:t>ผู้อำนวยการโรงเรียน</w:t>
      </w:r>
      <w:r w:rsidRPr="00F76CEC">
        <w:rPr>
          <w:rFonts w:ascii="TH SarabunPSK" w:hAnsi="TH SarabunPSK" w:cs="TH SarabunPSK" w:hint="cs"/>
          <w:sz w:val="32"/>
          <w:szCs w:val="32"/>
          <w:cs/>
        </w:rPr>
        <w:tab/>
        <w:t>ประธาน</w:t>
      </w:r>
    </w:p>
    <w:p w14:paraId="45ED2940" w14:textId="77777777" w:rsidR="0071057A" w:rsidRPr="00F76CEC" w:rsidRDefault="0071057A" w:rsidP="0071057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76CEC">
        <w:rPr>
          <w:rFonts w:ascii="TH SarabunPSK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hAnsi="TH SarabunPSK" w:cs="TH SarabunPSK" w:hint="cs"/>
          <w:sz w:val="32"/>
          <w:szCs w:val="32"/>
          <w:cs/>
        </w:rPr>
        <w:tab/>
        <w:t>๒</w:t>
      </w:r>
      <w:r w:rsidRPr="00F76CEC">
        <w:rPr>
          <w:rFonts w:ascii="TH SarabunPSK" w:hAnsi="TH SarabunPSK" w:cs="TH SarabunPSK" w:hint="cs"/>
          <w:sz w:val="32"/>
          <w:szCs w:val="32"/>
        </w:rPr>
        <w:t>.</w:t>
      </w:r>
      <w:r w:rsidRPr="00F76C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นายปฏิวัติ  ภักดีกุล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Pr="00F76CE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ครูชำนาญการ    </w:t>
      </w:r>
      <w:r w:rsidRPr="00F76CEC">
        <w:rPr>
          <w:rFonts w:ascii="TH SarabunPSK" w:hAnsi="TH SarabunPSK" w:cs="TH SarabunPSK" w:hint="cs"/>
          <w:sz w:val="32"/>
          <w:szCs w:val="32"/>
          <w:cs/>
        </w:rPr>
        <w:tab/>
        <w:t>รองประธาน</w:t>
      </w:r>
    </w:p>
    <w:p w14:paraId="36546586" w14:textId="77777777" w:rsidR="0071057A" w:rsidRPr="00F76CEC" w:rsidRDefault="0071057A" w:rsidP="0071057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hAnsi="TH SarabunPSK" w:cs="TH SarabunPSK" w:hint="cs"/>
          <w:sz w:val="32"/>
          <w:szCs w:val="32"/>
          <w:cs/>
        </w:rPr>
        <w:t xml:space="preserve">๓.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นาง</w:t>
      </w:r>
      <w:proofErr w:type="spellStart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สุพัต</w:t>
      </w:r>
      <w:proofErr w:type="spellEnd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รา  รัตน์พร</w:t>
      </w:r>
      <w:r w:rsidRPr="00F76CEC">
        <w:rPr>
          <w:rFonts w:ascii="TH SarabunPSK" w:eastAsia="Calibri" w:hAnsi="TH SarabunPSK" w:cs="TH SarabunPSK" w:hint="cs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>ครูชำนาญการ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พิเศษ</w:t>
      </w:r>
      <w:r>
        <w:rPr>
          <w:rFonts w:ascii="TH SarabunPSK" w:eastAsia="Calibri" w:hAnsi="TH SarabunPSK" w:cs="TH SarabunPSK" w:hint="cs"/>
          <w:sz w:val="32"/>
          <w:szCs w:val="32"/>
        </w:rPr>
        <w:tab/>
      </w:r>
      <w:r w:rsidRPr="00F76CEC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14:paraId="5EC7A762" w14:textId="77777777" w:rsidR="0071057A" w:rsidRPr="00F76CEC" w:rsidRDefault="0071057A" w:rsidP="0071057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hAnsi="TH SarabunPSK" w:cs="TH SarabunPSK" w:hint="cs"/>
          <w:sz w:val="32"/>
          <w:szCs w:val="32"/>
          <w:cs/>
        </w:rPr>
        <w:t xml:space="preserve">๔.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นางสาวเจษฎาภรณ์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อนุอัน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ครูชำนาญการ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14:paraId="2C6D5569" w14:textId="5AAA994F" w:rsidR="0071057A" w:rsidRPr="00F76CEC" w:rsidRDefault="0071057A" w:rsidP="0071057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  <w:t>๕</w:t>
      </w:r>
      <w:r w:rsidRPr="00F76CEC">
        <w:rPr>
          <w:rFonts w:ascii="TH SarabunPSK" w:eastAsia="Calibri" w:hAnsi="TH SarabunPSK" w:cs="TH SarabunPSK" w:hint="cs"/>
          <w:sz w:val="32"/>
          <w:szCs w:val="32"/>
        </w:rPr>
        <w:t xml:space="preserve">.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นางสาวสินใจ  ภูพันนา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ครูชำนาญการ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>กรรมการ</w:t>
      </w:r>
    </w:p>
    <w:p w14:paraId="79726BD1" w14:textId="77777777" w:rsidR="0071057A" w:rsidRPr="00F76CEC" w:rsidRDefault="0071057A" w:rsidP="0071057A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  <w:t>๖</w:t>
      </w:r>
      <w:r w:rsidRPr="00F76CEC">
        <w:rPr>
          <w:rFonts w:ascii="TH SarabunPSK" w:eastAsia="Calibri" w:hAnsi="TH SarabunPSK" w:cs="TH SarabunPSK" w:hint="cs"/>
          <w:sz w:val="32"/>
          <w:szCs w:val="32"/>
        </w:rPr>
        <w:t>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นางสาวเจติยา  ทัก</w:t>
      </w:r>
      <w:proofErr w:type="spellStart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ษิ</w:t>
      </w:r>
      <w:proofErr w:type="spellEnd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มา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 ครู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          กรรมการ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</w:p>
    <w:p w14:paraId="359F267D" w14:textId="77777777" w:rsidR="0071057A" w:rsidRPr="00F76CEC" w:rsidRDefault="0071057A" w:rsidP="0071057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๗.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นางสาวจิตราพร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หารภูมิ</w:t>
      </w:r>
      <w:r w:rsidRPr="00F76CEC">
        <w:rPr>
          <w:rFonts w:ascii="TH SarabunPSK" w:eastAsia="Calibri" w:hAnsi="TH SarabunPSK" w:cs="TH SarabunPSK" w:hint="cs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>ครู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F76CEC">
        <w:rPr>
          <w:rFonts w:ascii="TH SarabunPSK" w:eastAsia="Calibri" w:hAnsi="TH SarabunPSK" w:cs="TH SarabunPSK" w:hint="cs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76CEC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14:paraId="3594631A" w14:textId="77777777" w:rsidR="0071057A" w:rsidRDefault="0071057A" w:rsidP="0071057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76CEC">
        <w:rPr>
          <w:rFonts w:ascii="TH SarabunPSK" w:eastAsia="Calibri" w:hAnsi="TH SarabunPSK" w:cs="TH SarabunPSK" w:hint="cs"/>
          <w:sz w:val="32"/>
          <w:szCs w:val="32"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 xml:space="preserve">๘.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นางสาวจิริยา  </w:t>
      </w:r>
      <w:proofErr w:type="spellStart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ทะ</w:t>
      </w:r>
      <w:proofErr w:type="spellEnd"/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บันแดน</w:t>
      </w:r>
      <w:r w:rsidRPr="00F76CEC">
        <w:rPr>
          <w:rFonts w:ascii="TH SarabunPSK" w:eastAsia="Calibri" w:hAnsi="TH SarabunPSK" w:cs="TH SarabunPSK" w:hint="cs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>ครู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14:paraId="18AAA02F" w14:textId="39B77985" w:rsidR="0071057A" w:rsidRDefault="0071057A" w:rsidP="0071057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๙.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นายอดิเทพ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พละดล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นักศึกษาฝึกประสบการณ์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ฯ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กรรมการ</w:t>
      </w:r>
    </w:p>
    <w:p w14:paraId="64CFE657" w14:textId="64FDC0E8" w:rsidR="0071057A" w:rsidRDefault="0071057A" w:rsidP="0071057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๑๐.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นางสาว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ณัฐ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นั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นนท์  อรรคฮาตสี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นักศึกษาฝึกประสบการณ์ฯ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กรรมการ</w:t>
      </w:r>
    </w:p>
    <w:p w14:paraId="16C48B73" w14:textId="77777777" w:rsidR="0071057A" w:rsidRPr="00F76CEC" w:rsidRDefault="0071057A" w:rsidP="0071057A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๑๑</w:t>
      </w:r>
      <w:r>
        <w:rPr>
          <w:rFonts w:ascii="TH SarabunPSK" w:eastAsia="Calibri" w:hAnsi="TH SarabunPSK" w:cs="TH SarabunPSK"/>
          <w:sz w:val="32"/>
          <w:szCs w:val="32"/>
        </w:rPr>
        <w:t xml:space="preserve">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นายไสย  สีโสดา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นักการภารโรง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กรรมการ</w:t>
      </w:r>
    </w:p>
    <w:p w14:paraId="0D266737" w14:textId="77777777" w:rsidR="0071057A" w:rsidRPr="00F76CEC" w:rsidRDefault="0071057A" w:rsidP="0071057A">
      <w:pPr>
        <w:rPr>
          <w:rFonts w:ascii="TH SarabunPSK" w:eastAsia="Calibri" w:hAnsi="TH SarabunPSK" w:cs="TH SarabunPSK"/>
          <w:sz w:val="32"/>
          <w:szCs w:val="32"/>
        </w:rPr>
      </w:pP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๑๒</w:t>
      </w:r>
      <w:r w:rsidRPr="00F76CEC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นางรัช</w:t>
      </w:r>
      <w:proofErr w:type="spellStart"/>
      <w:r>
        <w:rPr>
          <w:rFonts w:ascii="TH SarabunPSK" w:eastAsia="Calibri" w:hAnsi="TH SarabunPSK" w:cs="TH SarabunPSK" w:hint="cs"/>
          <w:sz w:val="32"/>
          <w:szCs w:val="32"/>
          <w:cs/>
        </w:rPr>
        <w:t>ฎา</w:t>
      </w:r>
      <w:proofErr w:type="spellEnd"/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พร  </w:t>
      </w:r>
      <w:proofErr w:type="spellStart"/>
      <w:r>
        <w:rPr>
          <w:rFonts w:ascii="TH SarabunPSK" w:eastAsia="Calibri" w:hAnsi="TH SarabunPSK" w:cs="TH SarabunPSK" w:hint="cs"/>
          <w:sz w:val="32"/>
          <w:szCs w:val="32"/>
          <w:cs/>
        </w:rPr>
        <w:t>สิม</w:t>
      </w:r>
      <w:proofErr w:type="spellEnd"/>
      <w:r>
        <w:rPr>
          <w:rFonts w:ascii="TH SarabunPSK" w:eastAsia="Calibri" w:hAnsi="TH SarabunPSK" w:cs="TH SarabunPSK" w:hint="cs"/>
          <w:sz w:val="32"/>
          <w:szCs w:val="32"/>
          <w:cs/>
        </w:rPr>
        <w:t>ลา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>ครูชำนาญการ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พิเศษ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>กรรมการและเลขานุการ</w:t>
      </w:r>
    </w:p>
    <w:p w14:paraId="15525172" w14:textId="77777777" w:rsidR="0071057A" w:rsidRPr="00F76CEC" w:rsidRDefault="0071057A" w:rsidP="0071057A">
      <w:pPr>
        <w:rPr>
          <w:rFonts w:ascii="TH SarabunPSK" w:hAnsi="TH SarabunPSK" w:cs="TH SarabunPSK"/>
          <w:sz w:val="32"/>
          <w:szCs w:val="32"/>
        </w:rPr>
      </w:pP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  <w:t>๑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F76CEC">
        <w:rPr>
          <w:rFonts w:ascii="TH SarabunPSK" w:eastAsia="Calibri" w:hAnsi="TH SarabunPSK" w:cs="TH SarabunPSK" w:hint="cs"/>
          <w:sz w:val="32"/>
          <w:szCs w:val="32"/>
        </w:rPr>
        <w:t>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นางสาวกนกวรรณ  ปากเพ็ง</w:t>
      </w:r>
      <w:r w:rsidRPr="00F76CE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76CEC">
        <w:rPr>
          <w:rFonts w:ascii="TH SarabunPSK" w:hAnsi="TH SarabunPSK" w:cs="TH SarabunPSK" w:hint="cs"/>
          <w:sz w:val="32"/>
          <w:szCs w:val="32"/>
          <w:cs/>
        </w:rPr>
        <w:t>ธุรการ</w:t>
      </w:r>
      <w:r w:rsidRPr="00F76CEC">
        <w:rPr>
          <w:rFonts w:ascii="TH SarabunPSK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hAnsi="TH SarabunPSK" w:cs="TH SarabunPSK" w:hint="cs"/>
          <w:sz w:val="32"/>
          <w:szCs w:val="32"/>
          <w:cs/>
        </w:rPr>
        <w:tab/>
        <w:t>ผู้ช่วยกรรมการและเลขานุการ</w:t>
      </w:r>
    </w:p>
    <w:p w14:paraId="120B3931" w14:textId="77777777" w:rsidR="0071057A" w:rsidRDefault="0071057A" w:rsidP="0071057A">
      <w:pPr>
        <w:rPr>
          <w:rFonts w:ascii="TH SarabunPSK" w:hAnsi="TH SarabunPSK" w:cs="TH SarabunPSK"/>
          <w:sz w:val="32"/>
          <w:szCs w:val="32"/>
        </w:rPr>
      </w:pPr>
      <w:r w:rsidRPr="00531151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หน้าที่</w:t>
      </w:r>
    </w:p>
    <w:p w14:paraId="539DB7CF" w14:textId="77777777" w:rsidR="0071057A" w:rsidRPr="00F76CEC" w:rsidRDefault="0071057A" w:rsidP="0071057A">
      <w:pPr>
        <w:pStyle w:val="af1"/>
        <w:numPr>
          <w:ilvl w:val="0"/>
          <w:numId w:val="34"/>
        </w:numPr>
        <w:spacing w:after="0" w:line="240" w:lineRule="auto"/>
        <w:rPr>
          <w:rFonts w:eastAsia="Times New Roman" w:cs="TH SarabunPSK"/>
          <w:szCs w:val="32"/>
        </w:rPr>
      </w:pPr>
      <w:r w:rsidRPr="00F76CEC">
        <w:rPr>
          <w:rFonts w:eastAsia="Times New Roman" w:cs="TH SarabunPSK" w:hint="cs"/>
          <w:szCs w:val="32"/>
          <w:cs/>
          <w:lang w:bidi="th-TH"/>
        </w:rPr>
        <w:t>วางแผนกำหนดรูปแบบการจัดโครงการให้เป็นไปตามวัตถุประสงค์</w:t>
      </w:r>
      <w:r w:rsidRPr="00F76CEC">
        <w:rPr>
          <w:rFonts w:eastAsia="Times New Roman" w:cs="TH SarabunPSK" w:hint="cs"/>
          <w:szCs w:val="32"/>
        </w:rPr>
        <w:t xml:space="preserve"> </w:t>
      </w:r>
    </w:p>
    <w:p w14:paraId="64A16414" w14:textId="77777777" w:rsidR="0071057A" w:rsidRPr="00531151" w:rsidRDefault="0071057A" w:rsidP="0071057A">
      <w:pPr>
        <w:numPr>
          <w:ilvl w:val="0"/>
          <w:numId w:val="34"/>
        </w:num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  <w:r w:rsidRPr="00531151">
        <w:rPr>
          <w:rFonts w:ascii="TH SarabunPSK" w:hAnsi="TH SarabunPSK" w:cs="TH SarabunPSK" w:hint="cs"/>
          <w:sz w:val="32"/>
          <w:szCs w:val="32"/>
          <w:cs/>
        </w:rPr>
        <w:t>ประสานงานกับหน่วยงานภายในและภายนอก</w:t>
      </w:r>
      <w:r w:rsidRPr="00531151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1E8931FA" w14:textId="77777777" w:rsidR="0071057A" w:rsidRPr="00531151" w:rsidRDefault="0071057A" w:rsidP="0071057A">
      <w:pPr>
        <w:numPr>
          <w:ilvl w:val="0"/>
          <w:numId w:val="34"/>
        </w:num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  <w:r w:rsidRPr="00531151">
        <w:rPr>
          <w:rFonts w:ascii="TH SarabunPSK" w:hAnsi="TH SarabunPSK" w:cs="TH SarabunPSK" w:hint="cs"/>
          <w:sz w:val="32"/>
          <w:szCs w:val="32"/>
          <w:cs/>
        </w:rPr>
        <w:t>จัดทำหนังสือขอความอนุเคราะห์เจ้าหน้าที่จากหน่วยงาน</w:t>
      </w:r>
      <w:proofErr w:type="spellStart"/>
      <w:r w:rsidRPr="00531151">
        <w:rPr>
          <w:rFonts w:ascii="TH SarabunPSK" w:hAnsi="TH SarabunPSK" w:cs="TH SarabunPSK" w:hint="cs"/>
          <w:sz w:val="32"/>
          <w:szCs w:val="32"/>
          <w:cs/>
        </w:rPr>
        <w:t>ต่างๆ</w:t>
      </w:r>
      <w:proofErr w:type="spellEnd"/>
      <w:r w:rsidRPr="00531151">
        <w:rPr>
          <w:rFonts w:ascii="TH SarabunPSK" w:hAnsi="TH SarabunPSK" w:cs="TH SarabunPSK" w:hint="cs"/>
          <w:sz w:val="32"/>
          <w:szCs w:val="32"/>
          <w:cs/>
        </w:rPr>
        <w:t xml:space="preserve"> ที่เกี่ยวข้อง</w:t>
      </w:r>
      <w:r w:rsidRPr="00531151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104F0E14" w14:textId="77777777" w:rsidR="0071057A" w:rsidRPr="00531151" w:rsidRDefault="0071057A" w:rsidP="0071057A">
      <w:pPr>
        <w:numPr>
          <w:ilvl w:val="0"/>
          <w:numId w:val="34"/>
        </w:numPr>
        <w:rPr>
          <w:rFonts w:ascii="TH SarabunPSK" w:hAnsi="TH SarabunPSK" w:cs="TH SarabunPSK"/>
          <w:sz w:val="32"/>
          <w:szCs w:val="32"/>
        </w:rPr>
      </w:pPr>
      <w:r w:rsidRPr="00531151">
        <w:rPr>
          <w:rFonts w:ascii="TH SarabunPSK" w:hAnsi="TH SarabunPSK" w:cs="TH SarabunPSK" w:hint="cs"/>
          <w:sz w:val="32"/>
          <w:szCs w:val="32"/>
          <w:cs/>
        </w:rPr>
        <w:t>ปฏิบัติหน้าที่อื่น ๆ ตามที่ได้รับมอบหมาย</w:t>
      </w:r>
      <w:r w:rsidRPr="00531151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43DBC8F7" w14:textId="77777777" w:rsidR="0071057A" w:rsidRDefault="0071057A" w:rsidP="0071057A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531151">
        <w:rPr>
          <w:rFonts w:ascii="TH SarabunPSK" w:hAnsi="TH SarabunPSK" w:cs="TH SarabunPSK" w:hint="cs"/>
          <w:b/>
          <w:bCs/>
          <w:sz w:val="32"/>
          <w:szCs w:val="32"/>
          <w:cs/>
        </w:rPr>
        <w:t>คณะกรรมการฝ่ายอบรม</w:t>
      </w:r>
      <w:r w:rsidRPr="003968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ขับขี่ปลอดภัย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531151">
        <w:rPr>
          <w:rFonts w:ascii="TH SarabunPSK" w:hAnsi="TH SarabunPSK" w:cs="TH SarabunPSK" w:hint="cs"/>
          <w:sz w:val="32"/>
          <w:szCs w:val="32"/>
          <w:cs/>
        </w:rPr>
        <w:t>ประกอบด้วย</w:t>
      </w:r>
      <w:r w:rsidRPr="00531151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61B9924E" w14:textId="77777777" w:rsidR="0071057A" w:rsidRPr="00F76CEC" w:rsidRDefault="0071057A" w:rsidP="0071057A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F76CEC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ปฏิวัติ  ภักดีกุล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76CEC">
        <w:rPr>
          <w:rFonts w:ascii="TH SarabunPSK" w:hAnsi="TH SarabunPSK" w:cs="TH SarabunPSK" w:hint="cs"/>
          <w:sz w:val="32"/>
          <w:szCs w:val="32"/>
          <w:cs/>
        </w:rPr>
        <w:t>ครู</w:t>
      </w:r>
      <w:r>
        <w:rPr>
          <w:rFonts w:ascii="TH SarabunPSK" w:hAnsi="TH SarabunPSK" w:cs="TH SarabunPSK" w:hint="cs"/>
          <w:sz w:val="32"/>
          <w:szCs w:val="32"/>
          <w:cs/>
        </w:rPr>
        <w:t>ชำนาญการ</w:t>
      </w:r>
      <w:r w:rsidRPr="00F76CEC">
        <w:rPr>
          <w:rFonts w:ascii="TH SarabunPSK" w:hAnsi="TH SarabunPSK" w:cs="TH SarabunPSK" w:hint="cs"/>
          <w:sz w:val="32"/>
          <w:szCs w:val="32"/>
        </w:rPr>
        <w:tab/>
      </w:r>
      <w:r w:rsidRPr="00F76CEC">
        <w:rPr>
          <w:rFonts w:ascii="TH SarabunPSK" w:hAnsi="TH SarabunPSK" w:cs="TH SarabunPSK" w:hint="cs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</w:p>
    <w:p w14:paraId="272EADBA" w14:textId="77777777" w:rsidR="0071057A" w:rsidRDefault="0071057A" w:rsidP="0071057A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F76CEC">
        <w:rPr>
          <w:rFonts w:ascii="TH SarabunPSK" w:hAnsi="TH SarabunPSK" w:cs="TH SarabunPSK" w:hint="cs"/>
          <w:sz w:val="32"/>
          <w:szCs w:val="32"/>
          <w:cs/>
        </w:rPr>
        <w:t xml:space="preserve">๒. </w:t>
      </w:r>
      <w:r>
        <w:rPr>
          <w:rFonts w:ascii="TH SarabunPSK" w:hAnsi="TH SarabunPSK" w:cs="TH SarabunPSK" w:hint="cs"/>
          <w:sz w:val="32"/>
          <w:szCs w:val="32"/>
          <w:cs/>
        </w:rPr>
        <w:t>นางสาวเจษฎาภรณ์  อนุอัน</w:t>
      </w:r>
      <w:r w:rsidRPr="00F76CEC">
        <w:rPr>
          <w:rFonts w:ascii="TH SarabunPSK" w:hAnsi="TH SarabunPSK" w:cs="TH SarabunPSK" w:hint="cs"/>
          <w:sz w:val="32"/>
          <w:szCs w:val="32"/>
          <w:cs/>
        </w:rPr>
        <w:tab/>
        <w:t>ครู</w:t>
      </w:r>
      <w:r>
        <w:rPr>
          <w:rFonts w:ascii="TH SarabunPSK" w:hAnsi="TH SarabunPSK" w:cs="TH SarabunPSK" w:hint="cs"/>
          <w:sz w:val="32"/>
          <w:szCs w:val="32"/>
          <w:cs/>
        </w:rPr>
        <w:t>ชำนาญการ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รองประธาน</w:t>
      </w:r>
    </w:p>
    <w:p w14:paraId="44CB87EB" w14:textId="77777777" w:rsidR="0071057A" w:rsidRPr="00F76CEC" w:rsidRDefault="0071057A" w:rsidP="0071057A">
      <w:pPr>
        <w:tabs>
          <w:tab w:val="left" w:pos="4408"/>
        </w:tabs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๓. นายวินัย  พุธกัลยา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>ผู้จัดการ หจก.แสงตาวันลิสซิ่งและคณะ</w:t>
      </w:r>
    </w:p>
    <w:p w14:paraId="4F2A29EC" w14:textId="450048DA" w:rsidR="0071057A" w:rsidRPr="00F76CEC" w:rsidRDefault="0071057A" w:rsidP="0071057A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Pr="00F76CEC">
        <w:rPr>
          <w:rFonts w:ascii="TH SarabunPSK" w:hAnsi="TH SarabunPSK" w:cs="TH SarabunPSK" w:hint="cs"/>
          <w:sz w:val="32"/>
          <w:szCs w:val="32"/>
        </w:rPr>
        <w:t xml:space="preserve">.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นายอดิเทพ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พละดล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นักศึกษาฝึกประสบการณ์</w:t>
      </w:r>
      <w:r w:rsidR="009C5905">
        <w:rPr>
          <w:rFonts w:ascii="TH SarabunPSK" w:eastAsia="Calibri" w:hAnsi="TH SarabunPSK" w:cs="TH SarabunPSK" w:hint="cs"/>
          <w:sz w:val="32"/>
          <w:szCs w:val="32"/>
          <w:cs/>
        </w:rPr>
        <w:t>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76CEC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14:paraId="1F971DA0" w14:textId="77777777" w:rsidR="0071057A" w:rsidRDefault="0071057A" w:rsidP="0071057A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Pr="00F76CEC">
        <w:rPr>
          <w:rFonts w:ascii="TH SarabunPSK" w:hAnsi="TH SarabunPSK" w:cs="TH SarabunPSK" w:hint="cs"/>
          <w:sz w:val="32"/>
          <w:szCs w:val="32"/>
        </w:rPr>
        <w:t>.</w:t>
      </w:r>
      <w:r w:rsidRPr="00F76C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นางสาวเจติยา  ทัก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ษิ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มา</w:t>
      </w:r>
      <w:r w:rsidRPr="00F76CE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ครู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กรรมการและเลขานุการ</w:t>
      </w:r>
    </w:p>
    <w:p w14:paraId="03584345" w14:textId="77777777" w:rsidR="0071057A" w:rsidRDefault="0071057A" w:rsidP="0071057A">
      <w:pPr>
        <w:rPr>
          <w:rFonts w:ascii="TH SarabunPSK" w:hAnsi="TH SarabunPSK" w:cs="TH SarabunPSK"/>
          <w:sz w:val="32"/>
          <w:szCs w:val="32"/>
        </w:rPr>
      </w:pPr>
      <w:r w:rsidRPr="00531151">
        <w:rPr>
          <w:rFonts w:ascii="TH SarabunPSK" w:hAnsi="TH SarabunPSK" w:cs="TH SarabunPSK" w:hint="cs"/>
          <w:b/>
          <w:bCs/>
          <w:sz w:val="32"/>
          <w:szCs w:val="32"/>
          <w:cs/>
        </w:rPr>
        <w:t>หน้าที่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C194DC2" w14:textId="77777777" w:rsidR="0071057A" w:rsidRDefault="0071057A" w:rsidP="0071057A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 w:rsidRPr="00531151">
        <w:rPr>
          <w:rFonts w:ascii="TH SarabunPSK" w:hAnsi="TH SarabunPSK" w:cs="TH SarabunPSK" w:hint="cs"/>
          <w:sz w:val="32"/>
          <w:szCs w:val="32"/>
          <w:cs/>
        </w:rPr>
        <w:t>อบรมให้ความรู้แก่นักเรียน 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68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(ขับขี่ปลอดภัย)</w:t>
      </w:r>
    </w:p>
    <w:p w14:paraId="21C90550" w14:textId="38586E6A" w:rsidR="0071057A" w:rsidRPr="00531151" w:rsidRDefault="0071057A" w:rsidP="009C5905">
      <w:pPr>
        <w:tabs>
          <w:tab w:val="right" w:pos="9475"/>
        </w:tabs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 w:rsidRPr="00531151">
        <w:rPr>
          <w:rFonts w:ascii="TH SarabunPSK" w:hAnsi="TH SarabunPSK" w:cs="TH SarabunPSK" w:hint="cs"/>
          <w:sz w:val="32"/>
          <w:szCs w:val="32"/>
          <w:cs/>
        </w:rPr>
        <w:t>ปฏิบัติหน้าที่อื่น ๆ ตามที่ได้รับมอบหมาย</w:t>
      </w:r>
      <w:r w:rsidRPr="00531151">
        <w:rPr>
          <w:rFonts w:ascii="TH SarabunPSK" w:hAnsi="TH SarabunPSK" w:cs="TH SarabunPSK" w:hint="cs"/>
          <w:sz w:val="32"/>
          <w:szCs w:val="32"/>
        </w:rPr>
        <w:t xml:space="preserve"> </w:t>
      </w:r>
      <w:r w:rsidR="009C5905">
        <w:rPr>
          <w:rFonts w:ascii="TH SarabunPSK" w:hAnsi="TH SarabunPSK" w:cs="TH SarabunPSK"/>
          <w:sz w:val="32"/>
          <w:szCs w:val="32"/>
        </w:rPr>
        <w:tab/>
      </w:r>
    </w:p>
    <w:p w14:paraId="37DD8F07" w14:textId="77777777" w:rsidR="0071057A" w:rsidRDefault="0071057A" w:rsidP="0071057A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5311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คณะกรรมการฝ่ายประชาสัมพันธ์ </w:t>
      </w:r>
      <w:r w:rsidRPr="003968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(ขับขี่ปลอดภัย)</w:t>
      </w:r>
      <w:r w:rsidRPr="00531151">
        <w:rPr>
          <w:rFonts w:ascii="TH SarabunPSK" w:hAnsi="TH SarabunPSK" w:cs="TH SarabunPSK" w:hint="cs"/>
          <w:sz w:val="32"/>
          <w:szCs w:val="32"/>
          <w:cs/>
        </w:rPr>
        <w:t>ประกอบด้วย</w:t>
      </w:r>
      <w:r w:rsidRPr="00531151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49C4C587" w14:textId="77777777" w:rsidR="0071057A" w:rsidRPr="00F76CEC" w:rsidRDefault="0071057A" w:rsidP="0071057A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F76CEC">
        <w:rPr>
          <w:rFonts w:ascii="TH SarabunPSK" w:hAnsi="TH SarabunPSK" w:cs="TH SarabunPSK" w:hint="cs"/>
          <w:sz w:val="32"/>
          <w:szCs w:val="32"/>
          <w:cs/>
        </w:rPr>
        <w:t xml:space="preserve">๑ . </w:t>
      </w:r>
      <w:r>
        <w:rPr>
          <w:rFonts w:ascii="TH SarabunPSK" w:hAnsi="TH SarabunPSK" w:cs="TH SarabunPSK" w:hint="cs"/>
          <w:sz w:val="32"/>
          <w:szCs w:val="32"/>
          <w:cs/>
        </w:rPr>
        <w:t>นางสาวสินใจ  ภูพันนา</w:t>
      </w:r>
      <w:r w:rsidRPr="00F76CEC">
        <w:rPr>
          <w:rFonts w:ascii="TH SarabunPSK" w:hAnsi="TH SarabunPSK" w:cs="TH SarabunPSK" w:hint="cs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76CEC">
        <w:rPr>
          <w:rFonts w:ascii="TH SarabunPSK" w:hAnsi="TH SarabunPSK" w:cs="TH SarabunPSK" w:hint="cs"/>
          <w:sz w:val="32"/>
          <w:szCs w:val="32"/>
          <w:cs/>
        </w:rPr>
        <w:t>ครูชำนาญการ</w:t>
      </w:r>
      <w:r w:rsidRPr="00F76CEC">
        <w:rPr>
          <w:rFonts w:ascii="TH SarabunPSK" w:hAnsi="TH SarabunPSK" w:cs="TH SarabunPSK" w:hint="cs"/>
          <w:sz w:val="32"/>
          <w:szCs w:val="32"/>
        </w:rPr>
        <w:tab/>
      </w:r>
      <w:r w:rsidRPr="00F76CEC">
        <w:rPr>
          <w:rFonts w:ascii="TH SarabunPSK" w:hAnsi="TH SarabunPSK" w:cs="TH SarabunPSK" w:hint="cs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</w:p>
    <w:p w14:paraId="1CDA988C" w14:textId="77777777" w:rsidR="0071057A" w:rsidRPr="00F76CEC" w:rsidRDefault="0071057A" w:rsidP="0071057A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F76CEC">
        <w:rPr>
          <w:rFonts w:ascii="TH SarabunPSK" w:hAnsi="TH SarabunPSK" w:cs="TH SarabunPSK" w:hint="cs"/>
          <w:sz w:val="32"/>
          <w:szCs w:val="32"/>
          <w:cs/>
        </w:rPr>
        <w:t xml:space="preserve">๒.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นางสาวจิริยา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ทะ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บันแดน</w:t>
      </w:r>
      <w:r w:rsidRPr="00F76CE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76CEC">
        <w:rPr>
          <w:rFonts w:ascii="TH SarabunPSK" w:hAnsi="TH SarabunPSK" w:cs="TH SarabunPSK" w:hint="cs"/>
          <w:sz w:val="32"/>
          <w:szCs w:val="32"/>
          <w:cs/>
        </w:rPr>
        <w:t>ครู</w:t>
      </w:r>
      <w:r w:rsidRPr="00F76CE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กรรมการ</w:t>
      </w:r>
    </w:p>
    <w:p w14:paraId="091AF7CC" w14:textId="77777777" w:rsidR="0071057A" w:rsidRPr="00531151" w:rsidRDefault="0071057A" w:rsidP="0071057A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นางสาวกนกวรรณ  ปากเพ็ง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ธุรการ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กรรมการและเลขานุการ</w:t>
      </w:r>
    </w:p>
    <w:p w14:paraId="6AA104C7" w14:textId="77777777" w:rsidR="0071057A" w:rsidRDefault="0071057A" w:rsidP="0071057A">
      <w:pPr>
        <w:rPr>
          <w:rFonts w:ascii="TH SarabunPSK" w:hAnsi="TH SarabunPSK" w:cs="TH SarabunPSK"/>
          <w:sz w:val="32"/>
          <w:szCs w:val="32"/>
        </w:rPr>
      </w:pPr>
      <w:r w:rsidRPr="00531151">
        <w:rPr>
          <w:rFonts w:ascii="TH SarabunPSK" w:hAnsi="TH SarabunPSK" w:cs="TH SarabunPSK" w:hint="cs"/>
          <w:b/>
          <w:bCs/>
          <w:sz w:val="32"/>
          <w:szCs w:val="32"/>
          <w:cs/>
        </w:rPr>
        <w:t>หน้าที่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E4144EC" w14:textId="77777777" w:rsidR="0071057A" w:rsidRDefault="0071057A" w:rsidP="0071057A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 w:rsidRPr="00531151">
        <w:rPr>
          <w:rFonts w:ascii="TH SarabunPSK" w:hAnsi="TH SarabunPSK" w:cs="TH SarabunPSK" w:hint="cs"/>
          <w:sz w:val="32"/>
          <w:szCs w:val="32"/>
          <w:cs/>
        </w:rPr>
        <w:t>ประชาสัมพันธ์แจ้งเหตุฉุกเฉินเสียงตามสาย</w:t>
      </w:r>
      <w:r w:rsidRPr="00531151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68FDEA86" w14:textId="77777777" w:rsidR="0071057A" w:rsidRPr="00531151" w:rsidRDefault="0071057A" w:rsidP="0071057A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31151">
        <w:rPr>
          <w:rFonts w:ascii="TH SarabunPSK" w:hAnsi="TH SarabunPSK" w:cs="TH SarabunPSK" w:hint="cs"/>
          <w:sz w:val="32"/>
          <w:szCs w:val="32"/>
          <w:cs/>
        </w:rPr>
        <w:t>ปฏิบัติหน้าที่อื่น ๆ ตามที่ได้รับมอบหมาย</w:t>
      </w:r>
      <w:r w:rsidRPr="00531151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55F13FD2" w14:textId="77777777" w:rsidR="0071057A" w:rsidRDefault="0071057A" w:rsidP="0071057A">
      <w:pPr>
        <w:ind w:firstLine="360"/>
        <w:rPr>
          <w:rStyle w:val="citation-761"/>
          <w:rFonts w:ascii="TH SarabunPSK" w:eastAsiaTheme="majorEastAsia" w:hAnsi="TH SarabunPSK" w:cs="TH SarabunPSK"/>
          <w:sz w:val="32"/>
          <w:szCs w:val="32"/>
        </w:rPr>
      </w:pPr>
      <w:r>
        <w:rPr>
          <w:rStyle w:val="citation-769"/>
          <w:rFonts w:ascii="TH SarabunPSK" w:eastAsiaTheme="majorEastAsia" w:hAnsi="TH SarabunPSK" w:cs="TH SarabunPSK" w:hint="cs"/>
          <w:b/>
          <w:bCs/>
          <w:sz w:val="32"/>
          <w:szCs w:val="32"/>
          <w:cs/>
        </w:rPr>
        <w:t xml:space="preserve">    </w:t>
      </w:r>
      <w:r>
        <w:rPr>
          <w:rStyle w:val="citation-761"/>
          <w:rFonts w:ascii="TH SarabunPSK" w:eastAsiaTheme="majorEastAsia" w:hAnsi="TH SarabunPSK" w:cs="TH SarabunPSK" w:hint="cs"/>
          <w:b/>
          <w:bCs/>
          <w:sz w:val="32"/>
          <w:szCs w:val="32"/>
          <w:cs/>
        </w:rPr>
        <w:t>๕</w:t>
      </w:r>
      <w:r>
        <w:rPr>
          <w:rStyle w:val="citation-761"/>
          <w:rFonts w:ascii="TH SarabunPSK" w:eastAsiaTheme="majorEastAsia" w:hAnsi="TH SarabunPSK" w:cs="TH SarabunPSK"/>
          <w:b/>
          <w:bCs/>
          <w:sz w:val="32"/>
          <w:szCs w:val="32"/>
        </w:rPr>
        <w:t xml:space="preserve">. </w:t>
      </w:r>
      <w:r w:rsidRPr="00F76CEC">
        <w:rPr>
          <w:rStyle w:val="citation-761"/>
          <w:rFonts w:ascii="TH SarabunPSK" w:eastAsiaTheme="majorEastAsia" w:hAnsi="TH SarabunPSK" w:cs="TH SarabunPSK" w:hint="cs"/>
          <w:b/>
          <w:bCs/>
          <w:sz w:val="32"/>
          <w:szCs w:val="32"/>
          <w:cs/>
        </w:rPr>
        <w:t>คณะกรรมการฝ่ายโสตทัศนูปกรณ์</w:t>
      </w:r>
      <w:r w:rsidRPr="00F76CEC">
        <w:rPr>
          <w:rStyle w:val="citation-761"/>
          <w:rFonts w:ascii="TH SarabunPSK" w:eastAsiaTheme="majorEastAsia" w:hAnsi="TH SarabunPSK" w:cs="TH SarabunPSK" w:hint="cs"/>
          <w:sz w:val="32"/>
          <w:szCs w:val="32"/>
        </w:rPr>
        <w:t xml:space="preserve"> </w:t>
      </w:r>
      <w:r w:rsidRPr="00F76CEC">
        <w:rPr>
          <w:rStyle w:val="citation-761"/>
          <w:rFonts w:ascii="TH SarabunPSK" w:eastAsiaTheme="majorEastAsia" w:hAnsi="TH SarabunPSK" w:cs="TH SarabunPSK" w:hint="cs"/>
          <w:sz w:val="32"/>
          <w:szCs w:val="32"/>
          <w:cs/>
        </w:rPr>
        <w:t>ประกอบด้วย</w:t>
      </w:r>
    </w:p>
    <w:p w14:paraId="232A4AB6" w14:textId="77777777" w:rsidR="0071057A" w:rsidRPr="00F76CEC" w:rsidRDefault="0071057A" w:rsidP="0071057A">
      <w:pPr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F76CEC">
        <w:rPr>
          <w:rFonts w:ascii="TH SarabunPSK" w:eastAsia="Calibri" w:hAnsi="TH SarabunPSK" w:cs="TH SarabunPSK" w:hint="cs"/>
          <w:sz w:val="32"/>
          <w:szCs w:val="32"/>
        </w:rPr>
        <w:t xml:space="preserve">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นางสาวจิริยา  </w:t>
      </w:r>
      <w:proofErr w:type="spellStart"/>
      <w:r>
        <w:rPr>
          <w:rFonts w:ascii="TH SarabunPSK" w:eastAsia="Calibri" w:hAnsi="TH SarabunPSK" w:cs="TH SarabunPSK" w:hint="cs"/>
          <w:sz w:val="32"/>
          <w:szCs w:val="32"/>
          <w:cs/>
        </w:rPr>
        <w:t>ทะ</w:t>
      </w:r>
      <w:proofErr w:type="spellEnd"/>
      <w:r>
        <w:rPr>
          <w:rFonts w:ascii="TH SarabunPSK" w:eastAsia="Calibri" w:hAnsi="TH SarabunPSK" w:cs="TH SarabunPSK" w:hint="cs"/>
          <w:sz w:val="32"/>
          <w:szCs w:val="32"/>
          <w:cs/>
        </w:rPr>
        <w:t>บันแดน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ครู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  <w:t>ประธาน</w:t>
      </w:r>
    </w:p>
    <w:p w14:paraId="2880DF6B" w14:textId="77777777" w:rsidR="0071057A" w:rsidRPr="00F76CEC" w:rsidRDefault="0071057A" w:rsidP="0071057A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F76CEC">
        <w:rPr>
          <w:rFonts w:ascii="TH SarabunPSK" w:eastAsia="Calibri" w:hAnsi="TH SarabunPSK" w:cs="TH SarabunPSK" w:hint="cs"/>
          <w:sz w:val="32"/>
          <w:szCs w:val="32"/>
        </w:rPr>
        <w:t>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นางสาวเจติยา  ทัก</w:t>
      </w:r>
      <w:proofErr w:type="spellStart"/>
      <w:r>
        <w:rPr>
          <w:rFonts w:ascii="TH SarabunPSK" w:eastAsia="Calibri" w:hAnsi="TH SarabunPSK" w:cs="TH SarabunPSK" w:hint="cs"/>
          <w:sz w:val="32"/>
          <w:szCs w:val="32"/>
          <w:cs/>
        </w:rPr>
        <w:t>ษิ</w:t>
      </w:r>
      <w:proofErr w:type="spellEnd"/>
      <w:r>
        <w:rPr>
          <w:rFonts w:ascii="TH SarabunPSK" w:eastAsia="Calibri" w:hAnsi="TH SarabunPSK" w:cs="TH SarabunPSK" w:hint="cs"/>
          <w:sz w:val="32"/>
          <w:szCs w:val="32"/>
          <w:cs/>
        </w:rPr>
        <w:t>มา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  <w:t>ครู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รองประธาน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</w:p>
    <w:p w14:paraId="7307C14B" w14:textId="51608A1B" w:rsidR="0071057A" w:rsidRDefault="0071057A" w:rsidP="0071057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>
        <w:rPr>
          <w:rFonts w:ascii="TH SarabunPSK" w:eastAsia="Calibri" w:hAnsi="TH SarabunPSK" w:cs="TH SarabunPSK"/>
          <w:sz w:val="32"/>
          <w:szCs w:val="32"/>
        </w:rPr>
        <w:t>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นางสาว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ณัฐ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นั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นนท์  อรรคฮาตสี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ครูนักศึกษาฝึกประสบการณ์</w:t>
      </w:r>
      <w:r w:rsidR="009C5905">
        <w:rPr>
          <w:rFonts w:ascii="TH SarabunPSK" w:eastAsia="Calibri" w:hAnsi="TH SarabunPSK" w:cs="TH SarabunPSK" w:hint="cs"/>
          <w:sz w:val="32"/>
          <w:szCs w:val="32"/>
          <w:cs/>
        </w:rPr>
        <w:t>ฯ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กรรมการ</w:t>
      </w:r>
    </w:p>
    <w:p w14:paraId="0B8F47A5" w14:textId="77777777" w:rsidR="0071057A" w:rsidRPr="008F5DB4" w:rsidRDefault="0071057A" w:rsidP="0071057A">
      <w:pPr>
        <w:jc w:val="thaiDistribute"/>
        <w:rPr>
          <w:rStyle w:val="citation-761"/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>
        <w:rPr>
          <w:rFonts w:ascii="TH SarabunPSK" w:eastAsia="Calibri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นางสาวกนกวรรณ  ปากเพ็ง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76CEC">
        <w:rPr>
          <w:rFonts w:ascii="TH SarabunPSK" w:hAnsi="TH SarabunPSK" w:cs="TH SarabunPSK" w:hint="cs"/>
          <w:sz w:val="32"/>
          <w:szCs w:val="32"/>
          <w:cs/>
        </w:rPr>
        <w:t>ธุรการ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กรรมการและเลขานุการ</w:t>
      </w:r>
    </w:p>
    <w:p w14:paraId="12BC3FEA" w14:textId="77777777" w:rsidR="0071057A" w:rsidRDefault="0071057A" w:rsidP="0071057A">
      <w:pPr>
        <w:ind w:left="720"/>
        <w:rPr>
          <w:rFonts w:ascii="TH SarabunPSK" w:hAnsi="TH SarabunPSK" w:cs="TH SarabunPSK"/>
          <w:sz w:val="32"/>
          <w:szCs w:val="32"/>
        </w:rPr>
      </w:pPr>
      <w:r w:rsidRPr="00531151">
        <w:rPr>
          <w:rFonts w:ascii="TH SarabunPSK" w:hAnsi="TH SarabunPSK" w:cs="TH SarabunPSK" w:hint="cs"/>
          <w:sz w:val="32"/>
          <w:szCs w:val="32"/>
        </w:rPr>
        <w:t xml:space="preserve">  </w:t>
      </w:r>
      <w:r w:rsidRPr="00531151">
        <w:rPr>
          <w:rFonts w:ascii="TH SarabunPSK" w:hAnsi="TH SarabunPSK" w:cs="TH SarabunPSK" w:hint="cs"/>
          <w:b/>
          <w:bCs/>
          <w:sz w:val="32"/>
          <w:szCs w:val="32"/>
          <w:cs/>
        </w:rPr>
        <w:t>หน้าที่</w:t>
      </w:r>
    </w:p>
    <w:p w14:paraId="5AECA59C" w14:textId="77777777" w:rsidR="0071057A" w:rsidRPr="00700BB1" w:rsidRDefault="0071057A" w:rsidP="0071057A">
      <w:pPr>
        <w:pStyle w:val="af1"/>
        <w:numPr>
          <w:ilvl w:val="1"/>
          <w:numId w:val="36"/>
        </w:numPr>
        <w:spacing w:after="0" w:line="240" w:lineRule="auto"/>
        <w:rPr>
          <w:rFonts w:eastAsia="Times New Roman" w:cs="TH SarabunPSK"/>
          <w:szCs w:val="32"/>
        </w:rPr>
      </w:pPr>
      <w:r w:rsidRPr="00700BB1">
        <w:rPr>
          <w:rFonts w:eastAsia="Times New Roman" w:cs="TH SarabunPSK" w:hint="cs"/>
          <w:szCs w:val="32"/>
          <w:cs/>
          <w:lang w:bidi="th-TH"/>
        </w:rPr>
        <w:t>บันทึกภาพกิจกรรมทั้งภาพนิ่งและภาพเคลื่อนไหวเพื่อเผยแพร่ข้อมูลการจัดกิจกรรมบนเว็บไซต์โรงเรียน</w:t>
      </w:r>
      <w:r w:rsidRPr="00700BB1">
        <w:rPr>
          <w:rFonts w:eastAsia="Times New Roman" w:cs="TH SarabunPSK" w:hint="cs"/>
          <w:szCs w:val="32"/>
        </w:rPr>
        <w:t xml:space="preserve"> </w:t>
      </w:r>
    </w:p>
    <w:p w14:paraId="439A34F4" w14:textId="77777777" w:rsidR="0071057A" w:rsidRDefault="0071057A" w:rsidP="0071057A">
      <w:pPr>
        <w:numPr>
          <w:ilvl w:val="1"/>
          <w:numId w:val="36"/>
        </w:numPr>
        <w:rPr>
          <w:rFonts w:ascii="TH SarabunPSK" w:hAnsi="TH SarabunPSK" w:cs="TH SarabunPSK"/>
          <w:sz w:val="32"/>
          <w:szCs w:val="32"/>
        </w:rPr>
      </w:pPr>
      <w:r w:rsidRPr="00531151">
        <w:rPr>
          <w:rFonts w:ascii="TH SarabunPSK" w:hAnsi="TH SarabunPSK" w:cs="TH SarabunPSK" w:hint="cs"/>
          <w:sz w:val="32"/>
          <w:szCs w:val="32"/>
          <w:cs/>
        </w:rPr>
        <w:t>ปฏิบัติหน้าที่อื่น ๆ ตามที่ได้รับมอบหมาย</w:t>
      </w:r>
      <w:r w:rsidRPr="00531151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0DEE41F8" w14:textId="77777777" w:rsidR="0071057A" w:rsidRDefault="0071057A" w:rsidP="0071057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๖</w:t>
      </w:r>
      <w:r w:rsidRPr="00700BB1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700BB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700BB1">
        <w:rPr>
          <w:rStyle w:val="citation-749"/>
          <w:rFonts w:ascii="TH SarabunPSK" w:hAnsi="TH SarabunPSK" w:cs="TH SarabunPSK" w:hint="cs"/>
          <w:b/>
          <w:bCs/>
          <w:sz w:val="32"/>
          <w:szCs w:val="32"/>
          <w:cs/>
        </w:rPr>
        <w:t>คณะกรรมการ</w:t>
      </w:r>
      <w:r w:rsidRPr="00F76CEC">
        <w:rPr>
          <w:rStyle w:val="citation-749"/>
          <w:rFonts w:ascii="TH SarabunPSK" w:hAnsi="TH SarabunPSK" w:cs="TH SarabunPSK" w:hint="cs"/>
          <w:b/>
          <w:bCs/>
          <w:sz w:val="32"/>
          <w:szCs w:val="32"/>
          <w:cs/>
        </w:rPr>
        <w:t>ฝ่ายสถานที่</w:t>
      </w:r>
      <w:r w:rsidRPr="00F76CEC">
        <w:rPr>
          <w:rStyle w:val="citation-749"/>
          <w:rFonts w:ascii="TH SarabunPSK" w:hAnsi="TH SarabunPSK" w:cs="TH SarabunPSK" w:hint="cs"/>
          <w:sz w:val="32"/>
          <w:szCs w:val="32"/>
        </w:rPr>
        <w:t xml:space="preserve"> </w:t>
      </w:r>
      <w:r w:rsidRPr="00F76CEC">
        <w:rPr>
          <w:rStyle w:val="citation-749"/>
          <w:rFonts w:ascii="TH SarabunPSK" w:hAnsi="TH SarabunPSK" w:cs="TH SarabunPSK" w:hint="cs"/>
          <w:sz w:val="32"/>
          <w:szCs w:val="32"/>
          <w:cs/>
        </w:rPr>
        <w:t>ประกอบด้วย</w:t>
      </w:r>
    </w:p>
    <w:p w14:paraId="08658BF5" w14:textId="77777777" w:rsidR="0071057A" w:rsidRPr="00F76CEC" w:rsidRDefault="0071057A" w:rsidP="0071057A">
      <w:pPr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F76CEC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ปฏิวัติ  ภักดีกุล</w:t>
      </w:r>
      <w:r w:rsidRPr="00F76CEC">
        <w:rPr>
          <w:rFonts w:ascii="TH SarabunPSK" w:eastAsia="Calibri" w:hAnsi="TH SarabunPSK" w:cs="TH SarabunPSK" w:hint="cs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>ครูชำนาญการ</w:t>
      </w:r>
      <w:r w:rsidRPr="00F76CEC">
        <w:rPr>
          <w:rFonts w:ascii="TH SarabunPSK" w:eastAsia="Calibri" w:hAnsi="TH SarabunPSK" w:cs="TH SarabunPSK" w:hint="cs"/>
          <w:sz w:val="32"/>
          <w:szCs w:val="32"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</w:p>
    <w:p w14:paraId="3AB6E6B5" w14:textId="77777777" w:rsidR="0071057A" w:rsidRPr="00F76CEC" w:rsidRDefault="0071057A" w:rsidP="0071057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F76CEC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นางรัช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ฎา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พร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สิม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ลา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>ครู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ชำนาญการพิเศษ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รองประธาน</w:t>
      </w:r>
    </w:p>
    <w:p w14:paraId="15BD8A25" w14:textId="77777777" w:rsidR="0071057A" w:rsidRPr="00F76CEC" w:rsidRDefault="0071057A" w:rsidP="0071057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F76CEC">
        <w:rPr>
          <w:rFonts w:ascii="TH SarabunPSK" w:eastAsia="Calibri" w:hAnsi="TH SarabunPSK" w:cs="TH SarabunPSK" w:hint="cs"/>
          <w:sz w:val="32"/>
          <w:szCs w:val="32"/>
        </w:rPr>
        <w:t xml:space="preserve">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นาง</w:t>
      </w:r>
      <w:proofErr w:type="spellStart"/>
      <w:r>
        <w:rPr>
          <w:rFonts w:ascii="TH SarabunPSK" w:eastAsia="Calibri" w:hAnsi="TH SarabunPSK" w:cs="TH SarabunPSK" w:hint="cs"/>
          <w:sz w:val="32"/>
          <w:szCs w:val="32"/>
          <w:cs/>
        </w:rPr>
        <w:t>สุพัต</w:t>
      </w:r>
      <w:proofErr w:type="spellEnd"/>
      <w:r>
        <w:rPr>
          <w:rFonts w:ascii="TH SarabunPSK" w:eastAsia="Calibri" w:hAnsi="TH SarabunPSK" w:cs="TH SarabunPSK" w:hint="cs"/>
          <w:sz w:val="32"/>
          <w:szCs w:val="32"/>
          <w:cs/>
        </w:rPr>
        <w:t>รา  รัตน์พร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>ครู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ชำนาญการพิเศษ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>กรรมการ</w:t>
      </w:r>
    </w:p>
    <w:p w14:paraId="23695F7F" w14:textId="77777777" w:rsidR="0071057A" w:rsidRPr="00F76CEC" w:rsidRDefault="0071057A" w:rsidP="0071057A">
      <w:p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๔. นางสาวเจษฎาภรณ์  อนุอัน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>ครูชำนาญการ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>กรรมการ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</w:p>
    <w:p w14:paraId="1C814B81" w14:textId="5C99BB97" w:rsidR="0071057A" w:rsidRPr="00F76CEC" w:rsidRDefault="0071057A" w:rsidP="0071057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นางสาวสินใจ  ภูพันนา</w:t>
      </w:r>
      <w:r w:rsidRPr="00F76CEC">
        <w:rPr>
          <w:rFonts w:ascii="TH SarabunPSK" w:eastAsia="Calibri" w:hAnsi="TH SarabunPSK" w:cs="TH SarabunPSK" w:hint="cs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>ครูชำนาญการ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</w:t>
      </w:r>
      <w:r w:rsidRPr="00F76CEC">
        <w:rPr>
          <w:rFonts w:ascii="TH SarabunPSK" w:eastAsia="Calibri" w:hAnsi="TH SarabunPSK" w:cs="TH SarabunPSK" w:hint="cs"/>
          <w:sz w:val="32"/>
          <w:szCs w:val="32"/>
        </w:rPr>
        <w:tab/>
      </w:r>
      <w:r w:rsidRPr="00F76CEC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14:paraId="273A4877" w14:textId="77777777" w:rsidR="0071057A" w:rsidRDefault="0071057A" w:rsidP="0071057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76CEC">
        <w:rPr>
          <w:rFonts w:ascii="TH SarabunPSK" w:eastAsia="Calibri" w:hAnsi="TH SarabunPSK" w:cs="TH SarabunPSK" w:hint="cs"/>
          <w:sz w:val="32"/>
          <w:szCs w:val="32"/>
        </w:rPr>
        <w:lastRenderedPageBreak/>
        <w:tab/>
      </w:r>
      <w:r w:rsidRPr="00F76CEC">
        <w:rPr>
          <w:rFonts w:ascii="TH SarabunPSK" w:eastAsia="Calibri" w:hAnsi="TH SarabunPSK" w:cs="TH SarabunPSK" w:hint="cs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นางสาวเจติยา  ทัก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ษิ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มา</w:t>
      </w:r>
      <w:r w:rsidRPr="00F76CEC">
        <w:rPr>
          <w:rFonts w:ascii="TH SarabunPSK" w:eastAsia="Calibri" w:hAnsi="TH SarabunPSK" w:cs="TH SarabunPSK" w:hint="cs"/>
          <w:sz w:val="32"/>
          <w:szCs w:val="32"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>ครู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</w:t>
      </w:r>
      <w:r w:rsidRPr="00F76CEC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14:paraId="01FAC457" w14:textId="77777777" w:rsidR="0071057A" w:rsidRDefault="0071057A" w:rsidP="0071057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๗</w:t>
      </w:r>
      <w:r>
        <w:rPr>
          <w:rFonts w:ascii="TH SarabunPSK" w:eastAsia="Calibri" w:hAnsi="TH SarabunPSK" w:cs="TH SarabunPSK"/>
          <w:sz w:val="32"/>
          <w:szCs w:val="32"/>
        </w:rPr>
        <w:t>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นางสาวจิตราพร  หารภูมิ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ครู</w:t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กรรมการ</w:t>
      </w:r>
    </w:p>
    <w:p w14:paraId="0C4AFF8C" w14:textId="77777777" w:rsidR="0071057A" w:rsidRDefault="0071057A" w:rsidP="0071057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๘</w:t>
      </w:r>
      <w:r>
        <w:rPr>
          <w:rFonts w:ascii="TH SarabunPSK" w:eastAsia="Calibri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นางสาวจิริยา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ทะ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บันแดน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76CEC">
        <w:rPr>
          <w:rFonts w:ascii="TH SarabunPSK" w:hAnsi="TH SarabunPSK" w:cs="TH SarabunPSK" w:hint="cs"/>
          <w:sz w:val="32"/>
          <w:szCs w:val="32"/>
          <w:cs/>
        </w:rPr>
        <w:t>ครู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กรรมการ</w:t>
      </w:r>
    </w:p>
    <w:p w14:paraId="343A4B58" w14:textId="650041FA" w:rsidR="0071057A" w:rsidRDefault="0071057A" w:rsidP="0071057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๙.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นายอดิเทพ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พละดล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นักศึกษาฝึกประสบการณ์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ฯ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กรรมการ</w:t>
      </w:r>
    </w:p>
    <w:p w14:paraId="3B694341" w14:textId="357F2EA5" w:rsidR="0071057A" w:rsidRDefault="0071057A" w:rsidP="0071057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๑๐. </w:t>
      </w:r>
      <w:r w:rsidRPr="0001277B">
        <w:rPr>
          <w:rFonts w:ascii="TH SarabunIT๙" w:hAnsi="TH SarabunIT๙" w:cs="TH SarabunIT๙"/>
          <w:color w:val="000000"/>
          <w:sz w:val="32"/>
          <w:szCs w:val="32"/>
          <w:cs/>
        </w:rPr>
        <w:t>นางสาว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ณัฐ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นั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นนท์  อรรคฮาตสี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นักศึกษาฝึกประสบการณ์ฯ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กรรมการ</w:t>
      </w:r>
    </w:p>
    <w:p w14:paraId="5045EC77" w14:textId="77777777" w:rsidR="0071057A" w:rsidRPr="00F76CEC" w:rsidRDefault="0071057A" w:rsidP="0071057A">
      <w:pPr>
        <w:rPr>
          <w:rFonts w:ascii="TH SarabunPSK" w:eastAsia="Calibri" w:hAnsi="TH SarabunPSK" w:cs="TH SarabunPSK"/>
          <w:sz w:val="32"/>
          <w:szCs w:val="32"/>
        </w:rPr>
      </w:pP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๑๑</w:t>
      </w:r>
      <w:r w:rsidRPr="00F76CEC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นางสาวกนกวรรณ  ปากเพ็ง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ธุรการ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           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>กรรมการและเลขานุการ</w:t>
      </w:r>
    </w:p>
    <w:p w14:paraId="258D7D47" w14:textId="77777777" w:rsidR="0071057A" w:rsidRPr="00F76CEC" w:rsidRDefault="0071057A" w:rsidP="0071057A">
      <w:pPr>
        <w:rPr>
          <w:rFonts w:ascii="TH SarabunPSK" w:hAnsi="TH SarabunPSK" w:cs="TH SarabunPSK"/>
          <w:sz w:val="32"/>
          <w:szCs w:val="32"/>
        </w:rPr>
      </w:pP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  <w:t>๑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๐</w:t>
      </w:r>
      <w:r w:rsidRPr="00F76CEC">
        <w:rPr>
          <w:rFonts w:ascii="TH SarabunPSK" w:eastAsia="Calibri" w:hAnsi="TH SarabunPSK" w:cs="TH SarabunPSK" w:hint="cs"/>
          <w:sz w:val="32"/>
          <w:szCs w:val="32"/>
        </w:rPr>
        <w:t>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นายไสย  สีโสดา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นักการภารโรง</w:t>
      </w:r>
      <w:r w:rsidRPr="00F76CEC">
        <w:rPr>
          <w:rFonts w:ascii="TH SarabunPSK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hAnsi="TH SarabunPSK" w:cs="TH SarabunPSK" w:hint="cs"/>
          <w:sz w:val="32"/>
          <w:szCs w:val="32"/>
          <w:cs/>
        </w:rPr>
        <w:tab/>
        <w:t>ผู้ช่วยกรรมการและเลขานุการ</w:t>
      </w:r>
    </w:p>
    <w:p w14:paraId="400BE3C9" w14:textId="77777777" w:rsidR="0071057A" w:rsidRPr="00F76CEC" w:rsidRDefault="0071057A" w:rsidP="0071057A">
      <w:pPr>
        <w:rPr>
          <w:rFonts w:ascii="TH SarabunPSK" w:hAnsi="TH SarabunPSK" w:cs="TH SarabunPSK"/>
          <w:sz w:val="32"/>
          <w:szCs w:val="32"/>
        </w:rPr>
      </w:pPr>
      <w:r w:rsidRPr="00F76CEC">
        <w:rPr>
          <w:rFonts w:ascii="TH SarabunPSK" w:hAnsi="TH SarabunPSK" w:cs="TH SarabunPSK" w:hint="cs"/>
          <w:b/>
          <w:bCs/>
          <w:sz w:val="32"/>
          <w:szCs w:val="32"/>
          <w:cs/>
        </w:rPr>
        <w:t>หน้าที่</w:t>
      </w:r>
    </w:p>
    <w:p w14:paraId="232E6B71" w14:textId="77777777" w:rsidR="0071057A" w:rsidRPr="00700BB1" w:rsidRDefault="0071057A" w:rsidP="0071057A">
      <w:pPr>
        <w:pStyle w:val="af1"/>
        <w:numPr>
          <w:ilvl w:val="0"/>
          <w:numId w:val="37"/>
        </w:numPr>
        <w:spacing w:after="100" w:afterAutospacing="1" w:line="240" w:lineRule="auto"/>
        <w:rPr>
          <w:rFonts w:eastAsia="Times New Roman" w:cs="TH SarabunPSK"/>
          <w:szCs w:val="32"/>
        </w:rPr>
      </w:pPr>
      <w:r w:rsidRPr="00700BB1">
        <w:rPr>
          <w:rFonts w:eastAsia="Times New Roman" w:cs="TH SarabunPSK" w:hint="cs"/>
          <w:szCs w:val="32"/>
          <w:cs/>
          <w:lang w:bidi="th-TH"/>
        </w:rPr>
        <w:t>จัดเตรียมสถานที่อบรม</w:t>
      </w:r>
      <w:r w:rsidRPr="00700BB1">
        <w:rPr>
          <w:rFonts w:eastAsia="Times New Roman" w:cs="TH SarabunPSK" w:hint="cs"/>
          <w:szCs w:val="32"/>
        </w:rPr>
        <w:t xml:space="preserve"> </w:t>
      </w:r>
    </w:p>
    <w:p w14:paraId="46DC8439" w14:textId="77777777" w:rsidR="0071057A" w:rsidRPr="00F76CEC" w:rsidRDefault="0071057A" w:rsidP="0071057A">
      <w:pPr>
        <w:numPr>
          <w:ilvl w:val="0"/>
          <w:numId w:val="37"/>
        </w:numPr>
        <w:spacing w:after="100" w:afterAutospacing="1"/>
        <w:rPr>
          <w:rFonts w:ascii="TH SarabunPSK" w:hAnsi="TH SarabunPSK" w:cs="TH SarabunPSK"/>
          <w:sz w:val="32"/>
          <w:szCs w:val="32"/>
        </w:rPr>
      </w:pPr>
      <w:r w:rsidRPr="00F76CEC">
        <w:rPr>
          <w:rFonts w:ascii="TH SarabunPSK" w:hAnsi="TH SarabunPSK" w:cs="TH SarabunPSK" w:hint="cs"/>
          <w:sz w:val="32"/>
          <w:szCs w:val="32"/>
          <w:cs/>
        </w:rPr>
        <w:t>จัดเตรียมป้าย</w:t>
      </w:r>
      <w:r>
        <w:rPr>
          <w:rFonts w:ascii="TH SarabunPSK" w:hAnsi="TH SarabunPSK" w:cs="TH SarabunPSK" w:hint="cs"/>
          <w:sz w:val="32"/>
          <w:szCs w:val="32"/>
          <w:cs/>
        </w:rPr>
        <w:t>สัญลักษณ์จราจร</w:t>
      </w:r>
      <w:r w:rsidRPr="00F76CEC">
        <w:rPr>
          <w:rFonts w:ascii="TH SarabunPSK" w:hAnsi="TH SarabunPSK" w:cs="TH SarabunPSK" w:hint="cs"/>
          <w:sz w:val="32"/>
          <w:szCs w:val="32"/>
          <w:cs/>
        </w:rPr>
        <w:t xml:space="preserve"> และอื่น ๆ</w:t>
      </w:r>
      <w:r w:rsidRPr="00F76CEC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14C96510" w14:textId="77777777" w:rsidR="0071057A" w:rsidRPr="00F76CEC" w:rsidRDefault="0071057A" w:rsidP="0071057A">
      <w:pPr>
        <w:numPr>
          <w:ilvl w:val="0"/>
          <w:numId w:val="37"/>
        </w:numPr>
        <w:rPr>
          <w:rFonts w:ascii="TH SarabunPSK" w:hAnsi="TH SarabunPSK" w:cs="TH SarabunPSK"/>
          <w:sz w:val="32"/>
          <w:szCs w:val="32"/>
        </w:rPr>
      </w:pPr>
      <w:r w:rsidRPr="00F76CEC">
        <w:rPr>
          <w:rFonts w:ascii="TH SarabunPSK" w:hAnsi="TH SarabunPSK" w:cs="TH SarabunPSK" w:hint="cs"/>
          <w:sz w:val="32"/>
          <w:szCs w:val="32"/>
          <w:cs/>
        </w:rPr>
        <w:t>ปฏิบัติหน้าที่อื่น ๆ ตามที่ได้รับมอบหมาย</w:t>
      </w:r>
    </w:p>
    <w:p w14:paraId="0D36CEF0" w14:textId="77777777" w:rsidR="0071057A" w:rsidRDefault="0071057A" w:rsidP="0071057A">
      <w:pPr>
        <w:ind w:firstLine="360"/>
        <w:rPr>
          <w:rFonts w:ascii="TH SarabunPSK" w:hAnsi="TH SarabunPSK" w:cs="TH SarabunPSK"/>
          <w:sz w:val="32"/>
          <w:szCs w:val="32"/>
        </w:rPr>
      </w:pPr>
      <w:r>
        <w:rPr>
          <w:rStyle w:val="citation-726"/>
          <w:rFonts w:ascii="TH SarabunPSK" w:hAnsi="TH SarabunPSK" w:cs="TH SarabunPSK" w:hint="cs"/>
          <w:b/>
          <w:bCs/>
          <w:sz w:val="32"/>
          <w:szCs w:val="32"/>
          <w:cs/>
        </w:rPr>
        <w:t xml:space="preserve">     ๗</w:t>
      </w:r>
      <w:r>
        <w:rPr>
          <w:rStyle w:val="citation-726"/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F76CEC">
        <w:rPr>
          <w:rStyle w:val="citation-726"/>
          <w:rFonts w:ascii="TH SarabunPSK" w:hAnsi="TH SarabunPSK" w:cs="TH SarabunPSK" w:hint="cs"/>
          <w:b/>
          <w:bCs/>
          <w:sz w:val="32"/>
          <w:szCs w:val="32"/>
          <w:cs/>
        </w:rPr>
        <w:t>คณะกรรมการฝ่ายสรุปและรายงานผลการดำเนินกิจกรรม</w:t>
      </w:r>
      <w:r w:rsidRPr="00F76CEC">
        <w:rPr>
          <w:rStyle w:val="citation-726"/>
          <w:rFonts w:ascii="TH SarabunPSK" w:hAnsi="TH SarabunPSK" w:cs="TH SarabunPSK" w:hint="cs"/>
          <w:sz w:val="32"/>
          <w:szCs w:val="32"/>
        </w:rPr>
        <w:t xml:space="preserve"> </w:t>
      </w:r>
      <w:r w:rsidRPr="00F76CEC">
        <w:rPr>
          <w:rStyle w:val="citation-726"/>
          <w:rFonts w:ascii="TH SarabunPSK" w:hAnsi="TH SarabunPSK" w:cs="TH SarabunPSK" w:hint="cs"/>
          <w:sz w:val="32"/>
          <w:szCs w:val="32"/>
          <w:cs/>
        </w:rPr>
        <w:t>ประกอบด้วย</w:t>
      </w:r>
    </w:p>
    <w:p w14:paraId="0AAD828A" w14:textId="77777777" w:rsidR="0071057A" w:rsidRDefault="0071057A" w:rsidP="0071057A">
      <w:pPr>
        <w:ind w:left="720" w:firstLine="7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F76CEC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นางรัช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ฎา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พร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สิม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ลา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>ครู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ชำนาญการพิเศษ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  <w:t>ประธาน</w:t>
      </w:r>
    </w:p>
    <w:p w14:paraId="3D75A832" w14:textId="77777777" w:rsidR="0071057A" w:rsidRPr="00F76CEC" w:rsidRDefault="0071057A" w:rsidP="0071057A">
      <w:pPr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F76CEC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นางสาวสินใจ  ภูพันนา 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>ครู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ชำนาญการ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รองประธาน</w:t>
      </w:r>
    </w:p>
    <w:p w14:paraId="65C26B9D" w14:textId="77777777" w:rsidR="0071057A" w:rsidRPr="00F76CEC" w:rsidRDefault="0071057A" w:rsidP="0071057A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F76CEC">
        <w:rPr>
          <w:rFonts w:ascii="TH SarabunPSK" w:eastAsia="Calibri" w:hAnsi="TH SarabunPSK" w:cs="TH SarabunPSK" w:hint="cs"/>
          <w:sz w:val="32"/>
          <w:szCs w:val="32"/>
        </w:rPr>
        <w:t xml:space="preserve">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นางสาวเจติยา  ทัก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ษิ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มา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>ครู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>กรรมการ</w:t>
      </w:r>
    </w:p>
    <w:p w14:paraId="6EA763FD" w14:textId="77777777" w:rsidR="0071057A" w:rsidRDefault="0071057A" w:rsidP="0071057A">
      <w:pPr>
        <w:ind w:left="720" w:firstLine="7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๔. </w:t>
      </w:r>
      <w:r w:rsidRPr="00F76CEC">
        <w:rPr>
          <w:rFonts w:ascii="TH SarabunPSK" w:eastAsia="Calibri" w:hAnsi="TH SarabunPSK" w:cs="TH SarabunPSK" w:hint="cs"/>
          <w:sz w:val="32"/>
          <w:szCs w:val="32"/>
        </w:rPr>
        <w:t>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นางสาวจิริยา  </w:t>
      </w:r>
      <w:proofErr w:type="spellStart"/>
      <w:r>
        <w:rPr>
          <w:rFonts w:ascii="TH SarabunPSK" w:eastAsia="Calibri" w:hAnsi="TH SarabunPSK" w:cs="TH SarabunPSK" w:hint="cs"/>
          <w:sz w:val="32"/>
          <w:szCs w:val="32"/>
          <w:cs/>
        </w:rPr>
        <w:t>ทะ</w:t>
      </w:r>
      <w:proofErr w:type="spellEnd"/>
      <w:r>
        <w:rPr>
          <w:rFonts w:ascii="TH SarabunPSK" w:eastAsia="Calibri" w:hAnsi="TH SarabunPSK" w:cs="TH SarabunPSK" w:hint="cs"/>
          <w:sz w:val="32"/>
          <w:szCs w:val="32"/>
          <w:cs/>
        </w:rPr>
        <w:t>บันแดน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 ครู</w:t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76CEC"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กรรมการและเลขานุการ</w:t>
      </w:r>
    </w:p>
    <w:p w14:paraId="26B3C7B7" w14:textId="77777777" w:rsidR="0071057A" w:rsidRPr="00F76CEC" w:rsidRDefault="0071057A" w:rsidP="0071057A">
      <w:pPr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๕.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นางสาวกนกวรรณ  ปากเพ็ง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6CEC">
        <w:rPr>
          <w:rFonts w:ascii="TH SarabunPSK" w:hAnsi="TH SarabunPSK" w:cs="TH SarabunPSK" w:hint="cs"/>
          <w:sz w:val="32"/>
          <w:szCs w:val="32"/>
          <w:cs/>
        </w:rPr>
        <w:t>ธุรการ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ผู้ช่วยกรรมการและเลขานุการ</w:t>
      </w:r>
    </w:p>
    <w:p w14:paraId="5A01730C" w14:textId="77777777" w:rsidR="0071057A" w:rsidRPr="00F76CEC" w:rsidRDefault="0071057A" w:rsidP="0071057A">
      <w:pPr>
        <w:rPr>
          <w:rFonts w:ascii="TH SarabunPSK" w:hAnsi="TH SarabunPSK" w:cs="TH SarabunPSK"/>
          <w:sz w:val="32"/>
          <w:szCs w:val="32"/>
        </w:rPr>
      </w:pPr>
      <w:r w:rsidRPr="00F76CEC">
        <w:rPr>
          <w:rFonts w:ascii="TH SarabunPSK" w:hAnsi="TH SarabunPSK" w:cs="TH SarabunPSK" w:hint="cs"/>
          <w:b/>
          <w:bCs/>
          <w:sz w:val="32"/>
          <w:szCs w:val="32"/>
          <w:cs/>
        </w:rPr>
        <w:t>หน้าที่</w:t>
      </w:r>
    </w:p>
    <w:p w14:paraId="04A77CB6" w14:textId="77777777" w:rsidR="0071057A" w:rsidRPr="00700BB1" w:rsidRDefault="0071057A" w:rsidP="0071057A">
      <w:pPr>
        <w:pStyle w:val="af1"/>
        <w:numPr>
          <w:ilvl w:val="0"/>
          <w:numId w:val="38"/>
        </w:numPr>
        <w:spacing w:after="100" w:afterAutospacing="1" w:line="240" w:lineRule="auto"/>
        <w:rPr>
          <w:rFonts w:eastAsia="Times New Roman" w:cs="TH SarabunPSK"/>
          <w:szCs w:val="32"/>
        </w:rPr>
      </w:pPr>
      <w:r w:rsidRPr="00700BB1">
        <w:rPr>
          <w:rFonts w:eastAsia="Times New Roman" w:cs="TH SarabunPSK" w:hint="cs"/>
          <w:szCs w:val="32"/>
          <w:cs/>
          <w:lang w:bidi="th-TH"/>
        </w:rPr>
        <w:t>จัดทำแบบสอบถามและแบบประเมินผล</w:t>
      </w:r>
      <w:r w:rsidRPr="00700BB1">
        <w:rPr>
          <w:rFonts w:eastAsia="Times New Roman" w:cs="TH SarabunPSK" w:hint="cs"/>
          <w:szCs w:val="32"/>
        </w:rPr>
        <w:t xml:space="preserve"> </w:t>
      </w:r>
    </w:p>
    <w:p w14:paraId="2868146E" w14:textId="77777777" w:rsidR="0071057A" w:rsidRDefault="0071057A" w:rsidP="0071057A">
      <w:pPr>
        <w:numPr>
          <w:ilvl w:val="0"/>
          <w:numId w:val="38"/>
        </w:numPr>
        <w:spacing w:after="100" w:afterAutospacing="1"/>
        <w:rPr>
          <w:rFonts w:ascii="TH SarabunPSK" w:hAnsi="TH SarabunPSK" w:cs="TH SarabunPSK"/>
          <w:sz w:val="32"/>
          <w:szCs w:val="32"/>
        </w:rPr>
      </w:pPr>
      <w:r w:rsidRPr="00F76CEC">
        <w:rPr>
          <w:rFonts w:ascii="TH SarabunPSK" w:hAnsi="TH SarabunPSK" w:cs="TH SarabunPSK" w:hint="cs"/>
          <w:sz w:val="32"/>
          <w:szCs w:val="32"/>
          <w:cs/>
        </w:rPr>
        <w:t>จัดทำรูปเล่ม สรุปผลการดำเนินงาน</w:t>
      </w:r>
      <w:r w:rsidRPr="00FF6F22">
        <w:rPr>
          <w:rFonts w:ascii="TH SarabunPSK" w:hAnsi="TH SarabunPSK" w:cs="TH SarabunPSK" w:hint="cs"/>
          <w:sz w:val="32"/>
          <w:szCs w:val="32"/>
          <w:cs/>
        </w:rPr>
        <w:t xml:space="preserve">ซ้อมแผนเผชิญเหตุ </w:t>
      </w:r>
      <w:r w:rsidRPr="00FF6F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(ขับขี่ปลอดภัย)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3968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76CEC">
        <w:rPr>
          <w:rFonts w:ascii="TH SarabunPSK" w:hAnsi="TH SarabunPSK" w:cs="TH SarabunPSK" w:hint="cs"/>
          <w:sz w:val="32"/>
          <w:szCs w:val="32"/>
          <w:cs/>
        </w:rPr>
        <w:t>เพื่อเก็บเป็นข้อมูลสารสนเทศ ของกลุ่มบริหารทั่วไปและของโรงเรียนพร้อมทั้งรายงานต่อผู้บริหารทราบ</w:t>
      </w:r>
      <w:r w:rsidRPr="00F76CEC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3BE49049" w14:textId="77777777" w:rsidR="0071057A" w:rsidRPr="00ED287C" w:rsidRDefault="0071057A" w:rsidP="0071057A">
      <w:pPr>
        <w:ind w:firstLine="720"/>
        <w:rPr>
          <w:rFonts w:ascii="TH SarabunPSK" w:hAnsi="TH SarabunPSK" w:cs="TH SarabunPSK"/>
          <w:sz w:val="32"/>
          <w:szCs w:val="32"/>
        </w:rPr>
      </w:pPr>
      <w:r w:rsidRPr="00ED287C">
        <w:rPr>
          <w:rFonts w:ascii="TH SarabunPSK" w:hAnsi="TH SarabunPSK" w:cs="TH SarabunPSK"/>
          <w:sz w:val="32"/>
          <w:szCs w:val="32"/>
          <w:cs/>
        </w:rPr>
        <w:t>ขอให้ผู้ที่ได้รับคำสั่งแต่งตั้ง ปฏิบัติหน้าที่ที่ได้รับมอบหมายอย่างเต็มความสามารถ เสียสละ อดทนเพื่อ</w:t>
      </w:r>
    </w:p>
    <w:p w14:paraId="4A800F92" w14:textId="77777777" w:rsidR="0071057A" w:rsidRPr="00ED287C" w:rsidRDefault="0071057A" w:rsidP="0071057A">
      <w:pPr>
        <w:rPr>
          <w:rFonts w:ascii="TH SarabunPSK" w:hAnsi="TH SarabunPSK" w:cs="TH SarabunPSK"/>
          <w:sz w:val="32"/>
          <w:szCs w:val="32"/>
        </w:rPr>
      </w:pPr>
      <w:r w:rsidRPr="00ED287C">
        <w:rPr>
          <w:rFonts w:ascii="TH SarabunPSK" w:hAnsi="TH SarabunPSK" w:cs="TH SarabunPSK"/>
          <w:sz w:val="32"/>
          <w:szCs w:val="32"/>
          <w:cs/>
        </w:rPr>
        <w:t>ประโยชน์สูงสุดแก่ผู้เรียน โรงเรียนและทางราชการต่อไป</w:t>
      </w:r>
    </w:p>
    <w:p w14:paraId="2DE21FB8" w14:textId="77777777" w:rsidR="0071057A" w:rsidRPr="00ED287C" w:rsidRDefault="0071057A" w:rsidP="0071057A">
      <w:pPr>
        <w:rPr>
          <w:rFonts w:ascii="TH SarabunPSK" w:hAnsi="TH SarabunPSK" w:cs="TH SarabunPSK"/>
          <w:sz w:val="32"/>
          <w:szCs w:val="32"/>
        </w:rPr>
      </w:pPr>
    </w:p>
    <w:p w14:paraId="56E79ADA" w14:textId="77777777" w:rsidR="0071057A" w:rsidRPr="00ED287C" w:rsidRDefault="0071057A" w:rsidP="0071057A">
      <w:pPr>
        <w:rPr>
          <w:rFonts w:ascii="TH SarabunPSK" w:hAnsi="TH SarabunPSK" w:cs="TH SarabunPSK"/>
          <w:sz w:val="32"/>
          <w:szCs w:val="32"/>
        </w:rPr>
      </w:pPr>
      <w:r w:rsidRPr="00ED287C">
        <w:rPr>
          <w:rFonts w:ascii="TH SarabunPSK" w:hAnsi="TH SarabunPSK" w:cs="TH SarabunPSK"/>
          <w:sz w:val="32"/>
          <w:szCs w:val="32"/>
          <w:cs/>
        </w:rPr>
        <w:tab/>
      </w:r>
      <w:r w:rsidRPr="00ED287C">
        <w:rPr>
          <w:rFonts w:ascii="TH SarabunPSK" w:hAnsi="TH SarabunPSK" w:cs="TH SarabunPSK"/>
          <w:sz w:val="32"/>
          <w:szCs w:val="32"/>
          <w:cs/>
        </w:rPr>
        <w:tab/>
      </w:r>
    </w:p>
    <w:p w14:paraId="0E2C8234" w14:textId="77777777" w:rsidR="0071057A" w:rsidRPr="00F81385" w:rsidRDefault="0071057A" w:rsidP="0071057A">
      <w:pPr>
        <w:rPr>
          <w:rFonts w:ascii="TH SarabunPSK" w:hAnsi="TH SarabunPSK" w:cs="TH SarabunPSK"/>
          <w:sz w:val="32"/>
          <w:szCs w:val="32"/>
          <w:cs/>
        </w:rPr>
      </w:pPr>
      <w:r w:rsidRPr="00ED287C">
        <w:rPr>
          <w:rFonts w:ascii="TH SarabunPSK" w:hAnsi="TH SarabunPSK" w:cs="TH SarabunPSK"/>
          <w:sz w:val="32"/>
          <w:szCs w:val="32"/>
          <w:cs/>
        </w:rPr>
        <w:tab/>
        <w:t xml:space="preserve">                     สั่ง ณ วันที่  </w:t>
      </w:r>
      <w:r>
        <w:rPr>
          <w:rFonts w:ascii="TH SarabunPSK" w:hAnsi="TH SarabunPSK" w:cs="TH SarabunPSK" w:hint="cs"/>
          <w:sz w:val="32"/>
          <w:szCs w:val="32"/>
          <w:cs/>
        </w:rPr>
        <w:t>๙</w:t>
      </w:r>
      <w:r w:rsidRPr="00ED287C">
        <w:rPr>
          <w:rFonts w:ascii="TH SarabunPSK" w:hAnsi="TH SarabunPSK" w:cs="TH SarabunPSK"/>
          <w:sz w:val="32"/>
          <w:szCs w:val="32"/>
          <w:cs/>
        </w:rPr>
        <w:t xml:space="preserve"> เดือน </w:t>
      </w:r>
      <w:r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Pr="00ED287C">
        <w:rPr>
          <w:rFonts w:ascii="TH SarabunPSK" w:hAnsi="TH SarabunPSK" w:cs="TH SarabunPSK"/>
          <w:sz w:val="32"/>
          <w:szCs w:val="32"/>
          <w:cs/>
        </w:rPr>
        <w:t xml:space="preserve"> พ.ศ. </w:t>
      </w:r>
      <w:r>
        <w:rPr>
          <w:rFonts w:ascii="TH SarabunPSK" w:hAnsi="TH SarabunPSK" w:cs="TH SarabunPSK"/>
          <w:sz w:val="32"/>
          <w:szCs w:val="32"/>
          <w:cs/>
        </w:rPr>
        <w:t>๒๕๖</w:t>
      </w:r>
      <w:r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5C8BB2AC" w14:textId="77777777" w:rsidR="0071057A" w:rsidRPr="00ED287C" w:rsidRDefault="0071057A" w:rsidP="0071057A">
      <w:pPr>
        <w:rPr>
          <w:rFonts w:ascii="TH SarabunPSK" w:hAnsi="TH SarabunPSK" w:cs="TH SarabunPSK"/>
          <w:sz w:val="32"/>
          <w:szCs w:val="32"/>
        </w:rPr>
      </w:pPr>
      <w:r w:rsidRPr="00ED287C">
        <w:rPr>
          <w:rFonts w:ascii="TH SarabunPSK" w:hAnsi="TH SarabunPSK" w:cs="TH SarabunPSK"/>
          <w:sz w:val="32"/>
          <w:szCs w:val="32"/>
        </w:rPr>
        <w:tab/>
      </w:r>
      <w:r w:rsidRPr="00ED287C">
        <w:rPr>
          <w:rFonts w:ascii="TH SarabunPSK" w:hAnsi="TH SarabunPSK" w:cs="TH SarabunPSK"/>
          <w:sz w:val="32"/>
          <w:szCs w:val="32"/>
        </w:rPr>
        <w:tab/>
      </w:r>
      <w:r w:rsidRPr="00ED287C">
        <w:rPr>
          <w:rFonts w:ascii="TH SarabunPSK" w:hAnsi="TH SarabunPSK" w:cs="TH SarabunPSK"/>
          <w:sz w:val="32"/>
          <w:szCs w:val="32"/>
        </w:rPr>
        <w:tab/>
      </w:r>
      <w:r w:rsidRPr="00ED287C">
        <w:rPr>
          <w:rFonts w:ascii="TH SarabunPSK" w:hAnsi="TH SarabunPSK" w:cs="TH SarabunPSK"/>
          <w:sz w:val="32"/>
          <w:szCs w:val="32"/>
        </w:rPr>
        <w:tab/>
      </w:r>
    </w:p>
    <w:p w14:paraId="765249A5" w14:textId="77777777" w:rsidR="0071057A" w:rsidRPr="00ED287C" w:rsidRDefault="0071057A" w:rsidP="0071057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16960" behindDoc="1" locked="0" layoutInCell="1" allowOverlap="1" wp14:anchorId="7B3F7BB3" wp14:editId="4D7986CD">
            <wp:simplePos x="0" y="0"/>
            <wp:positionH relativeFrom="column">
              <wp:posOffset>2393343</wp:posOffset>
            </wp:positionH>
            <wp:positionV relativeFrom="paragraph">
              <wp:posOffset>109247</wp:posOffset>
            </wp:positionV>
            <wp:extent cx="1293495" cy="590870"/>
            <wp:effectExtent l="0" t="0" r="1905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59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287C">
        <w:rPr>
          <w:rFonts w:ascii="TH SarabunPSK" w:hAnsi="TH SarabunPSK" w:cs="TH SarabunPSK"/>
          <w:sz w:val="32"/>
          <w:szCs w:val="32"/>
        </w:rPr>
        <w:tab/>
      </w:r>
      <w:r w:rsidRPr="00ED287C">
        <w:rPr>
          <w:rFonts w:ascii="TH SarabunPSK" w:hAnsi="TH SarabunPSK" w:cs="TH SarabunPSK"/>
          <w:sz w:val="32"/>
          <w:szCs w:val="32"/>
        </w:rPr>
        <w:tab/>
      </w:r>
    </w:p>
    <w:p w14:paraId="4DE044FD" w14:textId="77777777" w:rsidR="0071057A" w:rsidRPr="001634ED" w:rsidRDefault="0071057A" w:rsidP="0071057A">
      <w:pPr>
        <w:rPr>
          <w:rFonts w:ascii="TH SarabunPSK" w:hAnsi="TH SarabunPSK" w:cs="TH SarabunPSK"/>
          <w:sz w:val="32"/>
          <w:szCs w:val="32"/>
        </w:rPr>
      </w:pPr>
    </w:p>
    <w:p w14:paraId="2FC3761A" w14:textId="77777777" w:rsidR="0071057A" w:rsidRPr="00ED287C" w:rsidRDefault="0071057A" w:rsidP="0071057A">
      <w:pPr>
        <w:rPr>
          <w:rFonts w:ascii="TH SarabunPSK" w:hAnsi="TH SarabunPSK" w:cs="TH SarabunPSK"/>
          <w:sz w:val="32"/>
          <w:szCs w:val="32"/>
        </w:rPr>
      </w:pPr>
      <w:r w:rsidRPr="00ED287C">
        <w:rPr>
          <w:rFonts w:ascii="TH SarabunPSK" w:hAnsi="TH SarabunPSK" w:cs="TH SarabunPSK"/>
          <w:sz w:val="32"/>
          <w:szCs w:val="32"/>
          <w:cs/>
        </w:rPr>
        <w:tab/>
      </w:r>
      <w:r w:rsidRPr="00ED287C">
        <w:rPr>
          <w:rFonts w:ascii="TH SarabunPSK" w:hAnsi="TH SarabunPSK" w:cs="TH SarabunPSK"/>
          <w:sz w:val="32"/>
          <w:szCs w:val="32"/>
          <w:cs/>
        </w:rPr>
        <w:tab/>
      </w:r>
      <w:r w:rsidRPr="00ED287C">
        <w:rPr>
          <w:rFonts w:ascii="TH SarabunPSK" w:hAnsi="TH SarabunPSK" w:cs="TH SarabunPSK"/>
          <w:sz w:val="32"/>
          <w:szCs w:val="32"/>
          <w:cs/>
        </w:rPr>
        <w:tab/>
      </w:r>
      <w:r w:rsidRPr="00ED287C">
        <w:rPr>
          <w:rFonts w:ascii="TH SarabunPSK" w:hAnsi="TH SarabunPSK" w:cs="TH SarabunPSK"/>
          <w:sz w:val="32"/>
          <w:szCs w:val="32"/>
          <w:cs/>
        </w:rPr>
        <w:tab/>
        <w:t xml:space="preserve">ลงชื่อ                           </w:t>
      </w:r>
    </w:p>
    <w:p w14:paraId="78969544" w14:textId="77777777" w:rsidR="0071057A" w:rsidRPr="00ED287C" w:rsidRDefault="0071057A" w:rsidP="0071057A">
      <w:pPr>
        <w:jc w:val="center"/>
        <w:rPr>
          <w:rFonts w:ascii="TH SarabunPSK" w:hAnsi="TH SarabunPSK" w:cs="TH SarabunPSK"/>
          <w:sz w:val="32"/>
          <w:szCs w:val="32"/>
        </w:rPr>
      </w:pPr>
      <w:r w:rsidRPr="00ED287C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ชา  บุพชาติ)</w:t>
      </w:r>
    </w:p>
    <w:p w14:paraId="43E93908" w14:textId="6424B4A3" w:rsidR="008B0583" w:rsidRDefault="0071057A" w:rsidP="0071057A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ตำแหน่ง </w:t>
      </w:r>
      <w:r w:rsidRPr="00ED287C">
        <w:rPr>
          <w:rFonts w:ascii="TH SarabunPSK" w:hAnsi="TH SarabunPSK" w:cs="TH SarabunPSK"/>
          <w:sz w:val="32"/>
          <w:szCs w:val="32"/>
          <w:cs/>
        </w:rPr>
        <w:t>ผู้อำนวยการ</w:t>
      </w:r>
      <w:r>
        <w:rPr>
          <w:rFonts w:ascii="TH SarabunPSK" w:hAnsi="TH SarabunPSK" w:cs="TH SarabunPSK" w:hint="cs"/>
          <w:sz w:val="32"/>
          <w:szCs w:val="32"/>
          <w:cs/>
        </w:rPr>
        <w:t>โรงเรียนบ้านนาสีนวน</w:t>
      </w:r>
    </w:p>
    <w:p w14:paraId="6F32BF95" w14:textId="77777777" w:rsidR="008B0583" w:rsidRDefault="008B058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8C1F6C5" w14:textId="6B845B3D" w:rsidR="008B0583" w:rsidRDefault="008B0583" w:rsidP="0071057A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13468E69" w14:textId="373927AB" w:rsidR="008B0583" w:rsidRDefault="008B0583" w:rsidP="008B0583">
      <w:pPr>
        <w:spacing w:before="100" w:beforeAutospacing="1" w:after="100" w:afterAutospacing="1"/>
        <w:jc w:val="center"/>
        <w:rPr>
          <w:rFonts w:ascii="TH SarabunPSK" w:hAnsi="TH SarabunPSK" w:cs="TH SarabunPSK"/>
          <w:sz w:val="32"/>
          <w:szCs w:val="32"/>
          <w:cs/>
        </w:rPr>
      </w:pPr>
      <w:r w:rsidRPr="00F76C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กำหนดการ โครงการอบรมซ้อมแผนเผชิญเหตุ </w:t>
      </w:r>
      <w:r w:rsidRPr="003968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(ขับขี่ปลอดภัย) </w:t>
      </w:r>
      <w:r w:rsidRPr="00F76C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ปีการศึกษา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๒๕๖๙</w:t>
      </w:r>
    </w:p>
    <w:p w14:paraId="6F36E873" w14:textId="6072F6F8" w:rsidR="008B0583" w:rsidRPr="00F76CEC" w:rsidRDefault="008B0583" w:rsidP="008B0583">
      <w:pPr>
        <w:spacing w:before="100" w:beforeAutospacing="1" w:after="100" w:afterAutospacing="1"/>
        <w:jc w:val="center"/>
        <w:rPr>
          <w:rFonts w:ascii="TH SarabunPSK" w:hAnsi="TH SarabunPSK" w:cs="TH SarabunPSK"/>
          <w:sz w:val="32"/>
          <w:szCs w:val="32"/>
        </w:rPr>
      </w:pPr>
      <w:r w:rsidRPr="00F5047E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๑๐ </w:t>
      </w:r>
      <w:r w:rsidRPr="00F5047E">
        <w:rPr>
          <w:rFonts w:ascii="TH SarabunPSK" w:hAnsi="TH SarabunPSK" w:cs="TH SarabunPSK" w:hint="cs"/>
          <w:sz w:val="32"/>
          <w:szCs w:val="32"/>
        </w:rPr>
        <w:t xml:space="preserve"> </w:t>
      </w:r>
      <w:r w:rsidRPr="00F5047E">
        <w:rPr>
          <w:rFonts w:ascii="TH SarabunPSK" w:hAnsi="TH SarabunPSK" w:cs="TH SarabunPSK" w:hint="cs"/>
          <w:sz w:val="32"/>
          <w:szCs w:val="32"/>
          <w:cs/>
        </w:rPr>
        <w:t>มิถุนายน พ.ศ.</w:t>
      </w:r>
      <w:r w:rsidRPr="00F5047E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Style w:val="citation-715"/>
          <w:rFonts w:ascii="TH SarabunPSK" w:eastAsiaTheme="majorEastAsia" w:hAnsi="TH SarabunPSK" w:cs="TH SarabunPSK" w:hint="cs"/>
          <w:sz w:val="32"/>
          <w:szCs w:val="32"/>
          <w:cs/>
        </w:rPr>
        <w:t>๒๕๖๙</w:t>
      </w:r>
      <w:r w:rsidRPr="00F5047E">
        <w:rPr>
          <w:rStyle w:val="citation-715"/>
          <w:rFonts w:ascii="TH SarabunPSK" w:eastAsiaTheme="majorEastAsia" w:hAnsi="TH SarabunPSK" w:cs="TH SarabunPSK" w:hint="cs"/>
          <w:sz w:val="32"/>
          <w:szCs w:val="32"/>
        </w:rPr>
        <w:t xml:space="preserve"> </w:t>
      </w:r>
      <w:r w:rsidRPr="00F5047E">
        <w:rPr>
          <w:rStyle w:val="citation-714"/>
          <w:rFonts w:ascii="TH SarabunPSK" w:hAnsi="TH SarabunPSK" w:cs="TH SarabunPSK" w:hint="cs"/>
          <w:sz w:val="32"/>
          <w:szCs w:val="32"/>
          <w:cs/>
        </w:rPr>
        <w:t xml:space="preserve">ณ </w:t>
      </w:r>
      <w:r>
        <w:rPr>
          <w:rStyle w:val="citation-714"/>
          <w:rFonts w:ascii="TH SarabunPSK" w:hAnsi="TH SarabunPSK" w:cs="TH SarabunPSK" w:hint="cs"/>
          <w:sz w:val="32"/>
          <w:szCs w:val="32"/>
          <w:cs/>
        </w:rPr>
        <w:t>อาคารวายุ</w:t>
      </w:r>
      <w:proofErr w:type="spellStart"/>
      <w:r>
        <w:rPr>
          <w:rStyle w:val="citation-714"/>
          <w:rFonts w:ascii="TH SarabunPSK" w:hAnsi="TH SarabunPSK" w:cs="TH SarabunPSK" w:hint="cs"/>
          <w:sz w:val="32"/>
          <w:szCs w:val="32"/>
          <w:cs/>
        </w:rPr>
        <w:t>พัฒน์</w:t>
      </w:r>
      <w:proofErr w:type="spellEnd"/>
      <w:r w:rsidRPr="00F5047E">
        <w:rPr>
          <w:rStyle w:val="citation-714"/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Style w:val="citation-714"/>
          <w:rFonts w:ascii="TH SarabunPSK" w:hAnsi="TH SarabunPSK" w:cs="TH SarabunPSK" w:hint="cs"/>
          <w:sz w:val="32"/>
          <w:szCs w:val="32"/>
          <w:cs/>
        </w:rPr>
        <w:t>บ้านนาสีนวน</w:t>
      </w: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6894"/>
      </w:tblGrid>
      <w:tr w:rsidR="008B0583" w:rsidRPr="00F5047E" w14:paraId="2AD728AF" w14:textId="77777777" w:rsidTr="003F69BE">
        <w:trPr>
          <w:trHeight w:val="315"/>
        </w:trPr>
        <w:tc>
          <w:tcPr>
            <w:tcW w:w="212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807033" w14:textId="77777777" w:rsidR="008B0583" w:rsidRPr="00F5047E" w:rsidRDefault="008B0583" w:rsidP="003F69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504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689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5D2812" w14:textId="77777777" w:rsidR="008B0583" w:rsidRPr="00F5047E" w:rsidRDefault="008B0583" w:rsidP="003F69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504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</w:tr>
      <w:tr w:rsidR="008B0583" w:rsidRPr="00F5047E" w14:paraId="0A085073" w14:textId="77777777" w:rsidTr="003F69BE">
        <w:trPr>
          <w:trHeight w:val="315"/>
        </w:trPr>
        <w:tc>
          <w:tcPr>
            <w:tcW w:w="212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409BDE" w14:textId="77777777" w:rsidR="008B0583" w:rsidRPr="00F5047E" w:rsidRDefault="008B0583" w:rsidP="003F69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๐๘</w:t>
            </w:r>
            <w:r w:rsidRPr="00F5047E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๓๐</w:t>
            </w:r>
            <w:r w:rsidRPr="00F5047E">
              <w:rPr>
                <w:rFonts w:ascii="TH SarabunPSK" w:hAnsi="TH SarabunPSK" w:cs="TH SarabunPSK" w:hint="cs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๐๙</w:t>
            </w:r>
            <w:r w:rsidRPr="00F5047E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๐๐</w:t>
            </w:r>
            <w:r w:rsidRPr="00F5047E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47E">
              <w:rPr>
                <w:rFonts w:ascii="TH SarabunPSK" w:hAnsi="TH SarabunPSK" w:cs="TH SarabunPSK" w:hint="cs"/>
                <w:sz w:val="32"/>
                <w:szCs w:val="32"/>
                <w:cs/>
              </w:rPr>
              <w:t>น.</w:t>
            </w:r>
          </w:p>
        </w:tc>
        <w:tc>
          <w:tcPr>
            <w:tcW w:w="6894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18A84268" w14:textId="77777777" w:rsidR="008B0583" w:rsidRPr="00F5047E" w:rsidRDefault="008B0583" w:rsidP="003F69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นักเรียนพร้อมกันที่ใต้ถุนอาคารวายุ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พัฒน์</w:t>
            </w:r>
            <w:proofErr w:type="spellEnd"/>
          </w:p>
        </w:tc>
      </w:tr>
      <w:tr w:rsidR="008B0583" w:rsidRPr="00F5047E" w14:paraId="48BF3FA7" w14:textId="77777777" w:rsidTr="003F69BE">
        <w:trPr>
          <w:trHeight w:val="315"/>
        </w:trPr>
        <w:tc>
          <w:tcPr>
            <w:tcW w:w="212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02F5E2" w14:textId="77777777" w:rsidR="008B0583" w:rsidRPr="00F5047E" w:rsidRDefault="008B0583" w:rsidP="003F69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๐๙</w:t>
            </w:r>
            <w:r w:rsidRPr="00F5047E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๐๐</w:t>
            </w:r>
            <w:r w:rsidRPr="00F5047E">
              <w:rPr>
                <w:rFonts w:ascii="TH SarabunPSK" w:hAnsi="TH SarabunPSK" w:cs="TH SarabunPSK" w:hint="cs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  <w:r w:rsidRPr="00F5047E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๐๐</w:t>
            </w:r>
            <w:r w:rsidRPr="00F5047E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47E">
              <w:rPr>
                <w:rFonts w:ascii="TH SarabunPSK" w:hAnsi="TH SarabunPSK" w:cs="TH SarabunPSK" w:hint="cs"/>
                <w:sz w:val="32"/>
                <w:szCs w:val="32"/>
                <w:cs/>
              </w:rPr>
              <w:t>น.</w:t>
            </w:r>
          </w:p>
        </w:tc>
        <w:tc>
          <w:tcPr>
            <w:tcW w:w="6894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189FE274" w14:textId="77777777" w:rsidR="008B0583" w:rsidRPr="00F5047E" w:rsidRDefault="008B0583" w:rsidP="003F69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5047E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เรื่อง</w:t>
            </w:r>
            <w:r w:rsidRPr="0007793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ขับขี่ปลอดภัย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ชมวีดีทัศน์ประกอบ </w:t>
            </w:r>
          </w:p>
        </w:tc>
      </w:tr>
      <w:tr w:rsidR="008B0583" w:rsidRPr="00F5047E" w14:paraId="0821A528" w14:textId="77777777" w:rsidTr="003F69BE">
        <w:trPr>
          <w:trHeight w:val="315"/>
        </w:trPr>
        <w:tc>
          <w:tcPr>
            <w:tcW w:w="212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F9B664" w14:textId="77777777" w:rsidR="008B0583" w:rsidRPr="00F5047E" w:rsidRDefault="008B0583" w:rsidP="003F69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  <w:r w:rsidRPr="00F5047E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๐๐</w:t>
            </w:r>
            <w:r w:rsidRPr="00F5047E">
              <w:rPr>
                <w:rFonts w:ascii="TH SarabunPSK" w:hAnsi="TH SarabunPSK" w:cs="TH SarabunPSK" w:hint="cs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  <w:r w:rsidRPr="00F5047E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๓๐</w:t>
            </w:r>
            <w:r w:rsidRPr="00F5047E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47E">
              <w:rPr>
                <w:rFonts w:ascii="TH SarabunPSK" w:hAnsi="TH SarabunPSK" w:cs="TH SarabunPSK" w:hint="cs"/>
                <w:sz w:val="32"/>
                <w:szCs w:val="32"/>
                <w:cs/>
              </w:rPr>
              <w:t>น.</w:t>
            </w:r>
          </w:p>
        </w:tc>
        <w:tc>
          <w:tcPr>
            <w:tcW w:w="6894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65D71A87" w14:textId="77777777" w:rsidR="008B0583" w:rsidRPr="00F5047E" w:rsidRDefault="008B0583" w:rsidP="003F69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5047E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บรรยาย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เรื่องป้ายและสัญลักษณ์จราจร   </w:t>
            </w:r>
          </w:p>
        </w:tc>
      </w:tr>
      <w:tr w:rsidR="008B0583" w:rsidRPr="00F5047E" w14:paraId="28E9FFEF" w14:textId="77777777" w:rsidTr="003F69BE">
        <w:trPr>
          <w:trHeight w:val="315"/>
        </w:trPr>
        <w:tc>
          <w:tcPr>
            <w:tcW w:w="212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C9A987" w14:textId="77777777" w:rsidR="008B0583" w:rsidRPr="00F5047E" w:rsidRDefault="008B0583" w:rsidP="003F69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  <w:r w:rsidRPr="00F5047E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๓๐</w:t>
            </w:r>
            <w:r w:rsidRPr="00F5047E">
              <w:rPr>
                <w:rFonts w:ascii="TH SarabunPSK" w:hAnsi="TH SarabunPSK" w:cs="TH SarabunPSK" w:hint="cs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</w:t>
            </w:r>
            <w:r w:rsidRPr="00F5047E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๐๐</w:t>
            </w:r>
            <w:r w:rsidRPr="00F5047E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5047E">
              <w:rPr>
                <w:rFonts w:ascii="TH SarabunPSK" w:hAnsi="TH SarabunPSK" w:cs="TH SarabunPSK" w:hint="cs"/>
                <w:sz w:val="32"/>
                <w:szCs w:val="32"/>
                <w:cs/>
              </w:rPr>
              <w:t>น.</w:t>
            </w:r>
          </w:p>
        </w:tc>
        <w:tc>
          <w:tcPr>
            <w:tcW w:w="6894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0C796A27" w14:textId="77777777" w:rsidR="008B0583" w:rsidRPr="00F5047E" w:rsidRDefault="008B0583" w:rsidP="003F69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ตอบคำถาม  ซ้อมแผนเผชิญเหตุ (ขับขี่ปลอดภัย)</w:t>
            </w:r>
          </w:p>
        </w:tc>
      </w:tr>
    </w:tbl>
    <w:p w14:paraId="4FAD366F" w14:textId="77777777" w:rsidR="008B0583" w:rsidRPr="008B0583" w:rsidRDefault="008B058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</w:p>
    <w:p w14:paraId="7AE3618F" w14:textId="77777777" w:rsidR="008B0583" w:rsidRDefault="008B0583" w:rsidP="0071057A">
      <w:pPr>
        <w:ind w:firstLine="72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7746E4F0" w14:textId="77777777" w:rsidR="008B0583" w:rsidRDefault="008B0583" w:rsidP="0071057A">
      <w:pPr>
        <w:ind w:firstLine="72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1401B2E3" w14:textId="77777777" w:rsidR="008B0583" w:rsidRDefault="008B0583" w:rsidP="0071057A">
      <w:pPr>
        <w:ind w:firstLine="72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285A9D4A" w14:textId="77777777" w:rsidR="008B0583" w:rsidRDefault="008B0583" w:rsidP="0071057A">
      <w:pPr>
        <w:ind w:firstLine="72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6FBDD6FB" w14:textId="77777777" w:rsidR="008B0583" w:rsidRDefault="008B0583" w:rsidP="0071057A">
      <w:pPr>
        <w:ind w:firstLine="72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6C3B1CCF" w14:textId="77777777" w:rsidR="008B0583" w:rsidRDefault="008B0583" w:rsidP="0071057A">
      <w:pPr>
        <w:ind w:firstLine="72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1E36198B" w14:textId="77777777" w:rsidR="008B0583" w:rsidRDefault="008B0583" w:rsidP="0071057A">
      <w:pPr>
        <w:ind w:firstLine="72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7A9C3BAA" w14:textId="77777777" w:rsidR="008B0583" w:rsidRDefault="008B0583" w:rsidP="0071057A">
      <w:pPr>
        <w:ind w:firstLine="72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3175A7CC" w14:textId="77777777" w:rsidR="008B0583" w:rsidRDefault="008B0583" w:rsidP="0071057A">
      <w:pPr>
        <w:ind w:firstLine="72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4D569A90" w14:textId="77777777" w:rsidR="008B0583" w:rsidRDefault="008B0583" w:rsidP="0071057A">
      <w:pPr>
        <w:ind w:firstLine="72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6CC31A1A" w14:textId="77777777" w:rsidR="008B0583" w:rsidRDefault="008B0583" w:rsidP="0071057A">
      <w:pPr>
        <w:ind w:firstLine="72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7CFD6BDF" w14:textId="77777777" w:rsidR="008B0583" w:rsidRDefault="008B0583" w:rsidP="0071057A">
      <w:pPr>
        <w:ind w:firstLine="72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2A94847E" w14:textId="77777777" w:rsidR="008B0583" w:rsidRDefault="008B0583" w:rsidP="0071057A">
      <w:pPr>
        <w:ind w:firstLine="72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3B2CE636" w14:textId="77777777" w:rsidR="008B0583" w:rsidRDefault="008B0583" w:rsidP="0071057A">
      <w:pPr>
        <w:ind w:firstLine="72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20040A7D" w14:textId="77777777" w:rsidR="008B0583" w:rsidRDefault="008B0583" w:rsidP="0071057A">
      <w:pPr>
        <w:ind w:firstLine="72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4CE94108" w14:textId="428E8935" w:rsidR="008B0583" w:rsidRDefault="008B0583" w:rsidP="0071057A">
      <w:pPr>
        <w:ind w:firstLine="72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7132A0A6" w14:textId="77777777" w:rsidR="008B0583" w:rsidRDefault="008B0583" w:rsidP="0071057A">
      <w:pPr>
        <w:ind w:firstLine="72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3755450B" w14:textId="77777777" w:rsidR="008B0583" w:rsidRDefault="008B0583" w:rsidP="0071057A">
      <w:pPr>
        <w:ind w:firstLine="72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7112A083" w14:textId="0A609C35" w:rsidR="0071057A" w:rsidRDefault="0071057A" w:rsidP="0071057A">
      <w:pPr>
        <w:ind w:firstLine="72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71057A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lastRenderedPageBreak/>
        <w:t>ภาพการซักซ้อมแผนเผชิญเหตุ</w:t>
      </w:r>
      <w:r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 (ขับขี่ปลอดภัย)</w:t>
      </w:r>
    </w:p>
    <w:p w14:paraId="3620632E" w14:textId="064E3306" w:rsidR="003529B3" w:rsidRPr="0071057A" w:rsidRDefault="003529B3" w:rsidP="0071057A">
      <w:pPr>
        <w:ind w:firstLine="72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19F1562E" w14:textId="010827DA" w:rsidR="00B21D3F" w:rsidRDefault="003529B3" w:rsidP="00495E58">
      <w:pPr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40"/>
          <w:szCs w:val="40"/>
          <w14:ligatures w14:val="standardContextual"/>
        </w:rPr>
        <w:drawing>
          <wp:anchor distT="0" distB="0" distL="114300" distR="114300" simplePos="0" relativeHeight="251820032" behindDoc="0" locked="0" layoutInCell="1" allowOverlap="1" wp14:anchorId="415D3EE3" wp14:editId="72961880">
            <wp:simplePos x="0" y="0"/>
            <wp:positionH relativeFrom="margin">
              <wp:posOffset>3350082</wp:posOffset>
            </wp:positionH>
            <wp:positionV relativeFrom="paragraph">
              <wp:posOffset>98602</wp:posOffset>
            </wp:positionV>
            <wp:extent cx="2789141" cy="2092327"/>
            <wp:effectExtent l="95250" t="95250" r="87630" b="9842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E_ALBUM_อบรมการขับขี่ปลอดภัย 2569_260613_22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9141" cy="209232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0000" w:themeColor="text1"/>
          <w:sz w:val="40"/>
          <w:szCs w:val="40"/>
          <w14:ligatures w14:val="standardContextual"/>
        </w:rPr>
        <w:drawing>
          <wp:anchor distT="0" distB="0" distL="114300" distR="114300" simplePos="0" relativeHeight="251817984" behindDoc="0" locked="0" layoutInCell="1" allowOverlap="1" wp14:anchorId="7BF9B075" wp14:editId="20D1BC12">
            <wp:simplePos x="0" y="0"/>
            <wp:positionH relativeFrom="margin">
              <wp:align>left</wp:align>
            </wp:positionH>
            <wp:positionV relativeFrom="paragraph">
              <wp:posOffset>100965</wp:posOffset>
            </wp:positionV>
            <wp:extent cx="2788920" cy="2092325"/>
            <wp:effectExtent l="95250" t="95250" r="87630" b="9842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E_ALBUM_อบรมการขับขี่ปลอดภัย 2569_260613_22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20923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5009A" w14:textId="30B758C1" w:rsidR="00B21D3F" w:rsidRDefault="00B21D3F" w:rsidP="00495E58">
      <w:pPr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633ADD41" w14:textId="7ED306F3" w:rsidR="00B21D3F" w:rsidRDefault="00B21D3F" w:rsidP="00495E58">
      <w:pPr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15FC0638" w14:textId="6507BD15" w:rsidR="00B21D3F" w:rsidRDefault="00B21D3F" w:rsidP="00495E58">
      <w:pPr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46828801" w14:textId="23D53269" w:rsidR="00B21D3F" w:rsidRDefault="00B21D3F" w:rsidP="00495E58">
      <w:pPr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09C334DB" w14:textId="2EBD7FE8" w:rsidR="00B21D3F" w:rsidRDefault="00B21D3F" w:rsidP="00495E58">
      <w:pPr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54C9D9D5" w14:textId="03B68CCD" w:rsidR="00B21D3F" w:rsidRPr="00540E5C" w:rsidRDefault="00B21D3F" w:rsidP="00495E58">
      <w:pPr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21F4881D" w14:textId="77777777" w:rsidR="00B21D3F" w:rsidRDefault="00B21D3F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71BDD9A" w14:textId="77777777" w:rsidR="00B21D3F" w:rsidRDefault="00B21D3F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4F145F1" w14:textId="63DA105D" w:rsidR="00B21D3F" w:rsidRDefault="00B21D3F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023D776" w14:textId="07D89031" w:rsidR="00B21D3F" w:rsidRDefault="00B21D3F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8C866FF" w14:textId="1A205C67" w:rsidR="00332A8F" w:rsidRDefault="003529B3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40"/>
          <w:szCs w:val="40"/>
          <w14:ligatures w14:val="standardContextual"/>
        </w:rPr>
        <w:drawing>
          <wp:anchor distT="0" distB="0" distL="114300" distR="114300" simplePos="0" relativeHeight="251824128" behindDoc="0" locked="0" layoutInCell="1" allowOverlap="1" wp14:anchorId="4D5D81FB" wp14:editId="6BF6FC59">
            <wp:simplePos x="0" y="0"/>
            <wp:positionH relativeFrom="margin">
              <wp:posOffset>3349752</wp:posOffset>
            </wp:positionH>
            <wp:positionV relativeFrom="paragraph">
              <wp:posOffset>103480</wp:posOffset>
            </wp:positionV>
            <wp:extent cx="2788920" cy="2092325"/>
            <wp:effectExtent l="95250" t="95250" r="87630" b="9842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E_ALBUM_อบรมการขับขี่ปลอดภัย 2569_260613_22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20923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0000" w:themeColor="text1"/>
          <w:sz w:val="40"/>
          <w:szCs w:val="40"/>
          <w14:ligatures w14:val="standardContextual"/>
        </w:rPr>
        <w:drawing>
          <wp:anchor distT="0" distB="0" distL="114300" distR="114300" simplePos="0" relativeHeight="251822080" behindDoc="0" locked="0" layoutInCell="1" allowOverlap="1" wp14:anchorId="56F77755" wp14:editId="499D83AD">
            <wp:simplePos x="0" y="0"/>
            <wp:positionH relativeFrom="margin">
              <wp:align>left</wp:align>
            </wp:positionH>
            <wp:positionV relativeFrom="paragraph">
              <wp:posOffset>102819</wp:posOffset>
            </wp:positionV>
            <wp:extent cx="2788920" cy="2092325"/>
            <wp:effectExtent l="95250" t="95250" r="87630" b="98425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E_ALBUM_อบรมการขับขี่ปลอดภัย 2569_260613_22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20923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CF8D6E" w14:textId="4F17A081" w:rsidR="006C5AF5" w:rsidRDefault="006C5AF5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D58741E" w14:textId="27F6E811" w:rsidR="00332A8F" w:rsidRDefault="00332A8F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AC61C83" w14:textId="0F7C95B7" w:rsidR="00332A8F" w:rsidRDefault="00332A8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EF0B928" w14:textId="31FB9D4A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CDFB26" w14:textId="5338CCD2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724B21" w14:textId="181B93E1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04EC70" w14:textId="41F26CF5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15345AF" w14:textId="43DDFC94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2F9721" w14:textId="5F99D863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7AC66BA" w14:textId="4CCC6CE9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2C5C4CE" w14:textId="597B1490" w:rsidR="00B21D3F" w:rsidRDefault="003529B3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40"/>
          <w:szCs w:val="40"/>
          <w14:ligatures w14:val="standardContextual"/>
        </w:rPr>
        <w:drawing>
          <wp:anchor distT="0" distB="0" distL="114300" distR="114300" simplePos="0" relativeHeight="251828224" behindDoc="0" locked="0" layoutInCell="1" allowOverlap="1" wp14:anchorId="55EFED98" wp14:editId="09845B81">
            <wp:simplePos x="0" y="0"/>
            <wp:positionH relativeFrom="margin">
              <wp:posOffset>3379013</wp:posOffset>
            </wp:positionH>
            <wp:positionV relativeFrom="paragraph">
              <wp:posOffset>102312</wp:posOffset>
            </wp:positionV>
            <wp:extent cx="2788920" cy="2092325"/>
            <wp:effectExtent l="95250" t="95250" r="87630" b="9842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E_ALBUM_อบรมการขับขี่ปลอดภัย 2569_260613_22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20923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0000" w:themeColor="text1"/>
          <w:sz w:val="40"/>
          <w:szCs w:val="40"/>
          <w14:ligatures w14:val="standardContextual"/>
        </w:rPr>
        <w:drawing>
          <wp:anchor distT="0" distB="0" distL="114300" distR="114300" simplePos="0" relativeHeight="251826176" behindDoc="0" locked="0" layoutInCell="1" allowOverlap="1" wp14:anchorId="53364F77" wp14:editId="52FCBAD6">
            <wp:simplePos x="0" y="0"/>
            <wp:positionH relativeFrom="margin">
              <wp:align>left</wp:align>
            </wp:positionH>
            <wp:positionV relativeFrom="paragraph">
              <wp:posOffset>105765</wp:posOffset>
            </wp:positionV>
            <wp:extent cx="2789141" cy="2092327"/>
            <wp:effectExtent l="95250" t="95250" r="87630" b="98425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E_ALBUM_อบรมการขับขี่ปลอดภัย 2569_260613_22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9141" cy="209232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6A5EBC" w14:textId="325692D9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1B8EC71" w14:textId="2D2F42DF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EDE364" w14:textId="708E30FC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03762E0" w14:textId="4AD794E6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7743DDE" w14:textId="7C8FD51E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EFEDBD" w14:textId="76056775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85ED86F" w14:textId="24AB842E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F2C107" w14:textId="429CDF55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73086FD" w14:textId="6F2A6F0E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F35AFB" w14:textId="16C1B35F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FFFB45" w14:textId="3304CAA1" w:rsidR="00B21D3F" w:rsidRDefault="003529B3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40"/>
          <w:szCs w:val="40"/>
          <w14:ligatures w14:val="standardContextual"/>
        </w:rPr>
        <w:lastRenderedPageBreak/>
        <w:drawing>
          <wp:anchor distT="0" distB="0" distL="114300" distR="114300" simplePos="0" relativeHeight="251832320" behindDoc="0" locked="0" layoutInCell="1" allowOverlap="1" wp14:anchorId="7CE884AB" wp14:editId="1973A70A">
            <wp:simplePos x="0" y="0"/>
            <wp:positionH relativeFrom="margin">
              <wp:posOffset>3371571</wp:posOffset>
            </wp:positionH>
            <wp:positionV relativeFrom="paragraph">
              <wp:posOffset>197395</wp:posOffset>
            </wp:positionV>
            <wp:extent cx="2789141" cy="2092327"/>
            <wp:effectExtent l="95250" t="95250" r="87630" b="98425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E_ALBUM_อบรมการขับขี่ปลอดภัย 2569_260613_22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9141" cy="209232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0000" w:themeColor="text1"/>
          <w:sz w:val="40"/>
          <w:szCs w:val="40"/>
          <w14:ligatures w14:val="standardContextual"/>
        </w:rPr>
        <w:drawing>
          <wp:anchor distT="0" distB="0" distL="114300" distR="114300" simplePos="0" relativeHeight="251830272" behindDoc="0" locked="0" layoutInCell="1" allowOverlap="1" wp14:anchorId="596D87C8" wp14:editId="0397ACF0">
            <wp:simplePos x="0" y="0"/>
            <wp:positionH relativeFrom="margin">
              <wp:align>left</wp:align>
            </wp:positionH>
            <wp:positionV relativeFrom="paragraph">
              <wp:posOffset>196672</wp:posOffset>
            </wp:positionV>
            <wp:extent cx="2788920" cy="2092325"/>
            <wp:effectExtent l="95250" t="95250" r="87630" b="9842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E_ALBUM_อบรมการขับขี่ปลอดภัย 2569_260613_22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20923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2EA526" w14:textId="311CA578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7632D07" w14:textId="77777777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C170BA9" w14:textId="726E4DCD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D1986FA" w14:textId="7AC8B8CA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B1EA1AA" w14:textId="7B5FD870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635C43" w14:textId="77777777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91C792" w14:textId="77777777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7A1375B" w14:textId="77777777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AB22889" w14:textId="4F7148FA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556C98" w14:textId="77777777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3E485D3" w14:textId="50706050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264ADD" w14:textId="449627A1" w:rsidR="00B21D3F" w:rsidRDefault="003529B3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40"/>
          <w:szCs w:val="40"/>
          <w14:ligatures w14:val="standardContextual"/>
        </w:rPr>
        <w:drawing>
          <wp:anchor distT="0" distB="0" distL="114300" distR="114300" simplePos="0" relativeHeight="251836416" behindDoc="0" locked="0" layoutInCell="1" allowOverlap="1" wp14:anchorId="686F4399" wp14:editId="48A7D537">
            <wp:simplePos x="0" y="0"/>
            <wp:positionH relativeFrom="margin">
              <wp:posOffset>3378606</wp:posOffset>
            </wp:positionH>
            <wp:positionV relativeFrom="paragraph">
              <wp:posOffset>104775</wp:posOffset>
            </wp:positionV>
            <wp:extent cx="2788920" cy="2092325"/>
            <wp:effectExtent l="95250" t="95250" r="87630" b="98425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E_ALBUM_อบรมการขับขี่ปลอดภัย 2569_260613_22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20923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0000" w:themeColor="text1"/>
          <w:sz w:val="40"/>
          <w:szCs w:val="40"/>
          <w14:ligatures w14:val="standardContextual"/>
        </w:rPr>
        <w:drawing>
          <wp:anchor distT="0" distB="0" distL="114300" distR="114300" simplePos="0" relativeHeight="251834368" behindDoc="0" locked="0" layoutInCell="1" allowOverlap="1" wp14:anchorId="65C7B026" wp14:editId="026E31F9">
            <wp:simplePos x="0" y="0"/>
            <wp:positionH relativeFrom="margin">
              <wp:align>left</wp:align>
            </wp:positionH>
            <wp:positionV relativeFrom="paragraph">
              <wp:posOffset>82601</wp:posOffset>
            </wp:positionV>
            <wp:extent cx="2788920" cy="2092325"/>
            <wp:effectExtent l="95250" t="95250" r="87630" b="98425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E_ALBUM_อบรมการขับขี่ปลอดภัย 2569_260613_22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20923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52DE67" w14:textId="15CA482E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177776" w14:textId="0F6168BD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3FDD2C4" w14:textId="326AA4D4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639DE3" w14:textId="5379957D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4FE705F" w14:textId="67EEE188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4F0E33" w14:textId="3656EC48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B1989D1" w14:textId="2D39B695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A1E477A" w14:textId="216A8251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5C89CB2" w14:textId="6CA536BC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A267C07" w14:textId="44C5FB70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DE0CC07" w14:textId="0C5A8EC6" w:rsidR="00B21D3F" w:rsidRDefault="003529B3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40"/>
          <w:szCs w:val="40"/>
          <w14:ligatures w14:val="standardContextual"/>
        </w:rPr>
        <w:drawing>
          <wp:anchor distT="0" distB="0" distL="114300" distR="114300" simplePos="0" relativeHeight="251838464" behindDoc="0" locked="0" layoutInCell="1" allowOverlap="1" wp14:anchorId="711045DA" wp14:editId="1C479C49">
            <wp:simplePos x="0" y="0"/>
            <wp:positionH relativeFrom="margin">
              <wp:align>left</wp:align>
            </wp:positionH>
            <wp:positionV relativeFrom="paragraph">
              <wp:posOffset>102260</wp:posOffset>
            </wp:positionV>
            <wp:extent cx="2788920" cy="2092325"/>
            <wp:effectExtent l="95250" t="95250" r="87630" b="98425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E_ALBUM_อบรมการขับขี่ปลอดภัย 2569_260613_22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20923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0000" w:themeColor="text1"/>
          <w:sz w:val="40"/>
          <w:szCs w:val="40"/>
          <w14:ligatures w14:val="standardContextual"/>
        </w:rPr>
        <w:drawing>
          <wp:anchor distT="0" distB="0" distL="114300" distR="114300" simplePos="0" relativeHeight="251840512" behindDoc="0" locked="0" layoutInCell="1" allowOverlap="1" wp14:anchorId="66ADBF3D" wp14:editId="7671F46C">
            <wp:simplePos x="0" y="0"/>
            <wp:positionH relativeFrom="margin">
              <wp:posOffset>3388893</wp:posOffset>
            </wp:positionH>
            <wp:positionV relativeFrom="paragraph">
              <wp:posOffset>102261</wp:posOffset>
            </wp:positionV>
            <wp:extent cx="2788920" cy="2092325"/>
            <wp:effectExtent l="95250" t="95250" r="87630" b="98425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E_ALBUM_อบรมการขับขี่ปลอดภัย 2569_260613_22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20923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BE9140" w14:textId="4EC1F085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8AF9A9" w14:textId="30AED07D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3BF10F" w14:textId="25311D15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E1292F" w14:textId="5D956A62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EE7E6C" w14:textId="06406DF2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C69ABA" w14:textId="4DE9A407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74674FD" w14:textId="78A6C74D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B19A1D1" w14:textId="3D2700E0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D7942C" w14:textId="762BD7F0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101AE5D" w14:textId="71AF92BB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770BBCB" w14:textId="2B05330C" w:rsidR="00B21D3F" w:rsidRDefault="00B21D3F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84306D" w14:textId="4CA8B978" w:rsidR="003529B3" w:rsidRDefault="003529B3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FE01F2F" w14:textId="40F8DF89" w:rsidR="003529B3" w:rsidRDefault="00704641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40"/>
          <w:szCs w:val="40"/>
          <w14:ligatures w14:val="standardContextual"/>
        </w:rPr>
        <w:lastRenderedPageBreak/>
        <w:drawing>
          <wp:anchor distT="0" distB="0" distL="114300" distR="114300" simplePos="0" relativeHeight="251852800" behindDoc="0" locked="0" layoutInCell="1" allowOverlap="1" wp14:anchorId="437B8802" wp14:editId="0C108235">
            <wp:simplePos x="0" y="0"/>
            <wp:positionH relativeFrom="margin">
              <wp:posOffset>3371850</wp:posOffset>
            </wp:positionH>
            <wp:positionV relativeFrom="paragraph">
              <wp:posOffset>5332730</wp:posOffset>
            </wp:positionV>
            <wp:extent cx="2788920" cy="2092325"/>
            <wp:effectExtent l="95250" t="95250" r="87630" b="98425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E_ALBUM_อบรมการขับขี่ปลอดภัย 2569_260613_22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20923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0000" w:themeColor="text1"/>
          <w:sz w:val="40"/>
          <w:szCs w:val="40"/>
          <w14:ligatures w14:val="standardContextual"/>
        </w:rPr>
        <w:drawing>
          <wp:anchor distT="0" distB="0" distL="114300" distR="114300" simplePos="0" relativeHeight="251850752" behindDoc="0" locked="0" layoutInCell="1" allowOverlap="1" wp14:anchorId="499F1453" wp14:editId="7405DF9C">
            <wp:simplePos x="0" y="0"/>
            <wp:positionH relativeFrom="margin">
              <wp:align>left</wp:align>
            </wp:positionH>
            <wp:positionV relativeFrom="paragraph">
              <wp:posOffset>5339690</wp:posOffset>
            </wp:positionV>
            <wp:extent cx="2788920" cy="2092325"/>
            <wp:effectExtent l="95250" t="95250" r="87630" b="98425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E_ALBUM_อบรมการขับขี่ปลอดภัย 2569_260613_22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9141" cy="209232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0000" w:themeColor="text1"/>
          <w:sz w:val="40"/>
          <w:szCs w:val="40"/>
          <w14:ligatures w14:val="standardContextual"/>
        </w:rPr>
        <w:drawing>
          <wp:anchor distT="0" distB="0" distL="114300" distR="114300" simplePos="0" relativeHeight="251848704" behindDoc="0" locked="0" layoutInCell="1" allowOverlap="1" wp14:anchorId="31F7E1D5" wp14:editId="463AFF9E">
            <wp:simplePos x="0" y="0"/>
            <wp:positionH relativeFrom="margin">
              <wp:posOffset>3394253</wp:posOffset>
            </wp:positionH>
            <wp:positionV relativeFrom="paragraph">
              <wp:posOffset>2728570</wp:posOffset>
            </wp:positionV>
            <wp:extent cx="2784805" cy="2091933"/>
            <wp:effectExtent l="95250" t="95250" r="92075" b="99060"/>
            <wp:wrapNone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E_ALBUM_อบรมการขับขี่ปลอดภัย 2569_260613_22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147" cy="209669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0000" w:themeColor="text1"/>
          <w:sz w:val="40"/>
          <w:szCs w:val="40"/>
          <w14:ligatures w14:val="standardContextual"/>
        </w:rPr>
        <w:drawing>
          <wp:anchor distT="0" distB="0" distL="114300" distR="114300" simplePos="0" relativeHeight="251842560" behindDoc="0" locked="0" layoutInCell="1" allowOverlap="1" wp14:anchorId="2E776F44" wp14:editId="7CF69B63">
            <wp:simplePos x="0" y="0"/>
            <wp:positionH relativeFrom="margin">
              <wp:align>left</wp:align>
            </wp:positionH>
            <wp:positionV relativeFrom="paragraph">
              <wp:posOffset>2728570</wp:posOffset>
            </wp:positionV>
            <wp:extent cx="2743200" cy="2092228"/>
            <wp:effectExtent l="95250" t="95250" r="95250" b="99060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E_ALBUM_อบรมการขับขี่ปลอดภัย 2569_260613_22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391" cy="209771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0000" w:themeColor="text1"/>
          <w:sz w:val="40"/>
          <w:szCs w:val="40"/>
          <w14:ligatures w14:val="standardContextual"/>
        </w:rPr>
        <w:drawing>
          <wp:anchor distT="0" distB="0" distL="114300" distR="114300" simplePos="0" relativeHeight="251844608" behindDoc="0" locked="0" layoutInCell="1" allowOverlap="1" wp14:anchorId="67CD5566" wp14:editId="1FDA6A75">
            <wp:simplePos x="0" y="0"/>
            <wp:positionH relativeFrom="margin">
              <wp:posOffset>3357245</wp:posOffset>
            </wp:positionH>
            <wp:positionV relativeFrom="paragraph">
              <wp:posOffset>94615</wp:posOffset>
            </wp:positionV>
            <wp:extent cx="2788920" cy="2092325"/>
            <wp:effectExtent l="95250" t="95250" r="87630" b="98425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E_ALBUM_อบรมการขับขี่ปลอดภัย 2569_260613_22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20923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9B3">
        <w:rPr>
          <w:rFonts w:ascii="TH SarabunPSK" w:hAnsi="TH SarabunPSK" w:cs="TH SarabunPSK"/>
          <w:b/>
          <w:bCs/>
          <w:noProof/>
          <w:color w:val="000000" w:themeColor="text1"/>
          <w:sz w:val="40"/>
          <w:szCs w:val="40"/>
          <w14:ligatures w14:val="standardContextual"/>
        </w:rPr>
        <w:drawing>
          <wp:anchor distT="0" distB="0" distL="114300" distR="114300" simplePos="0" relativeHeight="251846656" behindDoc="0" locked="0" layoutInCell="1" allowOverlap="1" wp14:anchorId="56D97B25" wp14:editId="26A46702">
            <wp:simplePos x="0" y="0"/>
            <wp:positionH relativeFrom="margin">
              <wp:align>left</wp:align>
            </wp:positionH>
            <wp:positionV relativeFrom="paragraph">
              <wp:posOffset>95098</wp:posOffset>
            </wp:positionV>
            <wp:extent cx="2713939" cy="2092228"/>
            <wp:effectExtent l="95250" t="95250" r="86995" b="99060"/>
            <wp:wrapNone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E_ALBUM_อบรมการขับขี่ปลอดภัย 2569_260613_22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453" cy="209879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9B3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4EF94A6B" w14:textId="427D703A" w:rsidR="003529B3" w:rsidRDefault="00704641" w:rsidP="00332A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40"/>
          <w:szCs w:val="40"/>
          <w14:ligatures w14:val="standardContextual"/>
        </w:rPr>
        <w:lastRenderedPageBreak/>
        <w:drawing>
          <wp:anchor distT="0" distB="0" distL="114300" distR="114300" simplePos="0" relativeHeight="251856896" behindDoc="0" locked="0" layoutInCell="1" allowOverlap="1" wp14:anchorId="7F8AF0E4" wp14:editId="02A2DC13">
            <wp:simplePos x="0" y="0"/>
            <wp:positionH relativeFrom="margin">
              <wp:posOffset>3401568</wp:posOffset>
            </wp:positionH>
            <wp:positionV relativeFrom="paragraph">
              <wp:posOffset>95098</wp:posOffset>
            </wp:positionV>
            <wp:extent cx="2794406" cy="2091429"/>
            <wp:effectExtent l="95250" t="95250" r="101600" b="99695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E_ALBUM_อบรมการขับขี่ปลอดภัย 2569_260613_22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080" cy="210016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0000" w:themeColor="text1"/>
          <w:sz w:val="40"/>
          <w:szCs w:val="40"/>
          <w14:ligatures w14:val="standardContextual"/>
        </w:rPr>
        <w:drawing>
          <wp:anchor distT="0" distB="0" distL="114300" distR="114300" simplePos="0" relativeHeight="251854848" behindDoc="0" locked="0" layoutInCell="1" allowOverlap="1" wp14:anchorId="47FD4F5D" wp14:editId="6147404D">
            <wp:simplePos x="0" y="0"/>
            <wp:positionH relativeFrom="margin">
              <wp:align>left</wp:align>
            </wp:positionH>
            <wp:positionV relativeFrom="paragraph">
              <wp:posOffset>95250</wp:posOffset>
            </wp:positionV>
            <wp:extent cx="2789141" cy="2092327"/>
            <wp:effectExtent l="95250" t="95250" r="87630" b="98425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E_ALBUM_อบรมการขับขี่ปลอดภัย 2569_260613_22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9141" cy="209232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CD5ED" w14:textId="1E5BA130" w:rsidR="00704641" w:rsidRDefault="00704641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40"/>
          <w:szCs w:val="40"/>
          <w14:ligatures w14:val="standardContextual"/>
        </w:rPr>
        <w:drawing>
          <wp:anchor distT="0" distB="0" distL="114300" distR="114300" simplePos="0" relativeHeight="251865088" behindDoc="0" locked="0" layoutInCell="1" allowOverlap="1" wp14:anchorId="0DF77327" wp14:editId="5A10FEB3">
            <wp:simplePos x="0" y="0"/>
            <wp:positionH relativeFrom="margin">
              <wp:posOffset>3459480</wp:posOffset>
            </wp:positionH>
            <wp:positionV relativeFrom="paragraph">
              <wp:posOffset>5182870</wp:posOffset>
            </wp:positionV>
            <wp:extent cx="2788920" cy="2091690"/>
            <wp:effectExtent l="95250" t="95250" r="87630" b="99060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E_ALBUM_อบรมการขับขี่ปลอดภัย 2569_260613_22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209169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0000" w:themeColor="text1"/>
          <w:sz w:val="40"/>
          <w:szCs w:val="40"/>
          <w14:ligatures w14:val="standardContextual"/>
        </w:rPr>
        <w:drawing>
          <wp:anchor distT="0" distB="0" distL="114300" distR="114300" simplePos="0" relativeHeight="251863040" behindDoc="0" locked="0" layoutInCell="1" allowOverlap="1" wp14:anchorId="100D8722" wp14:editId="67BCC9CB">
            <wp:simplePos x="0" y="0"/>
            <wp:positionH relativeFrom="margin">
              <wp:align>left</wp:align>
            </wp:positionH>
            <wp:positionV relativeFrom="paragraph">
              <wp:posOffset>5175910</wp:posOffset>
            </wp:positionV>
            <wp:extent cx="2788920" cy="2092162"/>
            <wp:effectExtent l="95250" t="95250" r="87630" b="9906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E_ALBUM_อบรมการขับขี่ปลอดภัย 2569_260613_22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209216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0000" w:themeColor="text1"/>
          <w:sz w:val="40"/>
          <w:szCs w:val="40"/>
          <w14:ligatures w14:val="standardContextual"/>
        </w:rPr>
        <w:drawing>
          <wp:anchor distT="0" distB="0" distL="114300" distR="114300" simplePos="0" relativeHeight="251860992" behindDoc="0" locked="0" layoutInCell="1" allowOverlap="1" wp14:anchorId="59F1E1F4" wp14:editId="11246835">
            <wp:simplePos x="0" y="0"/>
            <wp:positionH relativeFrom="margin">
              <wp:posOffset>3430270</wp:posOffset>
            </wp:positionH>
            <wp:positionV relativeFrom="paragraph">
              <wp:posOffset>2505710</wp:posOffset>
            </wp:positionV>
            <wp:extent cx="2788920" cy="2091690"/>
            <wp:effectExtent l="95250" t="95250" r="87630" b="9906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E_ALBUM_อบรมการขับขี่ปลอดภัย 2569_260613_22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209169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0000" w:themeColor="text1"/>
          <w:sz w:val="40"/>
          <w:szCs w:val="40"/>
          <w14:ligatures w14:val="standardContextual"/>
        </w:rPr>
        <w:drawing>
          <wp:anchor distT="0" distB="0" distL="114300" distR="114300" simplePos="0" relativeHeight="251858944" behindDoc="0" locked="0" layoutInCell="1" allowOverlap="1" wp14:anchorId="61C36D67" wp14:editId="3C436AC1">
            <wp:simplePos x="0" y="0"/>
            <wp:positionH relativeFrom="margin">
              <wp:align>left</wp:align>
            </wp:positionH>
            <wp:positionV relativeFrom="paragraph">
              <wp:posOffset>2515565</wp:posOffset>
            </wp:positionV>
            <wp:extent cx="2788920" cy="2091690"/>
            <wp:effectExtent l="95250" t="95250" r="87630" b="9906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E_ALBUM_อบรมการขับขี่ปลอดภัย 2569_260613_22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209216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9B3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18F75CE5" w14:textId="70576726" w:rsidR="00D80D62" w:rsidRDefault="00D80D62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66112" behindDoc="0" locked="0" layoutInCell="1" allowOverlap="1" wp14:anchorId="38687CE8" wp14:editId="6FE54DFD">
            <wp:simplePos x="0" y="0"/>
            <wp:positionH relativeFrom="margin">
              <wp:posOffset>98527</wp:posOffset>
            </wp:positionH>
            <wp:positionV relativeFrom="paragraph">
              <wp:posOffset>25350</wp:posOffset>
            </wp:positionV>
            <wp:extent cx="6016625" cy="8510270"/>
            <wp:effectExtent l="19050" t="19050" r="22225" b="2413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INE_ALBUM_จดหมายข่าวประชาสัมพันธื ปีที่ 6 ประจำป_2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85102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641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5745F021" w14:textId="64C8E157" w:rsidR="00D80D62" w:rsidRDefault="00D80D62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67136" behindDoc="0" locked="0" layoutInCell="1" allowOverlap="1" wp14:anchorId="33394A17" wp14:editId="6B91267B">
            <wp:simplePos x="0" y="0"/>
            <wp:positionH relativeFrom="column">
              <wp:posOffset>526694</wp:posOffset>
            </wp:positionH>
            <wp:positionV relativeFrom="paragraph">
              <wp:posOffset>0</wp:posOffset>
            </wp:positionV>
            <wp:extent cx="4854575" cy="8513445"/>
            <wp:effectExtent l="19050" t="19050" r="22225" b="20955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50a6063a-eb94-418f-92a4-0e7169bacace (1)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4575" cy="85134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301F615D" w14:textId="728EA19A" w:rsidR="009C5905" w:rsidRPr="005C57F2" w:rsidRDefault="00D80D62" w:rsidP="005C57F2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68160" behindDoc="0" locked="0" layoutInCell="1" allowOverlap="1" wp14:anchorId="466ACD71" wp14:editId="4663AF74">
            <wp:simplePos x="0" y="0"/>
            <wp:positionH relativeFrom="column">
              <wp:posOffset>416966</wp:posOffset>
            </wp:positionH>
            <wp:positionV relativeFrom="paragraph">
              <wp:posOffset>0</wp:posOffset>
            </wp:positionV>
            <wp:extent cx="5296535" cy="8513445"/>
            <wp:effectExtent l="19050" t="19050" r="18415" b="20955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d4483dee-1eff-44a6-9fb9-c091e63620a9 (1)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6535" cy="85134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41222A0D" w14:textId="77777777" w:rsidR="00332A8F" w:rsidRPr="00332A8F" w:rsidRDefault="00332A8F" w:rsidP="00332A8F">
      <w:pPr>
        <w:pStyle w:val="1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332A8F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lastRenderedPageBreak/>
        <w:t>แบบประเมินความพึงพอใจหลังการซ้อมแผนเผชิญเหตุ</w:t>
      </w:r>
    </w:p>
    <w:p w14:paraId="56B3F90E" w14:textId="20C272D7" w:rsidR="00332A8F" w:rsidRPr="00D87023" w:rsidRDefault="00332A8F" w:rsidP="00332A8F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D87023">
        <w:rPr>
          <w:rFonts w:ascii="TH SarabunPSK" w:hAnsi="TH SarabunPSK" w:cs="TH SarabunPSK" w:hint="cs"/>
          <w:sz w:val="32"/>
          <w:szCs w:val="32"/>
          <w:cs/>
        </w:rPr>
        <w:t>สถานศึกษา</w:t>
      </w:r>
      <w:r w:rsidRPr="00D87023">
        <w:rPr>
          <w:rFonts w:ascii="TH SarabunPSK" w:hAnsi="TH SarabunPSK" w:cs="TH SarabunPSK" w:hint="cs"/>
          <w:sz w:val="32"/>
          <w:szCs w:val="32"/>
        </w:rPr>
        <w:t xml:space="preserve">: </w:t>
      </w:r>
      <w:r w:rsidR="00936613">
        <w:rPr>
          <w:rFonts w:ascii="TH SarabunPSK" w:hAnsi="TH SarabunPSK" w:cs="TH SarabunPSK" w:hint="cs"/>
          <w:sz w:val="32"/>
          <w:szCs w:val="32"/>
          <w:cs/>
        </w:rPr>
        <w:t>โรงเรียนบ้านนาสีนวน</w:t>
      </w:r>
    </w:p>
    <w:p w14:paraId="5166811A" w14:textId="49F199BE" w:rsidR="00332A8F" w:rsidRPr="00D87023" w:rsidRDefault="00332A8F" w:rsidP="00332A8F">
      <w:pPr>
        <w:jc w:val="center"/>
        <w:rPr>
          <w:rFonts w:ascii="TH SarabunPSK" w:hAnsi="TH SarabunPSK" w:cs="TH SarabunPSK"/>
          <w:sz w:val="32"/>
          <w:szCs w:val="32"/>
        </w:rPr>
      </w:pPr>
      <w:r w:rsidRPr="00D87023">
        <w:rPr>
          <w:rFonts w:ascii="TH SarabunPSK" w:hAnsi="TH SarabunPSK" w:cs="TH SarabunPSK" w:hint="cs"/>
          <w:sz w:val="32"/>
          <w:szCs w:val="32"/>
          <w:cs/>
        </w:rPr>
        <w:t>วันที่ซ้อมแผน</w:t>
      </w:r>
      <w:r w:rsidRPr="00D87023">
        <w:rPr>
          <w:rFonts w:ascii="TH SarabunPSK" w:hAnsi="TH SarabunPSK" w:cs="TH SarabunPSK" w:hint="cs"/>
          <w:sz w:val="32"/>
          <w:szCs w:val="32"/>
        </w:rPr>
        <w:t xml:space="preserve">: </w:t>
      </w:r>
      <w:r w:rsidR="00936613">
        <w:rPr>
          <w:rFonts w:ascii="TH SarabunPSK" w:hAnsi="TH SarabunPSK" w:cs="TH SarabunPSK" w:hint="cs"/>
          <w:sz w:val="32"/>
          <w:szCs w:val="32"/>
          <w:cs/>
        </w:rPr>
        <w:t>10 มิถุนายน  2569</w:t>
      </w:r>
    </w:p>
    <w:p w14:paraId="64739550" w14:textId="168BADA2" w:rsidR="00332A8F" w:rsidRPr="00D87023" w:rsidRDefault="00332A8F" w:rsidP="00332A8F">
      <w:pPr>
        <w:jc w:val="center"/>
        <w:rPr>
          <w:rFonts w:ascii="TH SarabunPSK" w:hAnsi="TH SarabunPSK" w:cs="TH SarabunPSK"/>
          <w:sz w:val="32"/>
          <w:szCs w:val="32"/>
        </w:rPr>
      </w:pPr>
      <w:r w:rsidRPr="00D87023">
        <w:rPr>
          <w:rFonts w:ascii="TH SarabunPSK" w:hAnsi="TH SarabunPSK" w:cs="TH SarabunPSK" w:hint="cs"/>
          <w:sz w:val="32"/>
          <w:szCs w:val="32"/>
          <w:cs/>
        </w:rPr>
        <w:t xml:space="preserve">ประเภทแผนเผชิญเหตุ </w:t>
      </w:r>
      <w:r w:rsidR="00936613">
        <w:rPr>
          <w:rFonts w:ascii="TH SarabunPSK" w:hAnsi="TH SarabunPSK" w:cs="TH SarabunPSK" w:hint="cs"/>
          <w:sz w:val="32"/>
          <w:szCs w:val="32"/>
          <w:cs/>
        </w:rPr>
        <w:t>ภัยที่เกิดจากอุบัติเหตุ (ภัยจากยานพาหนะ)</w:t>
      </w:r>
    </w:p>
    <w:p w14:paraId="41341A38" w14:textId="77777777" w:rsidR="00332A8F" w:rsidRPr="00D87023" w:rsidRDefault="00332A8F" w:rsidP="00332A8F">
      <w:pPr>
        <w:rPr>
          <w:rFonts w:ascii="TH SarabunPSK" w:hAnsi="TH SarabunPSK" w:cs="TH SarabunPSK"/>
          <w:sz w:val="32"/>
          <w:szCs w:val="32"/>
        </w:rPr>
      </w:pPr>
      <w:r w:rsidRPr="00D87023"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</w:t>
      </w:r>
      <w:r w:rsidRPr="00D87023">
        <w:rPr>
          <w:rFonts w:ascii="TH SarabunPSK" w:hAnsi="TH SarabunPSK" w:cs="TH SarabunPSK" w:hint="cs"/>
          <w:b/>
          <w:bCs/>
          <w:sz w:val="32"/>
          <w:szCs w:val="32"/>
        </w:rPr>
        <w:t>:</w:t>
      </w:r>
      <w:r w:rsidRPr="00D87023">
        <w:rPr>
          <w:rFonts w:ascii="TH SarabunPSK" w:hAnsi="TH SarabunPSK" w:cs="TH SarabunPSK" w:hint="cs"/>
          <w:sz w:val="32"/>
          <w:szCs w:val="32"/>
          <w:cs/>
        </w:rPr>
        <w:t xml:space="preserve"> แบบประเมินนี้มีวัตถุประสงค์เพื่อประเมินความพึงพอใจของผู้เข้าร่วมกิจกรรมซ้อมแผนเผชิญเหตุเพื่อใช้เป็นแนวทางในการปรับปรุงและพัฒนาการดำเนินกิจกรรมในครั้งต่อไป กรุณาทำเครื่องหมาย </w:t>
      </w:r>
      <w:r w:rsidRPr="00D87023">
        <w:rPr>
          <w:rFonts w:ascii="Segoe UI Symbol" w:hAnsi="Segoe UI Symbol" w:cs="Segoe UI Symbol"/>
          <w:sz w:val="32"/>
          <w:szCs w:val="32"/>
        </w:rPr>
        <w:t>✓</w:t>
      </w:r>
      <w:r w:rsidRPr="00D87023">
        <w:rPr>
          <w:rFonts w:ascii="TH SarabunPSK" w:hAnsi="TH SarabunPSK" w:cs="TH SarabunPSK" w:hint="cs"/>
          <w:sz w:val="32"/>
          <w:szCs w:val="32"/>
          <w:cs/>
        </w:rPr>
        <w:t xml:space="preserve"> ในช่องที่ตรงกับความคิดเห็นของท่านมากที่สุด</w:t>
      </w:r>
    </w:p>
    <w:tbl>
      <w:tblPr>
        <w:tblStyle w:val="ae"/>
        <w:tblW w:w="10173" w:type="dxa"/>
        <w:tblLayout w:type="fixed"/>
        <w:tblLook w:val="04A0" w:firstRow="1" w:lastRow="0" w:firstColumn="1" w:lastColumn="0" w:noHBand="0" w:noVBand="1"/>
      </w:tblPr>
      <w:tblGrid>
        <w:gridCol w:w="5637"/>
        <w:gridCol w:w="992"/>
        <w:gridCol w:w="709"/>
        <w:gridCol w:w="1134"/>
        <w:gridCol w:w="708"/>
        <w:gridCol w:w="993"/>
      </w:tblGrid>
      <w:tr w:rsidR="00332A8F" w:rsidRPr="00332A8F" w14:paraId="793F2B22" w14:textId="77777777" w:rsidTr="00936FCC">
        <w:trPr>
          <w:tblHeader/>
        </w:trPr>
        <w:tc>
          <w:tcPr>
            <w:tcW w:w="5637" w:type="dxa"/>
          </w:tcPr>
          <w:p w14:paraId="06DEAF5D" w14:textId="77777777" w:rsidR="00332A8F" w:rsidRPr="00332A8F" w:rsidRDefault="00332A8F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32A8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หัวข้อการประเมิน</w:t>
            </w:r>
          </w:p>
        </w:tc>
        <w:tc>
          <w:tcPr>
            <w:tcW w:w="992" w:type="dxa"/>
          </w:tcPr>
          <w:p w14:paraId="27FA2E2C" w14:textId="77777777" w:rsidR="00332A8F" w:rsidRPr="00332A8F" w:rsidRDefault="00332A8F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32A8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มากที่สุด </w:t>
            </w:r>
            <w:r w:rsidRPr="00332A8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(5)</w:t>
            </w:r>
          </w:p>
        </w:tc>
        <w:tc>
          <w:tcPr>
            <w:tcW w:w="709" w:type="dxa"/>
          </w:tcPr>
          <w:p w14:paraId="43CA07FB" w14:textId="77777777" w:rsidR="00332A8F" w:rsidRPr="00332A8F" w:rsidRDefault="00332A8F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32A8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มาก </w:t>
            </w:r>
            <w:r w:rsidRPr="00332A8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(4)</w:t>
            </w:r>
          </w:p>
        </w:tc>
        <w:tc>
          <w:tcPr>
            <w:tcW w:w="1134" w:type="dxa"/>
          </w:tcPr>
          <w:p w14:paraId="38A0F24A" w14:textId="77777777" w:rsidR="00332A8F" w:rsidRPr="00332A8F" w:rsidRDefault="00332A8F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32A8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ปานกลาง </w:t>
            </w:r>
            <w:r w:rsidRPr="00332A8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(3)</w:t>
            </w:r>
          </w:p>
        </w:tc>
        <w:tc>
          <w:tcPr>
            <w:tcW w:w="708" w:type="dxa"/>
          </w:tcPr>
          <w:p w14:paraId="117BCD03" w14:textId="77777777" w:rsidR="00332A8F" w:rsidRPr="00332A8F" w:rsidRDefault="00332A8F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32A8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น้อย </w:t>
            </w:r>
            <w:r w:rsidRPr="00332A8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(2)</w:t>
            </w:r>
          </w:p>
        </w:tc>
        <w:tc>
          <w:tcPr>
            <w:tcW w:w="993" w:type="dxa"/>
          </w:tcPr>
          <w:p w14:paraId="5574B48B" w14:textId="77777777" w:rsidR="00332A8F" w:rsidRPr="00332A8F" w:rsidRDefault="00332A8F" w:rsidP="00936FC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32A8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น้อยที่สุด </w:t>
            </w:r>
            <w:r w:rsidRPr="00332A8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(1)</w:t>
            </w:r>
          </w:p>
        </w:tc>
      </w:tr>
      <w:tr w:rsidR="00332A8F" w:rsidRPr="00332A8F" w14:paraId="097027EC" w14:textId="77777777" w:rsidTr="00936FCC">
        <w:tc>
          <w:tcPr>
            <w:tcW w:w="5637" w:type="dxa"/>
          </w:tcPr>
          <w:p w14:paraId="0766B41C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1.</w:t>
            </w:r>
            <w:r w:rsidRPr="00332A8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ได้รับการแจ้งล่วงหน้าเกี่ยวกับการซ้อมแผนอย่างชัดเจนและเพียงพอ</w:t>
            </w:r>
          </w:p>
        </w:tc>
        <w:tc>
          <w:tcPr>
            <w:tcW w:w="992" w:type="dxa"/>
          </w:tcPr>
          <w:p w14:paraId="0A185A49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709" w:type="dxa"/>
          </w:tcPr>
          <w:p w14:paraId="634C5A44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1134" w:type="dxa"/>
          </w:tcPr>
          <w:p w14:paraId="032FC1F1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708" w:type="dxa"/>
          </w:tcPr>
          <w:p w14:paraId="5A2FE8DB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993" w:type="dxa"/>
          </w:tcPr>
          <w:p w14:paraId="7B04FD23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</w:tr>
      <w:tr w:rsidR="00332A8F" w:rsidRPr="00332A8F" w14:paraId="419F52CD" w14:textId="77777777" w:rsidTr="00936FCC">
        <w:tc>
          <w:tcPr>
            <w:tcW w:w="5637" w:type="dxa"/>
          </w:tcPr>
          <w:p w14:paraId="2EB8341F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2. </w:t>
            </w:r>
            <w:r w:rsidRPr="00332A8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ข้อมูลเกี่ยวกับแผนเผชิญเหตุมีความชัดเจน เข้าใจง่าย</w:t>
            </w:r>
          </w:p>
        </w:tc>
        <w:tc>
          <w:tcPr>
            <w:tcW w:w="992" w:type="dxa"/>
          </w:tcPr>
          <w:p w14:paraId="6BB44341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709" w:type="dxa"/>
          </w:tcPr>
          <w:p w14:paraId="7D850514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1134" w:type="dxa"/>
          </w:tcPr>
          <w:p w14:paraId="7320C2D4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708" w:type="dxa"/>
          </w:tcPr>
          <w:p w14:paraId="4ADF34E1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993" w:type="dxa"/>
          </w:tcPr>
          <w:p w14:paraId="6FFC6AEF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</w:tr>
      <w:tr w:rsidR="00332A8F" w:rsidRPr="00332A8F" w14:paraId="27F21F5D" w14:textId="77777777" w:rsidTr="00936FCC">
        <w:tc>
          <w:tcPr>
            <w:tcW w:w="5637" w:type="dxa"/>
          </w:tcPr>
          <w:p w14:paraId="1838659B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3.</w:t>
            </w:r>
            <w:r w:rsidRPr="00332A8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วิทยากร</w:t>
            </w:r>
            <w:r w:rsidRPr="00332A8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/</w:t>
            </w:r>
            <w:r w:rsidRPr="00332A8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เจ้าหน้าที่ผู้รับผิดชอบมีความรู้ความสามารถในการดำเนินกิจกรรม</w:t>
            </w:r>
          </w:p>
        </w:tc>
        <w:tc>
          <w:tcPr>
            <w:tcW w:w="992" w:type="dxa"/>
          </w:tcPr>
          <w:p w14:paraId="469EAAB3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709" w:type="dxa"/>
          </w:tcPr>
          <w:p w14:paraId="50076221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1134" w:type="dxa"/>
          </w:tcPr>
          <w:p w14:paraId="464C624E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708" w:type="dxa"/>
          </w:tcPr>
          <w:p w14:paraId="7B642DC3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993" w:type="dxa"/>
          </w:tcPr>
          <w:p w14:paraId="4D3C9377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</w:tr>
      <w:tr w:rsidR="00332A8F" w:rsidRPr="00332A8F" w14:paraId="1C334D5A" w14:textId="77777777" w:rsidTr="00936FCC">
        <w:tc>
          <w:tcPr>
            <w:tcW w:w="5637" w:type="dxa"/>
          </w:tcPr>
          <w:p w14:paraId="0EA9F22E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4. </w:t>
            </w:r>
            <w:r w:rsidRPr="00332A8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ขั้นตอนการซ้อมแผนมีความเหมาะสมกับสถานการณ์จำลอง</w:t>
            </w:r>
          </w:p>
        </w:tc>
        <w:tc>
          <w:tcPr>
            <w:tcW w:w="992" w:type="dxa"/>
          </w:tcPr>
          <w:p w14:paraId="28BC7573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709" w:type="dxa"/>
          </w:tcPr>
          <w:p w14:paraId="60F29318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1134" w:type="dxa"/>
          </w:tcPr>
          <w:p w14:paraId="5501E326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708" w:type="dxa"/>
          </w:tcPr>
          <w:p w14:paraId="44740411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993" w:type="dxa"/>
          </w:tcPr>
          <w:p w14:paraId="31CCE328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</w:tr>
      <w:tr w:rsidR="00332A8F" w:rsidRPr="00332A8F" w14:paraId="654B46F1" w14:textId="77777777" w:rsidTr="00936FCC">
        <w:tc>
          <w:tcPr>
            <w:tcW w:w="5637" w:type="dxa"/>
          </w:tcPr>
          <w:p w14:paraId="772B24AC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5.</w:t>
            </w:r>
            <w:r w:rsidRPr="00332A8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การซ้อมแผนทำให้เกิดความเข้าใจในบทบาทหน้าที่ของตนเองเมื่อเกิดเหตุจริง</w:t>
            </w:r>
          </w:p>
        </w:tc>
        <w:tc>
          <w:tcPr>
            <w:tcW w:w="992" w:type="dxa"/>
          </w:tcPr>
          <w:p w14:paraId="4D2AD66A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709" w:type="dxa"/>
          </w:tcPr>
          <w:p w14:paraId="7F708B21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1134" w:type="dxa"/>
          </w:tcPr>
          <w:p w14:paraId="1B965D0A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708" w:type="dxa"/>
          </w:tcPr>
          <w:p w14:paraId="727BF969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993" w:type="dxa"/>
          </w:tcPr>
          <w:p w14:paraId="191C1481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</w:tr>
      <w:tr w:rsidR="00332A8F" w:rsidRPr="00332A8F" w14:paraId="63C3A714" w14:textId="77777777" w:rsidTr="00936FCC">
        <w:tc>
          <w:tcPr>
            <w:tcW w:w="5637" w:type="dxa"/>
          </w:tcPr>
          <w:p w14:paraId="13ED8097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6.</w:t>
            </w:r>
            <w:r w:rsidRPr="00332A8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การซ้อมแผนส่งผลให้มีความมั่นใจในการเผชิญเหตุจริงมากยิ่งขึ้น</w:t>
            </w:r>
          </w:p>
        </w:tc>
        <w:tc>
          <w:tcPr>
            <w:tcW w:w="992" w:type="dxa"/>
          </w:tcPr>
          <w:p w14:paraId="196AF00F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709" w:type="dxa"/>
          </w:tcPr>
          <w:p w14:paraId="368822B3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1134" w:type="dxa"/>
          </w:tcPr>
          <w:p w14:paraId="1FA81029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708" w:type="dxa"/>
          </w:tcPr>
          <w:p w14:paraId="0D80B44A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993" w:type="dxa"/>
          </w:tcPr>
          <w:p w14:paraId="1D9121A0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</w:tr>
      <w:tr w:rsidR="00332A8F" w:rsidRPr="00332A8F" w14:paraId="19C1F2A8" w14:textId="77777777" w:rsidTr="00936FCC">
        <w:tc>
          <w:tcPr>
            <w:tcW w:w="5637" w:type="dxa"/>
          </w:tcPr>
          <w:p w14:paraId="63ED8DB2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7. </w:t>
            </w:r>
            <w:r w:rsidRPr="00332A8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อุปกรณ์ที่ใช้ในการซ้อมแผนมีความพร้อมและปลอดภัย</w:t>
            </w:r>
          </w:p>
        </w:tc>
        <w:tc>
          <w:tcPr>
            <w:tcW w:w="992" w:type="dxa"/>
          </w:tcPr>
          <w:p w14:paraId="2B61C0EE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709" w:type="dxa"/>
          </w:tcPr>
          <w:p w14:paraId="60332714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1134" w:type="dxa"/>
          </w:tcPr>
          <w:p w14:paraId="256F0215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708" w:type="dxa"/>
          </w:tcPr>
          <w:p w14:paraId="2EAFB4F9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993" w:type="dxa"/>
          </w:tcPr>
          <w:p w14:paraId="25BE8A07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</w:tr>
      <w:tr w:rsidR="00332A8F" w:rsidRPr="00332A8F" w14:paraId="32AF37BF" w14:textId="77777777" w:rsidTr="00936FCC">
        <w:tc>
          <w:tcPr>
            <w:tcW w:w="5637" w:type="dxa"/>
          </w:tcPr>
          <w:p w14:paraId="4086CEC7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8.</w:t>
            </w:r>
            <w:r w:rsidRPr="00332A8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การจัดการด้านสถานที่ในการซ้อมมีความเหมาะสมกับจำนวนผู้เข้าร่วม</w:t>
            </w:r>
          </w:p>
        </w:tc>
        <w:tc>
          <w:tcPr>
            <w:tcW w:w="992" w:type="dxa"/>
          </w:tcPr>
          <w:p w14:paraId="0EB78788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709" w:type="dxa"/>
          </w:tcPr>
          <w:p w14:paraId="31D71AB7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1134" w:type="dxa"/>
          </w:tcPr>
          <w:p w14:paraId="24289BB3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708" w:type="dxa"/>
          </w:tcPr>
          <w:p w14:paraId="44E9E4DD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993" w:type="dxa"/>
          </w:tcPr>
          <w:p w14:paraId="5BFDCD06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</w:tr>
      <w:tr w:rsidR="00332A8F" w:rsidRPr="00332A8F" w14:paraId="685DEA1F" w14:textId="77777777" w:rsidTr="00936FCC">
        <w:tc>
          <w:tcPr>
            <w:tcW w:w="5637" w:type="dxa"/>
          </w:tcPr>
          <w:p w14:paraId="06FA68B1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9. </w:t>
            </w:r>
            <w:r w:rsidRPr="00332A8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ระยะเวลาในการดำเนินกิจกรรมมีความเหมาะสม ไม่ยาวหรือสั้นเกินไป</w:t>
            </w:r>
          </w:p>
        </w:tc>
        <w:tc>
          <w:tcPr>
            <w:tcW w:w="992" w:type="dxa"/>
          </w:tcPr>
          <w:p w14:paraId="4F8EFAA8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709" w:type="dxa"/>
          </w:tcPr>
          <w:p w14:paraId="3B32ED40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1134" w:type="dxa"/>
          </w:tcPr>
          <w:p w14:paraId="2BC49182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708" w:type="dxa"/>
          </w:tcPr>
          <w:p w14:paraId="2F0EF93A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993" w:type="dxa"/>
          </w:tcPr>
          <w:p w14:paraId="6C7BE71B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</w:tr>
      <w:tr w:rsidR="00332A8F" w:rsidRPr="00332A8F" w14:paraId="7F2D9DC4" w14:textId="77777777" w:rsidTr="00936FCC">
        <w:tc>
          <w:tcPr>
            <w:tcW w:w="5637" w:type="dxa"/>
          </w:tcPr>
          <w:p w14:paraId="75EB9614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10.</w:t>
            </w:r>
            <w:r w:rsidRPr="00332A8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โดยรวมแล้วกิจกรรมการซ้อมแผนเผชิญเหตุครั้งนี้มีประโยชน์และควรจัดต่อไปในอนาคต</w:t>
            </w:r>
          </w:p>
        </w:tc>
        <w:tc>
          <w:tcPr>
            <w:tcW w:w="992" w:type="dxa"/>
          </w:tcPr>
          <w:p w14:paraId="69E96FE7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709" w:type="dxa"/>
          </w:tcPr>
          <w:p w14:paraId="3B76EDD3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1134" w:type="dxa"/>
          </w:tcPr>
          <w:p w14:paraId="5C8E899F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708" w:type="dxa"/>
          </w:tcPr>
          <w:p w14:paraId="63428E06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  <w:tc>
          <w:tcPr>
            <w:tcW w:w="993" w:type="dxa"/>
          </w:tcPr>
          <w:p w14:paraId="0B4F604A" w14:textId="77777777" w:rsidR="00332A8F" w:rsidRPr="00332A8F" w:rsidRDefault="00332A8F" w:rsidP="00936F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32A8F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</w:p>
        </w:tc>
      </w:tr>
    </w:tbl>
    <w:p w14:paraId="140A72D3" w14:textId="5BD76D7E" w:rsidR="00332A8F" w:rsidRDefault="00332A8F" w:rsidP="00332A8F">
      <w:pPr>
        <w:rPr>
          <w:rFonts w:ascii="TH SarabunPSK" w:hAnsi="TH SarabunPSK" w:cs="TH SarabunPSK"/>
          <w:sz w:val="32"/>
          <w:szCs w:val="32"/>
        </w:rPr>
      </w:pPr>
      <w:r w:rsidRPr="00D87023">
        <w:rPr>
          <w:rFonts w:ascii="TH SarabunPSK" w:hAnsi="TH SarabunPSK" w:cs="TH SarabunPSK" w:hint="cs"/>
          <w:sz w:val="32"/>
          <w:szCs w:val="32"/>
        </w:rPr>
        <w:br/>
      </w:r>
      <w:r w:rsidRPr="00D87023">
        <w:rPr>
          <w:rFonts w:ascii="TH SarabunPSK" w:hAnsi="TH SarabunPSK" w:cs="TH SarabunPSK" w:hint="cs"/>
          <w:sz w:val="32"/>
          <w:szCs w:val="32"/>
          <w:cs/>
        </w:rPr>
        <w:t xml:space="preserve">ข้อเสนอแนะเพิ่มเติม </w:t>
      </w:r>
      <w:r w:rsidRPr="00D87023">
        <w:rPr>
          <w:rFonts w:ascii="TH SarabunPSK" w:hAnsi="TH SarabunPSK" w:cs="TH SarabunPSK" w:hint="cs"/>
          <w:sz w:val="32"/>
          <w:szCs w:val="32"/>
        </w:rPr>
        <w:t>(</w:t>
      </w:r>
      <w:r w:rsidRPr="00D87023">
        <w:rPr>
          <w:rFonts w:ascii="TH SarabunPSK" w:hAnsi="TH SarabunPSK" w:cs="TH SarabunPSK" w:hint="cs"/>
          <w:sz w:val="32"/>
          <w:szCs w:val="32"/>
          <w:cs/>
        </w:rPr>
        <w:t>ถ้ามี</w:t>
      </w:r>
      <w:r w:rsidRPr="00D87023">
        <w:rPr>
          <w:rFonts w:ascii="TH SarabunPSK" w:hAnsi="TH SarabunPSK" w:cs="TH SarabunPSK" w:hint="cs"/>
          <w:sz w:val="32"/>
          <w:szCs w:val="32"/>
        </w:rPr>
        <w:t>):</w:t>
      </w:r>
    </w:p>
    <w:p w14:paraId="729054D6" w14:textId="2E3F577A" w:rsidR="00936613" w:rsidRDefault="00936613" w:rsidP="00332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E83032" w14:textId="3DC28539" w:rsidR="00B21D3F" w:rsidRDefault="00B21D3F" w:rsidP="00332A8F">
      <w:pPr>
        <w:rPr>
          <w:rFonts w:ascii="TH SarabunPSK" w:hAnsi="TH SarabunPSK" w:cs="TH SarabunPSK"/>
          <w:sz w:val="32"/>
          <w:szCs w:val="32"/>
        </w:rPr>
      </w:pPr>
    </w:p>
    <w:p w14:paraId="6A7DC055" w14:textId="3EA52EEA" w:rsidR="00B21D3F" w:rsidRDefault="00B21D3F" w:rsidP="00332A8F">
      <w:pPr>
        <w:rPr>
          <w:rFonts w:ascii="TH SarabunPSK" w:hAnsi="TH SarabunPSK" w:cs="TH SarabunPSK"/>
          <w:sz w:val="32"/>
          <w:szCs w:val="32"/>
        </w:rPr>
      </w:pPr>
    </w:p>
    <w:p w14:paraId="62059FF2" w14:textId="226A2CB1" w:rsidR="00B21D3F" w:rsidRDefault="00B21D3F" w:rsidP="00332A8F">
      <w:pPr>
        <w:rPr>
          <w:rFonts w:ascii="TH SarabunPSK" w:hAnsi="TH SarabunPSK" w:cs="TH SarabunPSK"/>
          <w:sz w:val="32"/>
          <w:szCs w:val="32"/>
        </w:rPr>
      </w:pPr>
    </w:p>
    <w:p w14:paraId="5E414762" w14:textId="4BFDCD09" w:rsidR="00B21D3F" w:rsidRDefault="00B21D3F" w:rsidP="00332A8F">
      <w:pPr>
        <w:rPr>
          <w:rFonts w:ascii="TH SarabunPSK" w:hAnsi="TH SarabunPSK" w:cs="TH SarabunPSK"/>
          <w:sz w:val="32"/>
          <w:szCs w:val="32"/>
        </w:rPr>
      </w:pPr>
    </w:p>
    <w:p w14:paraId="70A6E5BF" w14:textId="067246B4" w:rsidR="00332A8F" w:rsidRPr="00D87023" w:rsidRDefault="00332A8F" w:rsidP="00332A8F">
      <w:pPr>
        <w:rPr>
          <w:rFonts w:ascii="TH SarabunPSK" w:hAnsi="TH SarabunPSK" w:cs="TH SarabunPSK"/>
          <w:sz w:val="32"/>
          <w:szCs w:val="32"/>
        </w:rPr>
      </w:pPr>
    </w:p>
    <w:p w14:paraId="241C6298" w14:textId="77777777" w:rsidR="00332A8F" w:rsidRDefault="00332A8F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  <w:r>
        <w:rPr>
          <w:noProof/>
        </w:rPr>
        <w:drawing>
          <wp:inline distT="0" distB="0" distL="0" distR="0" wp14:anchorId="03782A1E" wp14:editId="33F485C2">
            <wp:extent cx="720000" cy="720000"/>
            <wp:effectExtent l="0" t="0" r="0" b="4445"/>
            <wp:docPr id="1385591530" name="รูปภาพ 2" descr="ตราสัญลักษณ์ สพฐ. สวยๆ ชัดๆ - ครูเชียงร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ตราสัญลักษณ์ สพฐ. สวยๆ ชัดๆ - ครูเชียงราย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6FFA">
        <w:t xml:space="preserve"> </w:t>
      </w:r>
      <w:r>
        <w:rPr>
          <w:noProof/>
        </w:rPr>
        <w:drawing>
          <wp:inline distT="0" distB="0" distL="0" distR="0" wp14:anchorId="46BC3A8B" wp14:editId="3E1EC2E2">
            <wp:extent cx="679001" cy="720000"/>
            <wp:effectExtent l="0" t="0" r="6985" b="4445"/>
            <wp:docPr id="1405247214" name="รูปภาพ 3" descr="บุคลากร – ศูนย์บริหารความสุขและความปลอดภัย สพฐ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บุคลากร – ศูนย์บริหารความสุขและความปลอดภัย สพฐ.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01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F203B" w14:textId="77777777" w:rsidR="00332A8F" w:rsidRDefault="00332A8F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  <w:r>
        <w:rPr>
          <w:rFonts w:ascii="TH SarabunPSK" w:hAnsi="TH SarabunPSK" w:cs="TH SarabunPSK" w:hint="cs"/>
          <w:b/>
          <w:bCs/>
          <w:sz w:val="32"/>
          <w:szCs w:val="36"/>
          <w:cs/>
        </w:rPr>
        <w:t>แบบรายงานการดำเนินการแผนเผชิญเหตุสถานศึกษา</w:t>
      </w:r>
    </w:p>
    <w:p w14:paraId="29846E6C" w14:textId="77777777" w:rsidR="00332A8F" w:rsidRDefault="00332A8F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</w:p>
    <w:p w14:paraId="588CE9CB" w14:textId="77777777" w:rsidR="00332A8F" w:rsidRDefault="00332A8F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</w:p>
    <w:p w14:paraId="30F1F24E" w14:textId="77777777" w:rsidR="00332A8F" w:rsidRDefault="00332A8F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</w:p>
    <w:p w14:paraId="4CE960D8" w14:textId="77777777" w:rsidR="00332A8F" w:rsidRDefault="00332A8F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</w:p>
    <w:p w14:paraId="30351563" w14:textId="77777777" w:rsidR="00332A8F" w:rsidRDefault="00332A8F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</w:p>
    <w:p w14:paraId="7F824569" w14:textId="77777777" w:rsidR="00332A8F" w:rsidRDefault="00332A8F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</w:p>
    <w:p w14:paraId="43ADD42A" w14:textId="17FB661E" w:rsidR="00332A8F" w:rsidRDefault="00332A8F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</w:p>
    <w:p w14:paraId="228947B8" w14:textId="127E39A7" w:rsidR="0044667C" w:rsidRDefault="0044667C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</w:p>
    <w:p w14:paraId="0F766961" w14:textId="33956112" w:rsidR="0044667C" w:rsidRDefault="0044667C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</w:p>
    <w:p w14:paraId="04B9D12D" w14:textId="5EDA47EB" w:rsidR="0044667C" w:rsidRDefault="0044667C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</w:p>
    <w:p w14:paraId="7705DB9C" w14:textId="1D4ACA97" w:rsidR="0044667C" w:rsidRDefault="0044667C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</w:p>
    <w:p w14:paraId="594AC325" w14:textId="3AFB7A99" w:rsidR="0044667C" w:rsidRDefault="0044667C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</w:p>
    <w:p w14:paraId="5C9B18F8" w14:textId="57D69436" w:rsidR="0044667C" w:rsidRDefault="0044667C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</w:p>
    <w:p w14:paraId="5E00BCA6" w14:textId="01246A8F" w:rsidR="0044667C" w:rsidRDefault="0044667C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</w:p>
    <w:p w14:paraId="6D189B55" w14:textId="0B7E5F10" w:rsidR="0044667C" w:rsidRDefault="0044667C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</w:p>
    <w:p w14:paraId="0A11ACED" w14:textId="0F64F498" w:rsidR="0044667C" w:rsidRDefault="0044667C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</w:p>
    <w:p w14:paraId="2F0835B3" w14:textId="6688A6C7" w:rsidR="0044667C" w:rsidRDefault="0044667C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</w:p>
    <w:p w14:paraId="237319D4" w14:textId="77777777" w:rsidR="0044667C" w:rsidRDefault="0044667C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</w:p>
    <w:p w14:paraId="7EB13562" w14:textId="427C5096" w:rsidR="00332A8F" w:rsidRDefault="00332A8F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</w:p>
    <w:p w14:paraId="362C5379" w14:textId="1F035791" w:rsidR="0044667C" w:rsidRDefault="0044667C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</w:p>
    <w:p w14:paraId="5E43154A" w14:textId="56B13014" w:rsidR="0044667C" w:rsidRDefault="0044667C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</w:p>
    <w:p w14:paraId="668E6341" w14:textId="77777777" w:rsidR="0044667C" w:rsidRDefault="0044667C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</w:p>
    <w:p w14:paraId="6F59E08B" w14:textId="77777777" w:rsidR="00332A8F" w:rsidRDefault="00332A8F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</w:p>
    <w:p w14:paraId="5DD38969" w14:textId="77777777" w:rsidR="0044667C" w:rsidRDefault="0044667C" w:rsidP="0044667C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</w:p>
    <w:p w14:paraId="719F213D" w14:textId="77777777" w:rsidR="0044667C" w:rsidRDefault="0044667C" w:rsidP="0044667C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</w:p>
    <w:p w14:paraId="2C5BEB47" w14:textId="77777777" w:rsidR="0044667C" w:rsidRDefault="0044667C" w:rsidP="0044667C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</w:p>
    <w:p w14:paraId="6042B228" w14:textId="36F9E892" w:rsidR="00332A8F" w:rsidRDefault="00332A8F" w:rsidP="0044667C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  <w:r>
        <w:rPr>
          <w:rFonts w:ascii="TH SarabunPSK" w:hAnsi="TH SarabunPSK" w:cs="TH SarabunPSK" w:hint="cs"/>
          <w:b/>
          <w:bCs/>
          <w:sz w:val="32"/>
          <w:szCs w:val="36"/>
          <w:cs/>
        </w:rPr>
        <w:t>โรงเรียน</w:t>
      </w:r>
      <w:r w:rsidR="0044667C">
        <w:rPr>
          <w:rFonts w:ascii="TH SarabunPSK" w:hAnsi="TH SarabunPSK" w:cs="TH SarabunPSK" w:hint="cs"/>
          <w:b/>
          <w:bCs/>
          <w:sz w:val="32"/>
          <w:szCs w:val="36"/>
          <w:cs/>
        </w:rPr>
        <w:t>บ้านนาสีนวน</w:t>
      </w:r>
    </w:p>
    <w:p w14:paraId="23D5CB72" w14:textId="7DA667F0" w:rsidR="00332A8F" w:rsidRDefault="00332A8F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  <w:r>
        <w:rPr>
          <w:rFonts w:ascii="TH SarabunPSK" w:hAnsi="TH SarabunPSK" w:cs="TH SarabunPSK" w:hint="cs"/>
          <w:b/>
          <w:bCs/>
          <w:sz w:val="32"/>
          <w:szCs w:val="36"/>
          <w:cs/>
        </w:rPr>
        <w:t>สำนักงานเขตพื้นที่การศึกษา</w:t>
      </w:r>
      <w:r w:rsidR="0044667C">
        <w:rPr>
          <w:rFonts w:ascii="TH SarabunPSK" w:hAnsi="TH SarabunPSK" w:cs="TH SarabunPSK" w:hint="cs"/>
          <w:b/>
          <w:bCs/>
          <w:sz w:val="32"/>
          <w:szCs w:val="36"/>
          <w:cs/>
        </w:rPr>
        <w:t>ประถมศึกษามหาสารคาม เขต 1</w:t>
      </w:r>
    </w:p>
    <w:p w14:paraId="5BEA9BBF" w14:textId="77777777" w:rsidR="00332A8F" w:rsidRDefault="00332A8F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  <w:r>
        <w:rPr>
          <w:rFonts w:ascii="TH SarabunPSK" w:hAnsi="TH SarabunPSK" w:cs="TH SarabunPSK" w:hint="cs"/>
          <w:b/>
          <w:bCs/>
          <w:sz w:val="32"/>
          <w:szCs w:val="36"/>
          <w:cs/>
        </w:rPr>
        <w:t>สำนักงานคณะกรรมการการศึกษาขั้นพื้นฐาน</w:t>
      </w:r>
    </w:p>
    <w:p w14:paraId="5265C53A" w14:textId="5E276B41" w:rsidR="00332A8F" w:rsidRDefault="00332A8F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  <w:r>
        <w:rPr>
          <w:rFonts w:ascii="TH SarabunPSK" w:hAnsi="TH SarabunPSK" w:cs="TH SarabunPSK" w:hint="cs"/>
          <w:b/>
          <w:bCs/>
          <w:sz w:val="32"/>
          <w:szCs w:val="36"/>
          <w:cs/>
        </w:rPr>
        <w:t>กระทรวงศึกษาธิการ</w:t>
      </w:r>
    </w:p>
    <w:p w14:paraId="6E5995FA" w14:textId="77777777" w:rsidR="00332A8F" w:rsidRDefault="00332A8F" w:rsidP="00332A8F">
      <w:pPr>
        <w:jc w:val="center"/>
        <w:rPr>
          <w:rFonts w:ascii="TH SarabunPSK" w:hAnsi="TH SarabunPSK" w:cs="TH SarabunPSK"/>
          <w:b/>
          <w:bCs/>
          <w:sz w:val="32"/>
          <w:szCs w:val="36"/>
        </w:rPr>
      </w:pPr>
      <w:r>
        <w:rPr>
          <w:rFonts w:ascii="TH SarabunPSK" w:hAnsi="TH SarabunPSK" w:cs="TH SarabunPSK" w:hint="cs"/>
          <w:b/>
          <w:bCs/>
          <w:sz w:val="32"/>
          <w:szCs w:val="36"/>
          <w:cs/>
        </w:rPr>
        <w:lastRenderedPageBreak/>
        <w:t>แบบรายงานการดำเนินการแผนเผชิญเหตุสถานศึกษา</w:t>
      </w:r>
    </w:p>
    <w:p w14:paraId="7DDB9087" w14:textId="77777777" w:rsidR="00332A8F" w:rsidRPr="00F72898" w:rsidRDefault="00332A8F" w:rsidP="00332A8F">
      <w:pPr>
        <w:rPr>
          <w:rFonts w:ascii="TH SarabunPSK" w:hAnsi="TH SarabunPSK" w:cs="TH SarabunPSK"/>
          <w:b/>
          <w:bCs/>
          <w:sz w:val="32"/>
          <w:szCs w:val="32"/>
        </w:rPr>
      </w:pPr>
      <w:r w:rsidRPr="00F72898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ข้อมูลสถานศึกษา</w:t>
      </w:r>
    </w:p>
    <w:p w14:paraId="6B447CDB" w14:textId="78C3A9C6" w:rsidR="00332A8F" w:rsidRDefault="00332A8F" w:rsidP="00332A8F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 ชื่อสถานศึกษา...........</w:t>
      </w:r>
      <w:r w:rsidR="00F311A9">
        <w:rPr>
          <w:rFonts w:ascii="TH SarabunPSK" w:hAnsi="TH SarabunPSK" w:cs="TH SarabunPSK" w:hint="cs"/>
          <w:sz w:val="32"/>
          <w:szCs w:val="32"/>
          <w:cs/>
        </w:rPr>
        <w:t>โรงเรียนบ้านนาสีนวน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สำนักงานเขตพื้นที่การศึกษาประถมศึกษา</w:t>
      </w:r>
      <w:r w:rsidR="00F311A9">
        <w:rPr>
          <w:rFonts w:ascii="TH SarabunPSK" w:hAnsi="TH SarabunPSK" w:cs="TH SarabunPSK" w:hint="cs"/>
          <w:sz w:val="32"/>
          <w:szCs w:val="32"/>
          <w:cs/>
        </w:rPr>
        <w:t>มหาสารคามเขต 1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เขตตรวจราชการที่</w:t>
      </w:r>
      <w:r>
        <w:rPr>
          <w:rFonts w:ascii="TH SarabunPSK" w:hAnsi="TH SarabunPSK" w:cs="TH SarabunPSK"/>
          <w:sz w:val="32"/>
          <w:szCs w:val="32"/>
        </w:rPr>
        <w:t>…</w:t>
      </w:r>
      <w:r w:rsidR="00F311A9">
        <w:rPr>
          <w:rFonts w:ascii="TH SarabunPSK" w:hAnsi="TH SarabunPSK" w:cs="TH SarabunPSK" w:hint="cs"/>
          <w:sz w:val="32"/>
          <w:szCs w:val="32"/>
          <w:cs/>
        </w:rPr>
        <w:t>12</w:t>
      </w:r>
      <w:r>
        <w:rPr>
          <w:rFonts w:ascii="TH SarabunPSK" w:hAnsi="TH SarabunPSK" w:cs="TH SarabunPSK"/>
          <w:sz w:val="32"/>
          <w:szCs w:val="32"/>
        </w:rPr>
        <w:t>….</w:t>
      </w:r>
    </w:p>
    <w:p w14:paraId="3D76DA77" w14:textId="7F27319D" w:rsidR="00332A8F" w:rsidRDefault="00332A8F" w:rsidP="00332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ชื่อผู้บริหารสถานศึกษา............</w:t>
      </w:r>
      <w:r w:rsidR="00F311A9"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 w:rsidR="00F311A9"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 w:rsidR="00F311A9">
        <w:rPr>
          <w:rFonts w:ascii="TH SarabunPSK" w:hAnsi="TH SarabunPSK" w:cs="TH SarabunPSK" w:hint="cs"/>
          <w:sz w:val="32"/>
          <w:szCs w:val="32"/>
          <w:cs/>
        </w:rPr>
        <w:t>ชา   บุพชาติ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</w:t>
      </w:r>
      <w:r w:rsidR="00F311A9">
        <w:rPr>
          <w:rFonts w:ascii="TH SarabunPSK" w:hAnsi="TH SarabunPSK" w:cs="TH SarabunPSK" w:hint="cs"/>
          <w:sz w:val="32"/>
          <w:szCs w:val="32"/>
          <w:cs/>
        </w:rPr>
        <w:t>.......................</w:t>
      </w:r>
    </w:p>
    <w:p w14:paraId="13A7D948" w14:textId="5E62F38D" w:rsidR="00332A8F" w:rsidRDefault="00332A8F" w:rsidP="00332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ตำแหน่ง.......................</w:t>
      </w:r>
      <w:r w:rsidR="00F311A9">
        <w:rPr>
          <w:rFonts w:ascii="TH SarabunPSK" w:hAnsi="TH SarabunPSK" w:cs="TH SarabunPSK" w:hint="cs"/>
          <w:sz w:val="32"/>
          <w:szCs w:val="32"/>
          <w:cs/>
        </w:rPr>
        <w:t>ผู้อำนวยการสถานศึกษา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</w:t>
      </w:r>
    </w:p>
    <w:p w14:paraId="29474EAA" w14:textId="3FE61AAF" w:rsidR="00332A8F" w:rsidRDefault="00332A8F" w:rsidP="00332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หมายเลขโทรศัพท์ติดต่อ......................</w:t>
      </w:r>
      <w:r w:rsidR="00F311A9" w:rsidRPr="00F311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311A9">
        <w:rPr>
          <w:rFonts w:ascii="TH SarabunPSK" w:hAnsi="TH SarabunPSK" w:cs="TH SarabunPSK" w:hint="cs"/>
          <w:sz w:val="32"/>
          <w:szCs w:val="32"/>
          <w:cs/>
        </w:rPr>
        <w:t>090-0244105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</w:t>
      </w:r>
      <w:r w:rsidR="00F311A9">
        <w:rPr>
          <w:rFonts w:ascii="TH SarabunPSK" w:hAnsi="TH SarabunPSK" w:cs="TH SarabunPSK" w:hint="cs"/>
          <w:sz w:val="32"/>
          <w:szCs w:val="32"/>
          <w:cs/>
        </w:rPr>
        <w:t>.........................</w:t>
      </w:r>
    </w:p>
    <w:p w14:paraId="2FA18961" w14:textId="77777777" w:rsidR="00332A8F" w:rsidRDefault="00332A8F" w:rsidP="00332A8F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 ประเภทสถานศึกษา</w:t>
      </w:r>
    </w:p>
    <w:p w14:paraId="63201BDD" w14:textId="69FFAFE5" w:rsidR="00332A8F" w:rsidRDefault="00F311A9" w:rsidP="00332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FE"/>
      </w:r>
      <w:r w:rsidR="00332A8F">
        <w:rPr>
          <w:rFonts w:ascii="TH SarabunPSK" w:hAnsi="TH SarabunPSK" w:cs="TH SarabunPSK" w:hint="cs"/>
          <w:sz w:val="32"/>
          <w:szCs w:val="32"/>
          <w:cs/>
        </w:rPr>
        <w:t xml:space="preserve"> โรงเรียนประถมศึกษา </w:t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="00332A8F">
        <w:rPr>
          <w:rFonts w:ascii="TH SarabunPSK" w:hAnsi="TH SarabunPSK" w:cs="TH SarabunPSK" w:hint="cs"/>
          <w:sz w:val="32"/>
          <w:szCs w:val="32"/>
          <w:cs/>
        </w:rPr>
        <w:t xml:space="preserve"> โรงเรียนขยายโอกาสทางการศึกษา </w:t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="00332A8F">
        <w:rPr>
          <w:rFonts w:ascii="TH SarabunPSK" w:hAnsi="TH SarabunPSK" w:cs="TH SarabunPSK" w:hint="cs"/>
          <w:sz w:val="32"/>
          <w:szCs w:val="32"/>
          <w:cs/>
        </w:rPr>
        <w:t xml:space="preserve"> โรงเรียนมัธยมศึกษา </w:t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="00332A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332A8F">
        <w:rPr>
          <w:rFonts w:ascii="TH SarabunPSK" w:hAnsi="TH SarabunPSK" w:cs="TH SarabunPSK" w:hint="cs"/>
          <w:sz w:val="32"/>
          <w:szCs w:val="32"/>
          <w:cs/>
        </w:rPr>
        <w:t>อื่นๆ</w:t>
      </w:r>
      <w:proofErr w:type="spellEnd"/>
      <w:r w:rsidR="00332A8F">
        <w:rPr>
          <w:rFonts w:ascii="TH SarabunPSK" w:hAnsi="TH SarabunPSK" w:cs="TH SarabunPSK" w:hint="cs"/>
          <w:sz w:val="32"/>
          <w:szCs w:val="32"/>
          <w:cs/>
        </w:rPr>
        <w:t xml:space="preserve"> ....................</w:t>
      </w:r>
    </w:p>
    <w:p w14:paraId="61D9CE04" w14:textId="080E6912" w:rsidR="00332A8F" w:rsidRDefault="00332A8F" w:rsidP="00332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311A9">
        <w:rPr>
          <w:rFonts w:ascii="TH SarabunPSK" w:hAnsi="TH SarabunPSK" w:cs="TH SarabunPSK"/>
          <w:sz w:val="32"/>
          <w:szCs w:val="32"/>
        </w:rPr>
        <w:sym w:font="Wingdings" w:char="F0FE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ขนาดเล็ก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จำนวนนักเรียนตั้งแต่ 1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120 คน</w:t>
      </w:r>
    </w:p>
    <w:p w14:paraId="7BC15C65" w14:textId="55C8ED21" w:rsidR="00332A8F" w:rsidRDefault="00332A8F" w:rsidP="00332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311A9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ขนาดกลาง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จำนวนนักเรียนตั้งแต่ 121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719 คน</w:t>
      </w:r>
    </w:p>
    <w:p w14:paraId="440292F1" w14:textId="3E6FF528" w:rsidR="00332A8F" w:rsidRDefault="00332A8F" w:rsidP="00332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311A9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ขนาดใหญ่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จำนวนนักเรียนตั้งแต่ 720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</w:t>
      </w:r>
      <w:r>
        <w:rPr>
          <w:rFonts w:ascii="TH SarabunPSK" w:hAnsi="TH SarabunPSK" w:cs="TH SarabunPSK"/>
          <w:sz w:val="32"/>
          <w:szCs w:val="32"/>
        </w:rPr>
        <w:t>,679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</w:p>
    <w:p w14:paraId="31CBF1F5" w14:textId="77F00133" w:rsidR="00332A8F" w:rsidRDefault="00332A8F" w:rsidP="00332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311A9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ขนาดใหญ่พิเศษ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จำนวนนักเรียนตั้งแต่ 1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680 คนขึ้นไป</w:t>
      </w:r>
    </w:p>
    <w:p w14:paraId="780E05A3" w14:textId="727581BB" w:rsidR="00332A8F" w:rsidRDefault="00332A8F" w:rsidP="00332A8F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 สถานศึกษาของท่านมีแผนเผชิญเหตุหรือไม่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C6362">
        <w:rPr>
          <w:rFonts w:ascii="TH SarabunPSK" w:hAnsi="TH SarabunPSK" w:cs="TH SarabunPSK"/>
          <w:sz w:val="32"/>
          <w:szCs w:val="32"/>
        </w:rPr>
        <w:sym w:font="Wingdings" w:char="F0FE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C6362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ไม่มี</w:t>
      </w:r>
    </w:p>
    <w:p w14:paraId="4CFB42EA" w14:textId="77777777" w:rsidR="00332A8F" w:rsidRPr="00142A89" w:rsidRDefault="00332A8F" w:rsidP="00332A8F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142A89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ข้อมูลการดำเนินการ</w:t>
      </w:r>
    </w:p>
    <w:p w14:paraId="5E42D8DB" w14:textId="77777777" w:rsidR="00332A8F" w:rsidRDefault="00332A8F" w:rsidP="00332A8F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 สถานศึกษาของท่านได้ดำเนินการ ทบทวน ตรวจสอบ และปรับแผนเผชิญเหตุให้เป็นปัจจุบัน หรือไม่</w:t>
      </w:r>
    </w:p>
    <w:p w14:paraId="45863F32" w14:textId="701158C8" w:rsidR="00332A8F" w:rsidRDefault="00332A8F" w:rsidP="00332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6362">
        <w:rPr>
          <w:rFonts w:ascii="TH SarabunPSK" w:hAnsi="TH SarabunPSK" w:cs="TH SarabunPSK"/>
          <w:sz w:val="32"/>
          <w:szCs w:val="32"/>
        </w:rPr>
        <w:sym w:font="Wingdings" w:char="F0FE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ดำเนินการ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C6362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ไม่ดำเนินการ</w:t>
      </w:r>
    </w:p>
    <w:p w14:paraId="4A3341BF" w14:textId="77777777" w:rsidR="00332A8F" w:rsidRDefault="00332A8F" w:rsidP="00332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เนื่องจาก......................................................................................................................................</w:t>
      </w:r>
    </w:p>
    <w:p w14:paraId="2B6E1B66" w14:textId="77777777" w:rsidR="00332A8F" w:rsidRDefault="00332A8F" w:rsidP="00332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 แผนเผชิญเหตุสถานศึกษาของท่านมีองค์ประกอบสำคัญครบถ้วนหรือไม่</w:t>
      </w:r>
    </w:p>
    <w:p w14:paraId="3A1DD7D2" w14:textId="591E31BA" w:rsidR="00332A8F" w:rsidRDefault="00332A8F" w:rsidP="00332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6362">
        <w:rPr>
          <w:rFonts w:ascii="TH SarabunPSK" w:hAnsi="TH SarabunPSK" w:cs="TH SarabunPSK"/>
          <w:sz w:val="32"/>
          <w:szCs w:val="32"/>
        </w:rPr>
        <w:sym w:font="Wingdings" w:char="F0FE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มีผู้บัญชาการเหตุการณ์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C6362">
        <w:rPr>
          <w:rFonts w:ascii="TH SarabunPSK" w:hAnsi="TH SarabunPSK" w:cs="TH SarabunPSK"/>
          <w:sz w:val="32"/>
          <w:szCs w:val="32"/>
        </w:rPr>
        <w:sym w:font="Wingdings" w:char="F0FE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มีผู้รับผิดชอบงานความปลอดภัยฝ่ายต่าง ๆ</w:t>
      </w:r>
    </w:p>
    <w:p w14:paraId="25ED5CDF" w14:textId="583EBFF0" w:rsidR="00332A8F" w:rsidRDefault="00332A8F" w:rsidP="00332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6362">
        <w:rPr>
          <w:rFonts w:ascii="TH SarabunPSK" w:hAnsi="TH SarabunPSK" w:cs="TH SarabunPSK"/>
          <w:sz w:val="32"/>
          <w:szCs w:val="32"/>
        </w:rPr>
        <w:sym w:font="Wingdings" w:char="F0FE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มีหมายเลขโทรศัพท์ของหน่วยงาน และผู้ที่เกี่ยวข้องในพื้นที่บริการและใกล้เคียง ติดต่อได้สะดวกและรวดเร็ว</w:t>
      </w:r>
    </w:p>
    <w:p w14:paraId="1E1098BA" w14:textId="004FD2C7" w:rsidR="00332A8F" w:rsidRDefault="00332A8F" w:rsidP="00332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6362">
        <w:rPr>
          <w:rFonts w:ascii="TH SarabunPSK" w:hAnsi="TH SarabunPSK" w:cs="TH SarabunPSK"/>
          <w:sz w:val="32"/>
          <w:szCs w:val="32"/>
        </w:rPr>
        <w:sym w:font="Wingdings" w:char="F0FE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มีช่องทางติดต่อสื่อสารหลัก เช่น โทรศัพท์ กลุ่มไลน์</w:t>
      </w:r>
    </w:p>
    <w:p w14:paraId="7DBFD682" w14:textId="5B1E33D7" w:rsidR="00332A8F" w:rsidRDefault="00332A8F" w:rsidP="00332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6362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มีช่องทางติดต่อสื่อสารรอง เช่น วิทยุสื่อสาร</w:t>
      </w:r>
    </w:p>
    <w:p w14:paraId="4395293F" w14:textId="01DE8B49" w:rsidR="00332A8F" w:rsidRDefault="00332A8F" w:rsidP="00332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6362">
        <w:rPr>
          <w:rFonts w:ascii="TH SarabunPSK" w:hAnsi="TH SarabunPSK" w:cs="TH SarabunPSK"/>
          <w:sz w:val="32"/>
          <w:szCs w:val="32"/>
        </w:rPr>
        <w:sym w:font="Wingdings" w:char="F0FE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มีแนวปฏิบัติความปลอดภัย ก่อนเกิดเหตุ ขณะเกิดเหตุ และหลังเกิดเหตุ ในแต่ละกลุ่มภัย</w:t>
      </w:r>
    </w:p>
    <w:p w14:paraId="4C5C1EA4" w14:textId="29842BC4" w:rsidR="00332A8F" w:rsidRDefault="00332A8F" w:rsidP="00332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6362">
        <w:rPr>
          <w:rFonts w:ascii="TH SarabunPSK" w:hAnsi="TH SarabunPSK" w:cs="TH SarabunPSK"/>
          <w:sz w:val="32"/>
          <w:szCs w:val="32"/>
        </w:rPr>
        <w:sym w:font="Wingdings" w:char="F0FE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มีเนื้อหากระชับ ตัวอักษรอ่านง่าย ชัดเจน พร้อมใช้งานอย่างมีประสิทธิภาพ</w:t>
      </w:r>
    </w:p>
    <w:p w14:paraId="051061BB" w14:textId="28311F11" w:rsidR="00332A8F" w:rsidRDefault="00332A8F" w:rsidP="00332A8F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 สถานศึกษาได้วิเคราะห์และประเมินปัจจัยความเสี่ยงจาก 4 กลุ่มภัย ตามบริบทของตนเอง และจัดลำดับความเสี่ยงที่จะส่งผลกระทบต่อผู้เกี่ยวข้องหรือไม่ </w:t>
      </w:r>
      <w:r w:rsidR="007976CA">
        <w:rPr>
          <w:rFonts w:ascii="TH SarabunPSK" w:hAnsi="TH SarabunPSK" w:cs="TH SarabunPSK"/>
          <w:sz w:val="32"/>
          <w:szCs w:val="32"/>
        </w:rPr>
        <w:sym w:font="Wingdings" w:char="F0FE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ดำเนินการ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976CA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ไม่ได้ดำเนินการ</w:t>
      </w:r>
    </w:p>
    <w:p w14:paraId="608208D7" w14:textId="77777777" w:rsidR="00332A8F" w:rsidRDefault="00332A8F" w:rsidP="00332A8F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 สถานศึกษาของท่าน มีชนิดภัยที่มีความเสี่ยงสูง 3 อันดับแรก ได้แก่</w:t>
      </w:r>
    </w:p>
    <w:p w14:paraId="779A0C00" w14:textId="77777777" w:rsidR="00332A8F" w:rsidRDefault="00332A8F" w:rsidP="00332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4.1 ................................................................................................................................................</w:t>
      </w:r>
    </w:p>
    <w:p w14:paraId="6BCB4B6B" w14:textId="77777777" w:rsidR="00332A8F" w:rsidRDefault="00332A8F" w:rsidP="00332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4.2 ................................................................................................................................................</w:t>
      </w:r>
    </w:p>
    <w:p w14:paraId="7119259B" w14:textId="77777777" w:rsidR="00332A8F" w:rsidRDefault="00332A8F" w:rsidP="00332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4.3 ................................................................................................................................................</w:t>
      </w:r>
    </w:p>
    <w:p w14:paraId="6CC48E23" w14:textId="77777777" w:rsidR="00332A8F" w:rsidRDefault="00332A8F" w:rsidP="00332A8F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 สถานศึกษาของท่าน ได้ดำเนินการซักซ้อมแผนเผชิญเหตุ หรือไม่</w:t>
      </w:r>
    </w:p>
    <w:p w14:paraId="4B8DC508" w14:textId="57DDD0E3" w:rsidR="00332A8F" w:rsidRDefault="00332A8F" w:rsidP="00332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A034A3">
        <w:rPr>
          <w:rFonts w:ascii="TH SarabunPSK" w:hAnsi="TH SarabunPSK" w:cs="TH SarabunPSK"/>
          <w:sz w:val="32"/>
          <w:szCs w:val="32"/>
        </w:rPr>
        <w:sym w:font="Wingdings" w:char="F0FE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ดำเนินการ วันที่........</w:t>
      </w:r>
      <w:r w:rsidR="005C57F2">
        <w:rPr>
          <w:rFonts w:ascii="TH SarabunPSK" w:hAnsi="TH SarabunPSK" w:cs="TH SarabunPSK" w:hint="cs"/>
          <w:sz w:val="32"/>
          <w:szCs w:val="32"/>
          <w:cs/>
        </w:rPr>
        <w:t>10 มิถุนายน  2569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A034A3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ไม่ดำเนินการ</w:t>
      </w:r>
    </w:p>
    <w:p w14:paraId="18CCA88A" w14:textId="77777777" w:rsidR="00332A8F" w:rsidRDefault="00332A8F" w:rsidP="00332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เนื่องจาก................................................................................................................................................</w:t>
      </w:r>
    </w:p>
    <w:p w14:paraId="7E6A676F" w14:textId="77777777" w:rsidR="00332A8F" w:rsidRDefault="00332A8F" w:rsidP="00332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 ภาพประกอบการดำเนินการแผนเผชิญเหตุสถานศึกษา (8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10 ภาพ)</w:t>
      </w:r>
    </w:p>
    <w:p w14:paraId="530EFB18" w14:textId="77777777" w:rsidR="00332A8F" w:rsidRDefault="00332A8F" w:rsidP="00332A8F">
      <w:pPr>
        <w:rPr>
          <w:rFonts w:ascii="TH SarabunPSK" w:hAnsi="TH SarabunPSK" w:cs="TH SarabunPSK"/>
          <w:sz w:val="32"/>
          <w:szCs w:val="32"/>
        </w:rPr>
      </w:pPr>
    </w:p>
    <w:p w14:paraId="00C3A59C" w14:textId="0C968AB1" w:rsidR="00332A8F" w:rsidRDefault="005C57F2" w:rsidP="00332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872256" behindDoc="0" locked="0" layoutInCell="1" allowOverlap="1" wp14:anchorId="6DD3438A" wp14:editId="56A7A3C0">
            <wp:simplePos x="0" y="0"/>
            <wp:positionH relativeFrom="margin">
              <wp:posOffset>3315694</wp:posOffset>
            </wp:positionH>
            <wp:positionV relativeFrom="paragraph">
              <wp:posOffset>79844</wp:posOffset>
            </wp:positionV>
            <wp:extent cx="2242394" cy="1543713"/>
            <wp:effectExtent l="0" t="0" r="5715" b="0"/>
            <wp:wrapNone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LINE_ALBUM_อบรมการขับขี่ปลอดภัย 2569_260613_2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490" cy="1552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097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870208" behindDoc="0" locked="0" layoutInCell="1" allowOverlap="1" wp14:anchorId="196B1C32" wp14:editId="06535D34">
            <wp:simplePos x="0" y="0"/>
            <wp:positionH relativeFrom="margin">
              <wp:posOffset>500932</wp:posOffset>
            </wp:positionH>
            <wp:positionV relativeFrom="paragraph">
              <wp:posOffset>79844</wp:posOffset>
            </wp:positionV>
            <wp:extent cx="2282025" cy="1544143"/>
            <wp:effectExtent l="0" t="0" r="4445" b="0"/>
            <wp:wrapNone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LINE_ALBUM_อบรมการขับขี่ปลอดภัย 2569_260613_2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063" cy="1551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A8F"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D273084" wp14:editId="246DCD7B">
                <wp:simplePos x="0" y="0"/>
                <wp:positionH relativeFrom="column">
                  <wp:posOffset>3279195</wp:posOffset>
                </wp:positionH>
                <wp:positionV relativeFrom="paragraph">
                  <wp:posOffset>59663</wp:posOffset>
                </wp:positionV>
                <wp:extent cx="2325757" cy="1590261"/>
                <wp:effectExtent l="0" t="0" r="17780" b="10160"/>
                <wp:wrapNone/>
                <wp:docPr id="294868953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5757" cy="159026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ACF139" id="สี่เหลี่ยมผืนผ้า 1" o:spid="_x0000_s1026" style="position:absolute;margin-left:258.2pt;margin-top:4.7pt;width:183.15pt;height:125.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" filled="f" strokecolor="#4472c4 [3204]" strokeweight="1pt"/>
            </w:pict>
          </mc:Fallback>
        </mc:AlternateContent>
      </w:r>
      <w:r w:rsidR="00332A8F"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20ED42D" wp14:editId="5DEE8974">
                <wp:simplePos x="0" y="0"/>
                <wp:positionH relativeFrom="column">
                  <wp:posOffset>470120</wp:posOffset>
                </wp:positionH>
                <wp:positionV relativeFrom="paragraph">
                  <wp:posOffset>61595</wp:posOffset>
                </wp:positionV>
                <wp:extent cx="2325757" cy="1590261"/>
                <wp:effectExtent l="0" t="0" r="17780" b="10160"/>
                <wp:wrapNone/>
                <wp:docPr id="1832109922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5757" cy="159026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7733600" id="สี่เหลี่ยมผืนผ้า 1" o:spid="_x0000_s1026" style="position:absolute;margin-left:37pt;margin-top:4.85pt;width:183.15pt;height:125.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" filled="f" strokecolor="#4472c4 [3204]" strokeweight="1pt"/>
            </w:pict>
          </mc:Fallback>
        </mc:AlternateContent>
      </w:r>
    </w:p>
    <w:p w14:paraId="6CB4F5A3" w14:textId="5BBF2FE8" w:rsidR="00332A8F" w:rsidRDefault="00332A8F" w:rsidP="00332A8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5404F3F" w14:textId="1DBA18DE" w:rsidR="00332A8F" w:rsidRPr="00272674" w:rsidRDefault="00332A8F" w:rsidP="00332A8F">
      <w:pPr>
        <w:rPr>
          <w:rFonts w:ascii="TH SarabunPSK" w:hAnsi="TH SarabunPSK" w:cs="TH SarabunPSK"/>
          <w:sz w:val="32"/>
          <w:szCs w:val="32"/>
        </w:rPr>
      </w:pPr>
    </w:p>
    <w:p w14:paraId="3F2D11F5" w14:textId="77777777" w:rsidR="00332A8F" w:rsidRPr="00272674" w:rsidRDefault="00332A8F" w:rsidP="00332A8F">
      <w:pPr>
        <w:rPr>
          <w:rFonts w:ascii="TH SarabunPSK" w:hAnsi="TH SarabunPSK" w:cs="TH SarabunPSK"/>
          <w:sz w:val="32"/>
          <w:szCs w:val="32"/>
        </w:rPr>
      </w:pPr>
    </w:p>
    <w:p w14:paraId="3F16B766" w14:textId="6F1156BD" w:rsidR="00332A8F" w:rsidRPr="00272674" w:rsidRDefault="00332A8F" w:rsidP="00332A8F">
      <w:pPr>
        <w:rPr>
          <w:rFonts w:ascii="TH SarabunPSK" w:hAnsi="TH SarabunPSK" w:cs="TH SarabunPSK"/>
          <w:sz w:val="32"/>
          <w:szCs w:val="32"/>
        </w:rPr>
      </w:pPr>
    </w:p>
    <w:p w14:paraId="6586A443" w14:textId="648B9A06" w:rsidR="00332A8F" w:rsidRPr="00272674" w:rsidRDefault="00A034A3" w:rsidP="00A034A3">
      <w:pPr>
        <w:tabs>
          <w:tab w:val="left" w:pos="326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95880DE" w14:textId="78065213" w:rsidR="00332A8F" w:rsidRPr="00272674" w:rsidRDefault="00332A8F" w:rsidP="00332A8F">
      <w:pPr>
        <w:rPr>
          <w:rFonts w:ascii="TH SarabunPSK" w:hAnsi="TH SarabunPSK" w:cs="TH SarabunPSK"/>
          <w:sz w:val="32"/>
          <w:szCs w:val="32"/>
        </w:rPr>
      </w:pPr>
    </w:p>
    <w:p w14:paraId="5354BF61" w14:textId="12671094" w:rsidR="00332A8F" w:rsidRPr="00272674" w:rsidRDefault="00332A8F" w:rsidP="00332A8F">
      <w:pPr>
        <w:rPr>
          <w:rFonts w:ascii="TH SarabunPSK" w:hAnsi="TH SarabunPSK" w:cs="TH SarabunPSK"/>
          <w:sz w:val="32"/>
          <w:szCs w:val="32"/>
        </w:rPr>
      </w:pPr>
    </w:p>
    <w:p w14:paraId="753EDA74" w14:textId="74DE4598" w:rsidR="00332A8F" w:rsidRDefault="00783097" w:rsidP="00332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874304" behindDoc="0" locked="0" layoutInCell="1" allowOverlap="1" wp14:anchorId="39AB0DB0" wp14:editId="0E5F00FD">
            <wp:simplePos x="0" y="0"/>
            <wp:positionH relativeFrom="margin">
              <wp:posOffset>516835</wp:posOffset>
            </wp:positionH>
            <wp:positionV relativeFrom="paragraph">
              <wp:posOffset>31833</wp:posOffset>
            </wp:positionV>
            <wp:extent cx="2249170" cy="1528445"/>
            <wp:effectExtent l="0" t="0" r="0" b="0"/>
            <wp:wrapNone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LINE_ALBUM_อบรมการขับขี่ปลอดภัย 2569_260613_2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92"/>
                    <a:stretch/>
                  </pic:blipFill>
                  <pic:spPr bwMode="auto">
                    <a:xfrm>
                      <a:off x="0" y="0"/>
                      <a:ext cx="2250520" cy="1529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876352" behindDoc="0" locked="0" layoutInCell="1" allowOverlap="1" wp14:anchorId="29DDBA3D" wp14:editId="78F12472">
            <wp:simplePos x="0" y="0"/>
            <wp:positionH relativeFrom="margin">
              <wp:posOffset>3331597</wp:posOffset>
            </wp:positionH>
            <wp:positionV relativeFrom="paragraph">
              <wp:posOffset>31833</wp:posOffset>
            </wp:positionV>
            <wp:extent cx="2249805" cy="1550035"/>
            <wp:effectExtent l="0" t="0" r="0" b="0"/>
            <wp:wrapNone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LINE_ALBUM_อบรมการขับขี่ปลอดภัย 2569_260613_2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914" cy="1554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A8F"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31C0F71" wp14:editId="735C5F13">
                <wp:simplePos x="0" y="0"/>
                <wp:positionH relativeFrom="column">
                  <wp:posOffset>476885</wp:posOffset>
                </wp:positionH>
                <wp:positionV relativeFrom="paragraph">
                  <wp:posOffset>10132</wp:posOffset>
                </wp:positionV>
                <wp:extent cx="2325757" cy="1590261"/>
                <wp:effectExtent l="0" t="0" r="17780" b="10160"/>
                <wp:wrapNone/>
                <wp:docPr id="1089923099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5757" cy="159026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D40D51" id="สี่เหลี่ยมผืนผ้า 1" o:spid="_x0000_s1026" style="position:absolute;margin-left:37.55pt;margin-top:.8pt;width:183.15pt;height:125.2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" filled="f" strokecolor="#4472c4 [3204]" strokeweight="1pt"/>
            </w:pict>
          </mc:Fallback>
        </mc:AlternateContent>
      </w:r>
      <w:r w:rsidR="00332A8F"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8E575D8" wp14:editId="75E6CFA2">
                <wp:simplePos x="0" y="0"/>
                <wp:positionH relativeFrom="column">
                  <wp:posOffset>3292089</wp:posOffset>
                </wp:positionH>
                <wp:positionV relativeFrom="paragraph">
                  <wp:posOffset>13335</wp:posOffset>
                </wp:positionV>
                <wp:extent cx="2325757" cy="1590261"/>
                <wp:effectExtent l="0" t="0" r="17780" b="10160"/>
                <wp:wrapNone/>
                <wp:docPr id="566744715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5757" cy="159026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83F2B97" id="สี่เหลี่ยมผืนผ้า 1" o:spid="_x0000_s1026" style="position:absolute;margin-left:259.2pt;margin-top:1.05pt;width:183.15pt;height:125.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" filled="f" strokecolor="#4472c4 [3204]" strokeweight="1pt"/>
            </w:pict>
          </mc:Fallback>
        </mc:AlternateContent>
      </w:r>
    </w:p>
    <w:p w14:paraId="074F9BC4" w14:textId="5B6E303A" w:rsidR="00332A8F" w:rsidRDefault="00332A8F" w:rsidP="00332A8F">
      <w:pPr>
        <w:tabs>
          <w:tab w:val="center" w:pos="4535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41758FD" w14:textId="51DF7978" w:rsidR="00332A8F" w:rsidRPr="00272674" w:rsidRDefault="00332A8F" w:rsidP="00332A8F">
      <w:pPr>
        <w:rPr>
          <w:rFonts w:ascii="TH SarabunPSK" w:hAnsi="TH SarabunPSK" w:cs="TH SarabunPSK"/>
          <w:sz w:val="32"/>
          <w:szCs w:val="32"/>
        </w:rPr>
      </w:pPr>
    </w:p>
    <w:p w14:paraId="5EBDB0E2" w14:textId="77777777" w:rsidR="00332A8F" w:rsidRPr="00272674" w:rsidRDefault="00332A8F" w:rsidP="00332A8F">
      <w:pPr>
        <w:rPr>
          <w:rFonts w:ascii="TH SarabunPSK" w:hAnsi="TH SarabunPSK" w:cs="TH SarabunPSK"/>
          <w:sz w:val="32"/>
          <w:szCs w:val="32"/>
        </w:rPr>
      </w:pPr>
    </w:p>
    <w:p w14:paraId="2E37B92D" w14:textId="3C41A3F4" w:rsidR="00332A8F" w:rsidRPr="00272674" w:rsidRDefault="00332A8F" w:rsidP="00332A8F">
      <w:pPr>
        <w:rPr>
          <w:rFonts w:ascii="TH SarabunPSK" w:hAnsi="TH SarabunPSK" w:cs="TH SarabunPSK"/>
          <w:sz w:val="32"/>
          <w:szCs w:val="32"/>
        </w:rPr>
      </w:pPr>
    </w:p>
    <w:p w14:paraId="2AC7BC7B" w14:textId="11EFC68F" w:rsidR="00332A8F" w:rsidRPr="00272674" w:rsidRDefault="00332A8F" w:rsidP="00332A8F">
      <w:pPr>
        <w:rPr>
          <w:rFonts w:ascii="TH SarabunPSK" w:hAnsi="TH SarabunPSK" w:cs="TH SarabunPSK"/>
          <w:sz w:val="32"/>
          <w:szCs w:val="32"/>
        </w:rPr>
      </w:pPr>
    </w:p>
    <w:p w14:paraId="4B9678F3" w14:textId="1917C90F" w:rsidR="00332A8F" w:rsidRPr="00272674" w:rsidRDefault="00332A8F" w:rsidP="00332A8F">
      <w:pPr>
        <w:rPr>
          <w:rFonts w:ascii="TH SarabunPSK" w:hAnsi="TH SarabunPSK" w:cs="TH SarabunPSK"/>
          <w:sz w:val="32"/>
          <w:szCs w:val="32"/>
        </w:rPr>
      </w:pPr>
    </w:p>
    <w:p w14:paraId="66AAD9F1" w14:textId="668D19B0" w:rsidR="00332A8F" w:rsidRPr="00272674" w:rsidRDefault="00783097" w:rsidP="00332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880448" behindDoc="0" locked="0" layoutInCell="1" allowOverlap="1" wp14:anchorId="4605734D" wp14:editId="02A8FC77">
            <wp:simplePos x="0" y="0"/>
            <wp:positionH relativeFrom="margin">
              <wp:posOffset>3331596</wp:posOffset>
            </wp:positionH>
            <wp:positionV relativeFrom="paragraph">
              <wp:posOffset>173935</wp:posOffset>
            </wp:positionV>
            <wp:extent cx="2250219" cy="1527810"/>
            <wp:effectExtent l="0" t="0" r="0" b="0"/>
            <wp:wrapNone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LINE_ALBUM_อบรมการขับขี่ปลอดภัย 2569_260613_2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512" cy="1532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878400" behindDoc="0" locked="0" layoutInCell="1" allowOverlap="1" wp14:anchorId="6931BF1F" wp14:editId="4E1F60E9">
            <wp:simplePos x="0" y="0"/>
            <wp:positionH relativeFrom="margin">
              <wp:posOffset>516835</wp:posOffset>
            </wp:positionH>
            <wp:positionV relativeFrom="paragraph">
              <wp:posOffset>189837</wp:posOffset>
            </wp:positionV>
            <wp:extent cx="2235697" cy="1528367"/>
            <wp:effectExtent l="0" t="0" r="0" b="0"/>
            <wp:wrapNone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LINE_ALBUM_อบรมการขับขี่ปลอดภัย 2569_260613_2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167" cy="1532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A8F"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2B876D5" wp14:editId="516D5570">
                <wp:simplePos x="0" y="0"/>
                <wp:positionH relativeFrom="column">
                  <wp:posOffset>3302607</wp:posOffset>
                </wp:positionH>
                <wp:positionV relativeFrom="paragraph">
                  <wp:posOffset>143400</wp:posOffset>
                </wp:positionV>
                <wp:extent cx="2325757" cy="1590261"/>
                <wp:effectExtent l="0" t="0" r="17780" b="10160"/>
                <wp:wrapNone/>
                <wp:docPr id="489149002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5757" cy="159026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72CEB" id="สี่เหลี่ยมผืนผ้า 1" o:spid="_x0000_s1026" style="position:absolute;margin-left:260.05pt;margin-top:11.3pt;width:183.15pt;height:125.2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" filled="f" strokecolor="#4472c4 [3204]" strokeweight="1pt"/>
            </w:pict>
          </mc:Fallback>
        </mc:AlternateContent>
      </w:r>
      <w:r w:rsidR="00332A8F"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B66EE92" wp14:editId="26DB1528">
                <wp:simplePos x="0" y="0"/>
                <wp:positionH relativeFrom="column">
                  <wp:posOffset>477078</wp:posOffset>
                </wp:positionH>
                <wp:positionV relativeFrom="paragraph">
                  <wp:posOffset>160931</wp:posOffset>
                </wp:positionV>
                <wp:extent cx="2325757" cy="1590261"/>
                <wp:effectExtent l="0" t="0" r="17780" b="10160"/>
                <wp:wrapNone/>
                <wp:docPr id="1414135570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5757" cy="159026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1B0FD2B" id="สี่เหลี่ยมผืนผ้า 1" o:spid="_x0000_s1026" style="position:absolute;margin-left:37.55pt;margin-top:12.65pt;width:183.15pt;height:125.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" filled="f" strokecolor="#4472c4 [3204]" strokeweight="1pt"/>
            </w:pict>
          </mc:Fallback>
        </mc:AlternateContent>
      </w:r>
    </w:p>
    <w:p w14:paraId="4377E052" w14:textId="70127BC4" w:rsidR="00332A8F" w:rsidRDefault="00332A8F" w:rsidP="00332A8F">
      <w:pPr>
        <w:rPr>
          <w:rFonts w:ascii="TH SarabunPSK" w:hAnsi="TH SarabunPSK" w:cs="TH SarabunPSK"/>
          <w:sz w:val="32"/>
          <w:szCs w:val="32"/>
        </w:rPr>
      </w:pPr>
    </w:p>
    <w:p w14:paraId="0147F214" w14:textId="7E7C89E9" w:rsidR="00B21D3F" w:rsidRDefault="00B21D3F" w:rsidP="00332A8F">
      <w:pPr>
        <w:rPr>
          <w:rFonts w:ascii="TH SarabunPSK" w:hAnsi="TH SarabunPSK" w:cs="TH SarabunPSK"/>
          <w:sz w:val="32"/>
          <w:szCs w:val="32"/>
        </w:rPr>
      </w:pPr>
    </w:p>
    <w:p w14:paraId="08F1AB5C" w14:textId="015F7E2C" w:rsidR="00B21D3F" w:rsidRDefault="00B21D3F" w:rsidP="00332A8F">
      <w:pPr>
        <w:rPr>
          <w:rFonts w:ascii="TH SarabunPSK" w:hAnsi="TH SarabunPSK" w:cs="TH SarabunPSK"/>
          <w:sz w:val="32"/>
          <w:szCs w:val="32"/>
        </w:rPr>
      </w:pPr>
    </w:p>
    <w:p w14:paraId="47781A27" w14:textId="03500D92" w:rsidR="00B21D3F" w:rsidRDefault="00B21D3F" w:rsidP="00332A8F">
      <w:pPr>
        <w:rPr>
          <w:rFonts w:ascii="TH SarabunPSK" w:hAnsi="TH SarabunPSK" w:cs="TH SarabunPSK"/>
          <w:sz w:val="32"/>
          <w:szCs w:val="32"/>
        </w:rPr>
      </w:pPr>
    </w:p>
    <w:p w14:paraId="3125536F" w14:textId="7B3EA252" w:rsidR="00B21D3F" w:rsidRDefault="00B21D3F" w:rsidP="00332A8F">
      <w:pPr>
        <w:rPr>
          <w:rFonts w:ascii="TH SarabunPSK" w:hAnsi="TH SarabunPSK" w:cs="TH SarabunPSK"/>
          <w:sz w:val="32"/>
          <w:szCs w:val="32"/>
        </w:rPr>
      </w:pPr>
    </w:p>
    <w:p w14:paraId="2CE62BB6" w14:textId="77777777" w:rsidR="00B21D3F" w:rsidRDefault="00B21D3F" w:rsidP="00332A8F">
      <w:pPr>
        <w:rPr>
          <w:rFonts w:ascii="TH SarabunPSK" w:hAnsi="TH SarabunPSK" w:cs="TH SarabunPSK"/>
          <w:sz w:val="32"/>
          <w:szCs w:val="32"/>
        </w:rPr>
      </w:pPr>
    </w:p>
    <w:p w14:paraId="68E58799" w14:textId="77777777" w:rsidR="00332A8F" w:rsidRDefault="00332A8F" w:rsidP="00332A8F">
      <w:pPr>
        <w:tabs>
          <w:tab w:val="center" w:pos="4535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C1AE718" w14:textId="7E5BCF1A" w:rsidR="00332A8F" w:rsidRPr="00272674" w:rsidRDefault="00332A8F" w:rsidP="00332A8F">
      <w:pPr>
        <w:rPr>
          <w:rFonts w:ascii="TH SarabunPSK" w:hAnsi="TH SarabunPSK" w:cs="TH SarabunPSK"/>
          <w:sz w:val="32"/>
          <w:szCs w:val="32"/>
        </w:rPr>
      </w:pPr>
    </w:p>
    <w:p w14:paraId="0F207B28" w14:textId="09253218" w:rsidR="00332A8F" w:rsidRPr="00272674" w:rsidRDefault="00AF7A22" w:rsidP="00332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884544" behindDoc="0" locked="0" layoutInCell="1" allowOverlap="1" wp14:anchorId="744FE6BC" wp14:editId="636708BB">
            <wp:simplePos x="0" y="0"/>
            <wp:positionH relativeFrom="margin">
              <wp:posOffset>3329635</wp:posOffset>
            </wp:positionH>
            <wp:positionV relativeFrom="paragraph">
              <wp:posOffset>67437</wp:posOffset>
            </wp:positionV>
            <wp:extent cx="2235200" cy="1535430"/>
            <wp:effectExtent l="0" t="0" r="0" b="7620"/>
            <wp:wrapNone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LINE_ALBUM_อบรมการขับขี่ปลอดภัย 2569_260613_2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535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DC76943" wp14:editId="2FE44FD1">
                <wp:simplePos x="0" y="0"/>
                <wp:positionH relativeFrom="column">
                  <wp:posOffset>3282315</wp:posOffset>
                </wp:positionH>
                <wp:positionV relativeFrom="paragraph">
                  <wp:posOffset>51181</wp:posOffset>
                </wp:positionV>
                <wp:extent cx="2325757" cy="1590261"/>
                <wp:effectExtent l="0" t="0" r="17780" b="10160"/>
                <wp:wrapNone/>
                <wp:docPr id="747334022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5757" cy="159026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B463DE" id="สี่เหลี่ยมผืนผ้า 1" o:spid="_x0000_s1026" style="position:absolute;margin-left:258.45pt;margin-top:4.05pt;width:183.15pt;height:125.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" filled="f" strokecolor="#4472c4 [3204]" strokeweight="1pt"/>
            </w:pict>
          </mc:Fallback>
        </mc:AlternateContent>
      </w:r>
      <w:r w:rsidR="00783097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882496" behindDoc="0" locked="0" layoutInCell="1" allowOverlap="1" wp14:anchorId="6F7AD86F" wp14:editId="234B7068">
            <wp:simplePos x="0" y="0"/>
            <wp:positionH relativeFrom="margin">
              <wp:posOffset>540690</wp:posOffset>
            </wp:positionH>
            <wp:positionV relativeFrom="paragraph">
              <wp:posOffset>78933</wp:posOffset>
            </wp:positionV>
            <wp:extent cx="2261732" cy="1528426"/>
            <wp:effectExtent l="0" t="0" r="5715" b="0"/>
            <wp:wrapNone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LINE_ALBUM_อบรมการขับขี่ปลอดภัย 2569_260613_2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923" cy="1533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A8F"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7CC0CF8" wp14:editId="1A1A76DD">
                <wp:simplePos x="0" y="0"/>
                <wp:positionH relativeFrom="column">
                  <wp:posOffset>506896</wp:posOffset>
                </wp:positionH>
                <wp:positionV relativeFrom="paragraph">
                  <wp:posOffset>41661</wp:posOffset>
                </wp:positionV>
                <wp:extent cx="2325757" cy="1590261"/>
                <wp:effectExtent l="0" t="0" r="17780" b="10160"/>
                <wp:wrapNone/>
                <wp:docPr id="1399270717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5757" cy="159026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CC27ED7" id="สี่เหลี่ยมผืนผ้า 1" o:spid="_x0000_s1026" style="position:absolute;margin-left:39.9pt;margin-top:3.3pt;width:183.15pt;height:125.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" filled="f" strokecolor="#4472c4 [3204]" strokeweight="1pt"/>
            </w:pict>
          </mc:Fallback>
        </mc:AlternateContent>
      </w:r>
    </w:p>
    <w:p w14:paraId="6C217589" w14:textId="375669CA" w:rsidR="00332A8F" w:rsidRDefault="00332A8F" w:rsidP="00332A8F">
      <w:pPr>
        <w:rPr>
          <w:rFonts w:ascii="TH SarabunPSK" w:hAnsi="TH SarabunPSK" w:cs="TH SarabunPSK"/>
          <w:sz w:val="32"/>
          <w:szCs w:val="32"/>
        </w:rPr>
      </w:pPr>
    </w:p>
    <w:p w14:paraId="5AA6F7F6" w14:textId="03560A18" w:rsidR="00332A8F" w:rsidRDefault="00332A8F" w:rsidP="00332A8F">
      <w:pPr>
        <w:tabs>
          <w:tab w:val="center" w:pos="4895"/>
        </w:tabs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283877C" w14:textId="77777777" w:rsidR="00332A8F" w:rsidRPr="00C42533" w:rsidRDefault="00332A8F" w:rsidP="00332A8F">
      <w:pPr>
        <w:rPr>
          <w:rFonts w:ascii="TH SarabunPSK" w:hAnsi="TH SarabunPSK" w:cs="TH SarabunPSK"/>
          <w:sz w:val="32"/>
          <w:szCs w:val="32"/>
        </w:rPr>
      </w:pPr>
    </w:p>
    <w:p w14:paraId="1AF18833" w14:textId="77777777" w:rsidR="00332A8F" w:rsidRPr="00C42533" w:rsidRDefault="00332A8F" w:rsidP="00332A8F">
      <w:pPr>
        <w:rPr>
          <w:rFonts w:ascii="TH SarabunPSK" w:hAnsi="TH SarabunPSK" w:cs="TH SarabunPSK"/>
          <w:sz w:val="32"/>
          <w:szCs w:val="32"/>
        </w:rPr>
      </w:pPr>
    </w:p>
    <w:p w14:paraId="3F02D270" w14:textId="77777777" w:rsidR="00332A8F" w:rsidRPr="00C42533" w:rsidRDefault="00332A8F" w:rsidP="00332A8F">
      <w:pPr>
        <w:rPr>
          <w:rFonts w:ascii="TH SarabunPSK" w:hAnsi="TH SarabunPSK" w:cs="TH SarabunPSK"/>
          <w:sz w:val="32"/>
          <w:szCs w:val="32"/>
        </w:rPr>
      </w:pPr>
    </w:p>
    <w:p w14:paraId="6A4FD838" w14:textId="77777777" w:rsidR="00332A8F" w:rsidRPr="00C42533" w:rsidRDefault="00332A8F" w:rsidP="00332A8F">
      <w:pPr>
        <w:rPr>
          <w:rFonts w:ascii="TH SarabunPSK" w:hAnsi="TH SarabunPSK" w:cs="TH SarabunPSK"/>
          <w:sz w:val="32"/>
          <w:szCs w:val="32"/>
        </w:rPr>
      </w:pPr>
    </w:p>
    <w:p w14:paraId="1426CBC4" w14:textId="77777777" w:rsidR="00332A8F" w:rsidRDefault="00332A8F" w:rsidP="00332A8F">
      <w:pPr>
        <w:rPr>
          <w:rFonts w:ascii="TH SarabunPSK" w:hAnsi="TH SarabunPSK" w:cs="TH SarabunPSK"/>
          <w:sz w:val="32"/>
          <w:szCs w:val="32"/>
        </w:rPr>
      </w:pPr>
    </w:p>
    <w:p w14:paraId="7DF1157E" w14:textId="2AD53EB7" w:rsidR="00A034A3" w:rsidRDefault="005C57F2" w:rsidP="00332A8F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96832" behindDoc="0" locked="0" layoutInCell="1" allowOverlap="1" wp14:anchorId="6CCD3D94" wp14:editId="33D58C1C">
            <wp:simplePos x="0" y="0"/>
            <wp:positionH relativeFrom="margin">
              <wp:posOffset>556591</wp:posOffset>
            </wp:positionH>
            <wp:positionV relativeFrom="paragraph">
              <wp:posOffset>23854</wp:posOffset>
            </wp:positionV>
            <wp:extent cx="2249667" cy="1531861"/>
            <wp:effectExtent l="0" t="0" r="0" b="0"/>
            <wp:wrapNone/>
            <wp:docPr id="57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LINE_ALBUM_อบรมการขับขี่ปลอดภัย 2569_260613_2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522" cy="1537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097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894784" behindDoc="0" locked="0" layoutInCell="1" allowOverlap="1" wp14:anchorId="77A9717C" wp14:editId="67D401C0">
            <wp:simplePos x="0" y="0"/>
            <wp:positionH relativeFrom="margin">
              <wp:posOffset>3347499</wp:posOffset>
            </wp:positionH>
            <wp:positionV relativeFrom="paragraph">
              <wp:posOffset>23854</wp:posOffset>
            </wp:positionV>
            <wp:extent cx="2242268" cy="1528148"/>
            <wp:effectExtent l="0" t="0" r="5715" b="0"/>
            <wp:wrapNone/>
            <wp:docPr id="56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LINE_ALBUM_อบรมการขับขี่ปลอดภัย 2569_260613_2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377" cy="1535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4A3"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2A47EB01" wp14:editId="77FC159E">
                <wp:simplePos x="0" y="0"/>
                <wp:positionH relativeFrom="column">
                  <wp:posOffset>524073</wp:posOffset>
                </wp:positionH>
                <wp:positionV relativeFrom="paragraph">
                  <wp:posOffset>2623</wp:posOffset>
                </wp:positionV>
                <wp:extent cx="2325757" cy="1590261"/>
                <wp:effectExtent l="0" t="0" r="17780" b="10160"/>
                <wp:wrapNone/>
                <wp:docPr id="5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5757" cy="159026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21E7FE" w14:textId="1F05EBFE" w:rsidR="0071512F" w:rsidRDefault="0071512F" w:rsidP="00A034A3">
                            <w:pPr>
                              <w:jc w:val="center"/>
                            </w:pPr>
                          </w:p>
                          <w:p w14:paraId="413B407F" w14:textId="40DC8A6B" w:rsidR="0071512F" w:rsidRDefault="0071512F" w:rsidP="00A0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7EB01" id="สี่เหลี่ยมผืนผ้า 1" o:spid="_x0000_s1030" style="position:absolute;left:0;text-align:left;margin-left:41.25pt;margin-top:.2pt;width:183.15pt;height:125.2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" filled="f" strokecolor="#4472c4" strokeweight="1pt">
                <v:textbox>
                  <w:txbxContent>
                    <w:p w14:paraId="5521E7FE" w14:textId="1F05EBFE" w:rsidR="0071512F" w:rsidRDefault="0071512F" w:rsidP="00A034A3">
                      <w:pPr>
                        <w:jc w:val="center"/>
                      </w:pPr>
                    </w:p>
                    <w:p w14:paraId="413B407F" w14:textId="40DC8A6B" w:rsidR="0071512F" w:rsidRDefault="0071512F" w:rsidP="00A034A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034A3"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7D9FDF2" wp14:editId="6B7228CF">
                <wp:simplePos x="0" y="0"/>
                <wp:positionH relativeFrom="column">
                  <wp:posOffset>3309080</wp:posOffset>
                </wp:positionH>
                <wp:positionV relativeFrom="paragraph">
                  <wp:posOffset>2218</wp:posOffset>
                </wp:positionV>
                <wp:extent cx="2325757" cy="1590261"/>
                <wp:effectExtent l="0" t="0" r="17780" b="10160"/>
                <wp:wrapNone/>
                <wp:docPr id="52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5757" cy="159026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11598D" id="สี่เหลี่ยมผืนผ้า 1" o:spid="_x0000_s1026" style="position:absolute;margin-left:260.55pt;margin-top:.15pt;width:183.15pt;height:125.2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" filled="f" strokecolor="#4472c4" strokeweight="1pt"/>
            </w:pict>
          </mc:Fallback>
        </mc:AlternateContent>
      </w:r>
    </w:p>
    <w:p w14:paraId="34BCC26A" w14:textId="5516816F" w:rsidR="00A034A3" w:rsidRDefault="00A034A3" w:rsidP="00332A8F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4F0ED8D4" w14:textId="0E6CD0F0" w:rsidR="00A034A3" w:rsidRDefault="00A034A3" w:rsidP="00332A8F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653AC4E4" w14:textId="2F9F3900" w:rsidR="00A034A3" w:rsidRDefault="00A034A3" w:rsidP="00332A8F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1516A446" w14:textId="77777777" w:rsidR="00A034A3" w:rsidRDefault="00A034A3" w:rsidP="00332A8F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37E55B8D" w14:textId="3B4CD34B" w:rsidR="00A034A3" w:rsidRDefault="00A034A3" w:rsidP="00332A8F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33FCC075" w14:textId="77777777" w:rsidR="00A034A3" w:rsidRDefault="00A034A3" w:rsidP="00332A8F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2C49ACA4" w14:textId="1FEFBCF0" w:rsidR="00A034A3" w:rsidRDefault="00A034A3" w:rsidP="00332A8F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1D2C0B18" w14:textId="4DA40EFF" w:rsidR="00A034A3" w:rsidRDefault="00A034A3" w:rsidP="00332A8F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01AA399C" w14:textId="71012D92" w:rsidR="00A034A3" w:rsidRDefault="00A034A3" w:rsidP="00332A8F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0CE9F1C4" w14:textId="6E15F40B" w:rsidR="00A034A3" w:rsidRDefault="0021258A" w:rsidP="00332A8F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90688" behindDoc="1" locked="0" layoutInCell="1" allowOverlap="1" wp14:anchorId="15CE3284" wp14:editId="47C6BE00">
            <wp:simplePos x="0" y="0"/>
            <wp:positionH relativeFrom="column">
              <wp:posOffset>739388</wp:posOffset>
            </wp:positionH>
            <wp:positionV relativeFrom="paragraph">
              <wp:posOffset>120844</wp:posOffset>
            </wp:positionV>
            <wp:extent cx="1315720" cy="636105"/>
            <wp:effectExtent l="0" t="0" r="0" b="0"/>
            <wp:wrapNone/>
            <wp:docPr id="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99" t="18935" r="11885" b="27949"/>
                    <a:stretch/>
                  </pic:blipFill>
                  <pic:spPr bwMode="auto">
                    <a:xfrm>
                      <a:off x="0" y="0"/>
                      <a:ext cx="1315720" cy="63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92736" behindDoc="1" locked="0" layoutInCell="1" allowOverlap="1" wp14:anchorId="1EED04BD" wp14:editId="1EBB3BEA">
            <wp:simplePos x="0" y="0"/>
            <wp:positionH relativeFrom="column">
              <wp:posOffset>3514311</wp:posOffset>
            </wp:positionH>
            <wp:positionV relativeFrom="paragraph">
              <wp:posOffset>164824</wp:posOffset>
            </wp:positionV>
            <wp:extent cx="1293495" cy="552450"/>
            <wp:effectExtent l="0" t="0" r="1905" b="0"/>
            <wp:wrapNone/>
            <wp:docPr id="54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89425B" w14:textId="2D51E3EC" w:rsidR="00A034A3" w:rsidRDefault="00A034A3" w:rsidP="00332A8F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2F63D580" w14:textId="77E84030" w:rsidR="00332A8F" w:rsidRDefault="00332A8F" w:rsidP="00332A8F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</w:t>
      </w:r>
      <w:r w:rsidR="0021258A" w:rsidRPr="0021258A">
        <w:rPr>
          <w:noProof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="0021258A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...................ผู้รายงาน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</w:t>
      </w:r>
      <w:r w:rsidR="0021258A"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........ผู้รับรองข้อมูล</w:t>
      </w:r>
    </w:p>
    <w:p w14:paraId="24026B4A" w14:textId="58208CF1" w:rsidR="00332A8F" w:rsidRDefault="00A034A3" w:rsidP="00332A8F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2125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32A8F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นางรัช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ฎา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พร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สิม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ลา</w:t>
      </w:r>
      <w:r w:rsidR="00332A8F">
        <w:rPr>
          <w:rFonts w:ascii="TH SarabunPSK" w:hAnsi="TH SarabunPSK" w:cs="TH SarabunPSK" w:hint="cs"/>
          <w:sz w:val="32"/>
          <w:szCs w:val="32"/>
          <w:cs/>
        </w:rPr>
        <w:t>)</w:t>
      </w:r>
      <w:r w:rsidR="00332A8F">
        <w:rPr>
          <w:rFonts w:ascii="TH SarabunPSK" w:hAnsi="TH SarabunPSK" w:cs="TH SarabunPSK"/>
          <w:sz w:val="32"/>
          <w:szCs w:val="32"/>
        </w:rPr>
        <w:tab/>
      </w:r>
      <w:r w:rsidR="00332A8F">
        <w:rPr>
          <w:rFonts w:ascii="TH SarabunPSK" w:hAnsi="TH SarabunPSK" w:cs="TH SarabunPSK"/>
          <w:sz w:val="32"/>
          <w:szCs w:val="32"/>
        </w:rPr>
        <w:tab/>
      </w:r>
      <w:r w:rsidR="00332A8F">
        <w:rPr>
          <w:rFonts w:ascii="TH SarabunPSK" w:hAnsi="TH SarabunPSK" w:cs="TH SarabunPSK"/>
          <w:sz w:val="32"/>
          <w:szCs w:val="32"/>
        </w:rPr>
        <w:tab/>
      </w:r>
      <w:r w:rsidR="0021258A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AF7A22">
        <w:rPr>
          <w:rFonts w:ascii="TH SarabunPSK" w:hAnsi="TH SarabunPSK" w:cs="TH SarabunPSK" w:hint="cs"/>
          <w:sz w:val="32"/>
          <w:szCs w:val="32"/>
          <w:cs/>
        </w:rPr>
        <w:t xml:space="preserve">  (</w:t>
      </w:r>
      <w:r>
        <w:rPr>
          <w:rFonts w:ascii="TH SarabunPSK" w:hAnsi="TH SarabunPSK" w:cs="TH SarabunPSK" w:hint="cs"/>
          <w:sz w:val="32"/>
          <w:szCs w:val="32"/>
          <w:cs/>
        </w:rPr>
        <w:t>นางชล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ชา   บุพชาติ</w:t>
      </w:r>
      <w:r w:rsidR="00332A8F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BDABCEB" w14:textId="4A9CF5CD" w:rsidR="00332A8F" w:rsidRDefault="00332A8F" w:rsidP="00332A8F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A034A3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 ครู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1258A">
        <w:rPr>
          <w:rFonts w:ascii="TH SarabunPSK" w:hAnsi="TH SarabunPSK" w:cs="TH SarabunPSK" w:hint="cs"/>
          <w:sz w:val="32"/>
          <w:szCs w:val="32"/>
          <w:cs/>
        </w:rPr>
        <w:t xml:space="preserve">ตำแหน่ง </w:t>
      </w:r>
      <w:r>
        <w:rPr>
          <w:rFonts w:ascii="TH SarabunPSK" w:hAnsi="TH SarabunPSK" w:cs="TH SarabunPSK" w:hint="cs"/>
          <w:sz w:val="32"/>
          <w:szCs w:val="32"/>
          <w:cs/>
        </w:rPr>
        <w:t>ผู้อำนวยการโรงเรียน</w:t>
      </w:r>
      <w:r w:rsidR="0021258A">
        <w:rPr>
          <w:rFonts w:ascii="TH SarabunPSK" w:hAnsi="TH SarabunPSK" w:cs="TH SarabunPSK" w:hint="cs"/>
          <w:sz w:val="32"/>
          <w:szCs w:val="32"/>
          <w:cs/>
        </w:rPr>
        <w:t>บ้านนาสีนวน</w:t>
      </w:r>
    </w:p>
    <w:p w14:paraId="618E3E57" w14:textId="77777777" w:rsidR="00332A8F" w:rsidRDefault="00332A8F" w:rsidP="00332A8F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66F0DB83" w14:textId="77777777" w:rsidR="00332A8F" w:rsidRDefault="00332A8F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62DCB5A" w14:textId="77777777" w:rsidR="00332A8F" w:rsidRDefault="00332A8F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D2139B8" w14:textId="77777777" w:rsidR="00332A8F" w:rsidRDefault="00332A8F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AB1F294" w14:textId="77777777" w:rsidR="00332A8F" w:rsidRDefault="00332A8F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9E1A02B" w14:textId="77777777" w:rsidR="00332A8F" w:rsidRDefault="00332A8F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0E01E31" w14:textId="77777777" w:rsidR="00332A8F" w:rsidRDefault="00332A8F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5B424B9" w14:textId="77777777" w:rsidR="00332A8F" w:rsidRDefault="00332A8F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F80841F" w14:textId="77777777" w:rsidR="00332A8F" w:rsidRDefault="00332A8F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EC91C6" w14:textId="463B9548" w:rsidR="00332A8F" w:rsidRPr="00332A8F" w:rsidRDefault="00944C80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04672" behindDoc="0" locked="0" layoutInCell="1" allowOverlap="1" wp14:anchorId="76DAB841" wp14:editId="5DBEA6EE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776210" cy="10680192"/>
            <wp:effectExtent l="0" t="0" r="0" b="6985"/>
            <wp:wrapSquare wrapText="bothSides"/>
            <wp:docPr id="2000264780" name="รูปภาพ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264780" name="รูปภาพ 67" descr="รูปภาพประกอบด้วย ข้อความ, ภาพหน้าจอ, คน, เสื้อผ้า&#10;&#10;เนื้อหาที่สร้างโดย AI อาจไม่ถูกต้อง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6395" cy="10680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32A8F" w:rsidRPr="00332A8F" w:rsidSect="0071512F">
      <w:headerReference w:type="even" r:id="rId71"/>
      <w:headerReference w:type="default" r:id="rId72"/>
      <w:headerReference w:type="first" r:id="rId73"/>
      <w:pgSz w:w="12240" w:h="15840" w:code="1"/>
      <w:pgMar w:top="1440" w:right="1325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19705" w14:textId="77777777" w:rsidR="00F0109F" w:rsidRDefault="00F0109F" w:rsidP="00A00B7F">
      <w:r>
        <w:separator/>
      </w:r>
    </w:p>
  </w:endnote>
  <w:endnote w:type="continuationSeparator" w:id="0">
    <w:p w14:paraId="6924DE7E" w14:textId="77777777" w:rsidR="00F0109F" w:rsidRDefault="00F0109F" w:rsidP="00A00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IBM Plex Sans Thai SemiBold">
    <w:altName w:val="Browallia New"/>
    <w:panose1 w:val="020B0703050203000203"/>
    <w:charset w:val="00"/>
    <w:family w:val="swiss"/>
    <w:pitch w:val="variable"/>
    <w:sig w:usb0="A1000063" w:usb1="5000003B" w:usb2="00000000" w:usb3="00000000" w:csb0="00010101" w:csb1="00000000"/>
  </w:font>
  <w:font w:name="Apple Color Emoji">
    <w:altName w:val="MS Gothic"/>
    <w:charset w:val="00"/>
    <w:family w:val="auto"/>
    <w:pitch w:val="variable"/>
    <w:sig w:usb0="00000003" w:usb1="18000000" w:usb2="14000000" w:usb3="00000000" w:csb0="00000001" w:csb1="00000000"/>
  </w:font>
  <w:font w:name="TH Sarabun PSK">
    <w:altName w:val="Times New Roman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0"/>
        <w:cs/>
      </w:rPr>
      <w:id w:val="-991165183"/>
      <w:docPartObj>
        <w:docPartGallery w:val="Page Numbers (Bottom of Page)"/>
        <w:docPartUnique/>
      </w:docPartObj>
    </w:sdtPr>
    <w:sdtEndPr>
      <w:rPr>
        <w:rStyle w:val="af0"/>
        <w:cs w:val="0"/>
      </w:rPr>
    </w:sdtEndPr>
    <w:sdtContent>
      <w:p w14:paraId="1EFD5418" w14:textId="64DF3811" w:rsidR="0071512F" w:rsidRDefault="0071512F" w:rsidP="00F90FA2">
        <w:pPr>
          <w:pStyle w:val="a8"/>
          <w:framePr w:wrap="none" w:vAnchor="text" w:hAnchor="margin" w:xAlign="right" w:y="1"/>
          <w:rPr>
            <w:rStyle w:val="af0"/>
          </w:rPr>
        </w:pPr>
        <w:r>
          <w:rPr>
            <w:rStyle w:val="af0"/>
            <w:cs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  <w:cs/>
          </w:rPr>
          <w:fldChar w:fldCharType="end"/>
        </w:r>
      </w:p>
    </w:sdtContent>
  </w:sdt>
  <w:p w14:paraId="0133101A" w14:textId="77777777" w:rsidR="0071512F" w:rsidRDefault="0071512F" w:rsidP="00C02E86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1761D" w14:textId="1B6F2474" w:rsidR="0071512F" w:rsidRDefault="0071512F" w:rsidP="00936FCC">
    <w:pPr>
      <w:pStyle w:val="a8"/>
      <w:framePr w:wrap="none" w:vAnchor="text" w:hAnchor="margin" w:xAlign="right" w:y="1"/>
      <w:rPr>
        <w:rStyle w:val="af0"/>
      </w:rPr>
    </w:pPr>
  </w:p>
  <w:p w14:paraId="5E9BDCF0" w14:textId="0BDAA5E8" w:rsidR="0071512F" w:rsidRDefault="0071512F" w:rsidP="0080760E">
    <w:pPr>
      <w:pStyle w:val="a6"/>
      <w:jc w:val="right"/>
    </w:pPr>
  </w:p>
  <w:p w14:paraId="4048F7CD" w14:textId="5E1B6A2E" w:rsidR="0071512F" w:rsidRDefault="0071512F" w:rsidP="00C02E86">
    <w:pPr>
      <w:pStyle w:val="a8"/>
      <w:ind w:right="360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6D5C41F" wp14:editId="30D2B58A">
              <wp:simplePos x="0" y="0"/>
              <wp:positionH relativeFrom="column">
                <wp:posOffset>6364111</wp:posOffset>
              </wp:positionH>
              <wp:positionV relativeFrom="paragraph">
                <wp:posOffset>3072836</wp:posOffset>
              </wp:positionV>
              <wp:extent cx="5061631" cy="308491"/>
              <wp:effectExtent l="0" t="0" r="5715" b="0"/>
              <wp:wrapNone/>
              <wp:docPr id="578665731" name="รูปห้าเหลี่ยม 1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5061631" cy="308491"/>
                      </a:xfrm>
                      <a:prstGeom prst="homePlate">
                        <a:avLst/>
                      </a:prstGeom>
                      <a:gradFill flip="none" rotWithShape="1">
                        <a:gsLst>
                          <a:gs pos="0">
                            <a:schemeClr val="accent6">
                              <a:lumMod val="67000"/>
                            </a:schemeClr>
                          </a:gs>
                          <a:gs pos="48000">
                            <a:schemeClr val="accent6">
                              <a:lumMod val="97000"/>
                              <a:lumOff val="3000"/>
                            </a:schemeClr>
                          </a:gs>
                          <a:gs pos="100000">
                            <a:schemeClr val="accent6">
                              <a:lumMod val="60000"/>
                              <a:lumOff val="40000"/>
                            </a:schemeClr>
                          </a:gs>
                        </a:gsLst>
                        <a:lin ang="162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</w:rPr>
                            <w:id w:val="2061982275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Content>
                            <w:p w14:paraId="00826DE8" w14:textId="47775F43" w:rsidR="0071512F" w:rsidRPr="00725305" w:rsidRDefault="0071512F" w:rsidP="00C61103">
                              <w:pPr>
                                <w:pStyle w:val="a6"/>
                                <w:jc w:val="right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725305">
                                <w:rPr>
                                  <w:rFonts w:ascii="TH SarabunPSK" w:hAnsi="TH SarabunPSK" w:cs="TH SarabunPSK" w:hint="cs"/>
                                  <w:i/>
                                  <w:iCs/>
                                  <w:sz w:val="32"/>
                                  <w:szCs w:val="32"/>
                                  <w:cs/>
                                </w:rPr>
                                <w:t xml:space="preserve"> “แผนเผชิญเหตุ (</w:t>
                              </w:r>
                              <w:r w:rsidRPr="00725305">
                                <w:rPr>
                                  <w:rFonts w:ascii="TH SarabunPSK" w:hAnsi="TH SarabunPSK" w:cs="TH SarabunPSK" w:hint="cs"/>
                                  <w:i/>
                                  <w:iCs/>
                                  <w:sz w:val="32"/>
                                  <w:szCs w:val="32"/>
                                </w:rPr>
                                <w:t xml:space="preserve">Incident Response Plan) </w:t>
                              </w:r>
                              <w:r w:rsidRPr="00725305">
                                <w:rPr>
                                  <w:rFonts w:ascii="TH SarabunPSK" w:hAnsi="TH SarabunPSK" w:cs="TH SarabunPSK" w:hint="cs"/>
                                  <w:i/>
                                  <w:iCs/>
                                  <w:sz w:val="32"/>
                                  <w:szCs w:val="32"/>
                                  <w:cs/>
                                </w:rPr>
                                <w:t>ในสถานศึกษา โรงเรียน................................</w:t>
                              </w:r>
                              <w:r w:rsidRPr="00725305">
                                <w:rPr>
                                  <w:rFonts w:ascii="TH SarabunPSK" w:hAnsi="TH SarabunPSK" w:cs="TH SarabunPSK" w:hint="cs"/>
                                  <w:sz w:val="32"/>
                                  <w:szCs w:val="32"/>
                                  <w:cs/>
                                </w:rPr>
                                <w:t xml:space="preserve">                             </w:t>
                              </w:r>
                            </w:p>
                          </w:sdtContent>
                        </w:sdt>
                        <w:p w14:paraId="3B84CF29" w14:textId="0BBD59C5" w:rsidR="0071512F" w:rsidRPr="00725305" w:rsidRDefault="0071512F" w:rsidP="00C61103">
                          <w:pPr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725305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>อุทิศเ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D5C41F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รูปห้าเหลี่ยม 166" o:spid="_x0000_s1031" type="#_x0000_t15" style="position:absolute;margin-left:501.1pt;margin-top:241.95pt;width:398.55pt;height:24.3pt;flip:x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" adj="20942" fillcolor="#4a732f [2153]" stroked="f">
              <v:fill color2="#a8d08d [1945]" rotate="t" angle="180" colors="0 #4b7430;31457f #74b349;1 #a9d18e" focus="100%" type="gradient"/>
              <v:textbox>
                <w:txbxContent>
                  <w:sdt>
                    <w:sdtPr>
                      <w:rPr>
                        <w:rFonts w:ascii="TH SarabunPSK" w:hAnsi="TH SarabunPSK" w:cs="TH SarabunPSK" w:hint="cs"/>
                        <w:sz w:val="32"/>
                        <w:szCs w:val="32"/>
                      </w:rPr>
                      <w:id w:val="2061982275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00826DE8" w14:textId="47775F43" w:rsidR="0071512F" w:rsidRPr="00725305" w:rsidRDefault="0071512F" w:rsidP="00C61103">
                        <w:pPr>
                          <w:pStyle w:val="a6"/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25305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</w:rPr>
                          <w:t xml:space="preserve"> “แผนเผชิญเหตุ (</w:t>
                        </w:r>
                        <w:r w:rsidRPr="00725305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</w:rPr>
                          <w:t xml:space="preserve">Incident Response Plan) </w:t>
                        </w:r>
                        <w:r w:rsidRPr="00725305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</w:rPr>
                          <w:t>ในสถานศึกษา โรงเรียน................................</w:t>
                        </w:r>
                        <w:r w:rsidRPr="00725305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                             </w:t>
                        </w:r>
                      </w:p>
                    </w:sdtContent>
                  </w:sdt>
                  <w:p w14:paraId="3B84CF29" w14:textId="0BBD59C5" w:rsidR="0071512F" w:rsidRPr="00725305" w:rsidRDefault="0071512F" w:rsidP="00C61103">
                    <w:pPr>
                      <w:rPr>
                        <w:rFonts w:ascii="TH SarabunPSK" w:hAnsi="TH SarabunPSK" w:cs="TH SarabunPSK"/>
                        <w:sz w:val="32"/>
                        <w:szCs w:val="32"/>
                      </w:rPr>
                    </w:pPr>
                    <w:r w:rsidRPr="00725305">
                      <w:rPr>
                        <w:rFonts w:ascii="TH SarabunPSK" w:hAnsi="TH SarabunPSK" w:cs="TH SarabunPSK" w:hint="cs"/>
                        <w:sz w:val="32"/>
                        <w:szCs w:val="32"/>
                        <w:cs/>
                      </w:rPr>
                      <w:t>อุทิศเ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D45B7" w14:textId="77777777" w:rsidR="00F0109F" w:rsidRDefault="00F0109F" w:rsidP="00A00B7F">
      <w:r>
        <w:separator/>
      </w:r>
    </w:p>
  </w:footnote>
  <w:footnote w:type="continuationSeparator" w:id="0">
    <w:p w14:paraId="7F22D38A" w14:textId="77777777" w:rsidR="00F0109F" w:rsidRDefault="00F0109F" w:rsidP="00A00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0"/>
        <w:cs/>
      </w:rPr>
      <w:id w:val="-289443868"/>
      <w:docPartObj>
        <w:docPartGallery w:val="Page Numbers (Top of Page)"/>
        <w:docPartUnique/>
      </w:docPartObj>
    </w:sdtPr>
    <w:sdtEndPr>
      <w:rPr>
        <w:rStyle w:val="af0"/>
        <w:cs w:val="0"/>
      </w:rPr>
    </w:sdtEndPr>
    <w:sdtContent>
      <w:p w14:paraId="66755DBC" w14:textId="6E90264E" w:rsidR="0071512F" w:rsidRDefault="0071512F" w:rsidP="00936FCC">
        <w:pPr>
          <w:pStyle w:val="a6"/>
          <w:framePr w:wrap="none" w:vAnchor="text" w:hAnchor="margin" w:xAlign="right" w:y="1"/>
          <w:rPr>
            <w:rStyle w:val="af0"/>
          </w:rPr>
        </w:pPr>
        <w:r>
          <w:rPr>
            <w:rStyle w:val="af0"/>
            <w:cs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  <w:cs/>
          </w:rPr>
          <w:fldChar w:fldCharType="end"/>
        </w:r>
      </w:p>
    </w:sdtContent>
  </w:sdt>
  <w:p w14:paraId="4D943B5D" w14:textId="77777777" w:rsidR="0071512F" w:rsidRDefault="0071512F" w:rsidP="00F90FA2">
    <w:pPr>
      <w:pStyle w:val="a6"/>
      <w:ind w:right="360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0"/>
      </w:rPr>
      <w:id w:val="208470124"/>
      <w:docPartObj>
        <w:docPartGallery w:val="Page Numbers (Top of Page)"/>
        <w:docPartUnique/>
      </w:docPartObj>
    </w:sdtPr>
    <w:sdtContent>
      <w:p w14:paraId="374DBDFF" w14:textId="3C26F368" w:rsidR="0071512F" w:rsidRDefault="0071512F" w:rsidP="004447B1">
        <w:pPr>
          <w:pStyle w:val="a6"/>
          <w:framePr w:wrap="none" w:vAnchor="text" w:hAnchor="page" w:x="10749" w:y="-166"/>
          <w:rPr>
            <w:rStyle w:val="af0"/>
          </w:rPr>
        </w:pPr>
        <w:r w:rsidRPr="00C23C6A">
          <w:rPr>
            <w:rStyle w:val="af0"/>
            <w:rFonts w:ascii="TH SarabunPSK" w:hAnsi="TH SarabunPSK" w:cs="TH SarabunPSK" w:hint="cs"/>
            <w:b/>
            <w:bCs/>
            <w:sz w:val="32"/>
            <w:szCs w:val="32"/>
          </w:rPr>
          <w:fldChar w:fldCharType="begin"/>
        </w:r>
        <w:r w:rsidRPr="00C23C6A">
          <w:rPr>
            <w:rStyle w:val="af0"/>
            <w:rFonts w:ascii="TH SarabunPSK" w:hAnsi="TH SarabunPSK" w:cs="TH SarabunPSK" w:hint="cs"/>
            <w:b/>
            <w:bCs/>
            <w:sz w:val="32"/>
            <w:szCs w:val="32"/>
          </w:rPr>
          <w:instrText xml:space="preserve"> PAGE </w:instrText>
        </w:r>
        <w:r w:rsidRPr="00C23C6A">
          <w:rPr>
            <w:rStyle w:val="af0"/>
            <w:rFonts w:ascii="TH SarabunPSK" w:hAnsi="TH SarabunPSK" w:cs="TH SarabunPSK" w:hint="cs"/>
            <w:b/>
            <w:bCs/>
            <w:sz w:val="32"/>
            <w:szCs w:val="32"/>
          </w:rPr>
          <w:fldChar w:fldCharType="separate"/>
        </w:r>
        <w:r w:rsidR="00AF7A22">
          <w:rPr>
            <w:rStyle w:val="af0"/>
            <w:rFonts w:ascii="TH SarabunPSK" w:hAnsi="TH SarabunPSK" w:cs="TH SarabunPSK"/>
            <w:b/>
            <w:bCs/>
            <w:noProof/>
            <w:sz w:val="32"/>
            <w:szCs w:val="32"/>
          </w:rPr>
          <w:t>8</w:t>
        </w:r>
        <w:r w:rsidRPr="00C23C6A">
          <w:rPr>
            <w:rStyle w:val="af0"/>
            <w:rFonts w:ascii="TH SarabunPSK" w:hAnsi="TH SarabunPSK" w:cs="TH SarabunPSK" w:hint="cs"/>
            <w:b/>
            <w:bCs/>
            <w:sz w:val="32"/>
            <w:szCs w:val="32"/>
          </w:rPr>
          <w:fldChar w:fldCharType="end"/>
        </w:r>
      </w:p>
    </w:sdtContent>
  </w:sdt>
  <w:p w14:paraId="1C94F294" w14:textId="6AACBF9D" w:rsidR="0071512F" w:rsidRDefault="0071512F" w:rsidP="004447B1">
    <w:pPr>
      <w:pStyle w:val="a6"/>
      <w:tabs>
        <w:tab w:val="left" w:pos="9270"/>
      </w:tabs>
      <w:ind w:right="360"/>
      <w:jc w:val="right"/>
    </w:pPr>
    <w:r>
      <w:rPr>
        <w:noProof/>
      </w:rPr>
      <w:drawing>
        <wp:anchor distT="0" distB="0" distL="114300" distR="114300" simplePos="0" relativeHeight="251757568" behindDoc="1" locked="0" layoutInCell="1" allowOverlap="1" wp14:anchorId="191DA817" wp14:editId="45BAD329">
          <wp:simplePos x="0" y="0"/>
          <wp:positionH relativeFrom="column">
            <wp:posOffset>5745632</wp:posOffset>
          </wp:positionH>
          <wp:positionV relativeFrom="paragraph">
            <wp:posOffset>-83820</wp:posOffset>
          </wp:positionV>
          <wp:extent cx="709321" cy="201295"/>
          <wp:effectExtent l="0" t="0" r="0" b="8255"/>
          <wp:wrapNone/>
          <wp:docPr id="40" name="รูปภาพ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673" cy="2030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  <w:r>
      <w:rPr>
        <w:sz w:val="28"/>
      </w:rPr>
      <w:t xml:space="preserve"> </w:t>
    </w:r>
    <w:sdt>
      <w:sdtPr>
        <w:rPr>
          <w:sz w:val="28"/>
        </w:rPr>
        <w:id w:val="1168209234"/>
        <w:docPartObj>
          <w:docPartGallery w:val="Page Numbers (Top of Page)"/>
          <w:docPartUnique/>
        </w:docPartObj>
      </w:sdtPr>
      <w:sdtEndPr>
        <w:rPr>
          <w:sz w:val="24"/>
        </w:rPr>
      </w:sdtEndPr>
      <w:sdtContent>
        <w:r>
          <w:rPr>
            <w:b/>
            <w:bCs/>
            <w:noProof/>
            <w:szCs w:val="32"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707392" behindDoc="1" locked="0" layoutInCell="1" allowOverlap="1" wp14:anchorId="75DDA720" wp14:editId="7E3D2571">
                  <wp:simplePos x="0" y="0"/>
                  <wp:positionH relativeFrom="column">
                    <wp:posOffset>8640798</wp:posOffset>
                  </wp:positionH>
                  <wp:positionV relativeFrom="paragraph">
                    <wp:posOffset>1905</wp:posOffset>
                  </wp:positionV>
                  <wp:extent cx="401461" cy="201295"/>
                  <wp:effectExtent l="0" t="0" r="5080" b="1905"/>
                  <wp:wrapNone/>
                  <wp:docPr id="1966894646" name="Rectangle: Rounded Corners 1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flipH="1">
                            <a:off x="0" y="0"/>
                            <a:ext cx="401461" cy="201295"/>
                          </a:xfrm>
                          <a:prstGeom prst="roundRect">
                            <a:avLst/>
                          </a:prstGeom>
                          <a:solidFill>
                            <a:srgbClr val="6BA4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oundrect w14:anchorId="304BFC46" id="Rectangle: Rounded Corners 12" o:spid="_x0000_s1026" style="position:absolute;margin-left:680.4pt;margin-top:.15pt;width:31.6pt;height:15.85pt;flip:x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" fillcolor="#6ba450" stroked="f" strokeweight="1pt">
                  <v:stroke joinstyle="miter"/>
                </v:roundrect>
              </w:pict>
            </mc:Fallback>
          </mc:AlternateContent>
        </w:r>
        <w:r w:rsidRPr="001B09E9">
          <w:rPr>
            <w:rFonts w:hint="cs"/>
            <w:sz w:val="32"/>
            <w:szCs w:val="32"/>
            <w:cs/>
          </w:rPr>
          <w:t xml:space="preserve">           </w:t>
        </w:r>
      </w:sdtContent>
    </w:sdt>
  </w:p>
  <w:p w14:paraId="192AE41F" w14:textId="657A1D1E" w:rsidR="0071512F" w:rsidRDefault="0071512F">
    <w:pPr>
      <w:pStyle w:val="a6"/>
    </w:pPr>
    <w:r>
      <w:rPr>
        <w:noProof/>
      </w:rPr>
      <w:pict w14:anchorId="0E0B96D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alt="" style="position:absolute;margin-left:0;margin-top:0;width:1in;height:1in;z-index:251756544;mso-wrap-edited:f;mso-width-percent:0;mso-height-percent:0;mso-width-percent:0;mso-height-percent:0"/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0"/>
      </w:rPr>
      <w:id w:val="-199161400"/>
      <w:docPartObj>
        <w:docPartGallery w:val="Page Numbers (Top of Page)"/>
        <w:docPartUnique/>
      </w:docPartObj>
    </w:sdtPr>
    <w:sdtContent>
      <w:p w14:paraId="4CACF20D" w14:textId="6CA5C49B" w:rsidR="0071512F" w:rsidRDefault="0071512F" w:rsidP="0080760E">
        <w:pPr>
          <w:pStyle w:val="a6"/>
          <w:framePr w:wrap="none" w:vAnchor="text" w:hAnchor="page" w:x="10807" w:yAlign="top"/>
          <w:rPr>
            <w:rStyle w:val="af0"/>
          </w:rPr>
        </w:pPr>
        <w:r w:rsidRPr="00C23C6A">
          <w:rPr>
            <w:rStyle w:val="af0"/>
            <w:rFonts w:ascii="TH SarabunPSK" w:hAnsi="TH SarabunPSK" w:cs="TH SarabunPSK" w:hint="cs"/>
            <w:b/>
            <w:bCs/>
            <w:sz w:val="32"/>
            <w:szCs w:val="32"/>
          </w:rPr>
          <w:fldChar w:fldCharType="begin"/>
        </w:r>
        <w:r w:rsidRPr="00C23C6A">
          <w:rPr>
            <w:rStyle w:val="af0"/>
            <w:rFonts w:ascii="TH SarabunPSK" w:hAnsi="TH SarabunPSK" w:cs="TH SarabunPSK" w:hint="cs"/>
            <w:b/>
            <w:bCs/>
            <w:sz w:val="32"/>
            <w:szCs w:val="32"/>
          </w:rPr>
          <w:instrText xml:space="preserve"> PAGE </w:instrText>
        </w:r>
        <w:r w:rsidRPr="00C23C6A">
          <w:rPr>
            <w:rStyle w:val="af0"/>
            <w:rFonts w:ascii="TH SarabunPSK" w:hAnsi="TH SarabunPSK" w:cs="TH SarabunPSK" w:hint="cs"/>
            <w:b/>
            <w:bCs/>
            <w:sz w:val="32"/>
            <w:szCs w:val="32"/>
          </w:rPr>
          <w:fldChar w:fldCharType="separate"/>
        </w:r>
        <w:r w:rsidR="00AF7A22">
          <w:rPr>
            <w:rStyle w:val="af0"/>
            <w:rFonts w:ascii="TH SarabunPSK" w:hAnsi="TH SarabunPSK" w:cs="TH SarabunPSK"/>
            <w:b/>
            <w:bCs/>
            <w:noProof/>
            <w:sz w:val="32"/>
            <w:szCs w:val="32"/>
          </w:rPr>
          <w:t>1</w:t>
        </w:r>
        <w:r w:rsidRPr="00C23C6A">
          <w:rPr>
            <w:rStyle w:val="af0"/>
            <w:rFonts w:ascii="TH SarabunPSK" w:hAnsi="TH SarabunPSK" w:cs="TH SarabunPSK" w:hint="cs"/>
            <w:b/>
            <w:bCs/>
            <w:sz w:val="32"/>
            <w:szCs w:val="32"/>
          </w:rPr>
          <w:fldChar w:fldCharType="end"/>
        </w:r>
      </w:p>
    </w:sdtContent>
  </w:sdt>
  <w:p w14:paraId="419FA167" w14:textId="21CEB7B0" w:rsidR="0071512F" w:rsidRPr="00D80D62" w:rsidRDefault="0071512F" w:rsidP="00D80D62">
    <w:pPr>
      <w:pStyle w:val="a6"/>
      <w:jc w:val="right"/>
    </w:pPr>
    <w:r>
      <w:rPr>
        <w:noProof/>
      </w:rPr>
      <w:t xml:space="preserve"> </w:t>
    </w:r>
    <w:r>
      <w:rPr>
        <w:noProof/>
      </w:rPr>
      <w:drawing>
        <wp:inline distT="0" distB="0" distL="0" distR="0" wp14:anchorId="04409F98" wp14:editId="2E6711FA">
          <wp:extent cx="328930" cy="201295"/>
          <wp:effectExtent l="0" t="0" r="0" b="8255"/>
          <wp:docPr id="38" name="รูปภาพ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930" cy="201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27929" w14:textId="1100BB37" w:rsidR="0071512F" w:rsidRDefault="0071512F">
    <w:pPr>
      <w:pStyle w:val="a6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0"/>
        <w:cs/>
      </w:rPr>
      <w:id w:val="-2119669940"/>
      <w:docPartObj>
        <w:docPartGallery w:val="Page Numbers (Top of Page)"/>
        <w:docPartUnique/>
      </w:docPartObj>
    </w:sdtPr>
    <w:sdtEndPr>
      <w:rPr>
        <w:rStyle w:val="af0"/>
        <w:cs w:val="0"/>
      </w:rPr>
    </w:sdtEndPr>
    <w:sdtContent>
      <w:p w14:paraId="6F89DE0E" w14:textId="260FF512" w:rsidR="0071512F" w:rsidRDefault="0071512F" w:rsidP="00936FCC">
        <w:pPr>
          <w:pStyle w:val="a6"/>
          <w:framePr w:wrap="none" w:vAnchor="text" w:hAnchor="margin" w:xAlign="right" w:y="1"/>
          <w:rPr>
            <w:rStyle w:val="af0"/>
          </w:rPr>
        </w:pPr>
        <w:r w:rsidRPr="001B09E9">
          <w:rPr>
            <w:rStyle w:val="af0"/>
            <w:rFonts w:ascii="TH SarabunPSK" w:hAnsi="TH SarabunPSK" w:cs="TH SarabunPSK" w:hint="cs"/>
            <w:b/>
            <w:bCs/>
            <w:sz w:val="32"/>
            <w:szCs w:val="32"/>
            <w:cs/>
          </w:rPr>
          <w:fldChar w:fldCharType="begin"/>
        </w:r>
        <w:r w:rsidRPr="001B09E9">
          <w:rPr>
            <w:rStyle w:val="af0"/>
            <w:rFonts w:ascii="TH SarabunPSK" w:hAnsi="TH SarabunPSK" w:cs="TH SarabunPSK" w:hint="cs"/>
            <w:b/>
            <w:bCs/>
            <w:sz w:val="32"/>
            <w:szCs w:val="32"/>
          </w:rPr>
          <w:instrText xml:space="preserve"> PAGE </w:instrText>
        </w:r>
        <w:r w:rsidRPr="001B09E9">
          <w:rPr>
            <w:rStyle w:val="af0"/>
            <w:rFonts w:ascii="TH SarabunPSK" w:hAnsi="TH SarabunPSK" w:cs="TH SarabunPSK" w:hint="cs"/>
            <w:b/>
            <w:bCs/>
            <w:sz w:val="32"/>
            <w:szCs w:val="32"/>
            <w:cs/>
          </w:rPr>
          <w:fldChar w:fldCharType="separate"/>
        </w:r>
        <w:r w:rsidR="00AF7A22">
          <w:rPr>
            <w:rStyle w:val="af0"/>
            <w:rFonts w:ascii="TH SarabunPSK" w:hAnsi="TH SarabunPSK" w:cs="TH SarabunPSK"/>
            <w:b/>
            <w:bCs/>
            <w:noProof/>
            <w:sz w:val="32"/>
            <w:szCs w:val="32"/>
          </w:rPr>
          <w:t>15</w:t>
        </w:r>
        <w:r w:rsidRPr="001B09E9">
          <w:rPr>
            <w:rStyle w:val="af0"/>
            <w:rFonts w:ascii="TH SarabunPSK" w:hAnsi="TH SarabunPSK" w:cs="TH SarabunPSK" w:hint="cs"/>
            <w:b/>
            <w:bCs/>
            <w:sz w:val="32"/>
            <w:szCs w:val="32"/>
            <w:cs/>
          </w:rPr>
          <w:fldChar w:fldCharType="end"/>
        </w:r>
      </w:p>
    </w:sdtContent>
  </w:sdt>
  <w:p w14:paraId="11A04169" w14:textId="4A67F2F1" w:rsidR="0071512F" w:rsidRPr="001B09E9" w:rsidRDefault="0071512F" w:rsidP="00F90FA2">
    <w:pPr>
      <w:pStyle w:val="a6"/>
      <w:ind w:right="360"/>
      <w:jc w:val="right"/>
      <w:rPr>
        <w:rFonts w:asciiTheme="majorBidi" w:hAnsiTheme="majorBidi" w:cstheme="majorBidi"/>
        <w:i/>
        <w:iCs/>
        <w:sz w:val="32"/>
        <w:szCs w:val="32"/>
      </w:rPr>
    </w:pPr>
    <w:r>
      <w:rPr>
        <w:b/>
        <w:bCs/>
        <w:noProof/>
        <w:szCs w:val="32"/>
        <w14:ligatures w14:val="standardContextua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A84DEB" wp14:editId="6526E019">
              <wp:simplePos x="0" y="0"/>
              <wp:positionH relativeFrom="column">
                <wp:posOffset>5782310</wp:posOffset>
              </wp:positionH>
              <wp:positionV relativeFrom="paragraph">
                <wp:posOffset>2540</wp:posOffset>
              </wp:positionV>
              <wp:extent cx="400050" cy="201799"/>
              <wp:effectExtent l="0" t="0" r="6350" b="1905"/>
              <wp:wrapNone/>
              <wp:docPr id="12" name="Rectangle: Rounded Corners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0050" cy="201799"/>
                      </a:xfrm>
                      <a:prstGeom prst="roundRect">
                        <a:avLst/>
                      </a:prstGeom>
                      <a:solidFill>
                        <a:srgbClr val="6BA4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oundrect w14:anchorId="254C958C" id="Rectangle: Rounded Corners 12" o:spid="_x0000_s1026" style="position:absolute;margin-left:455.3pt;margin-top:.2pt;width:31.5pt;height:15.9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" fillcolor="#6ba450" stroked="f" strokeweight="1pt">
              <v:stroke joinstyle="miter"/>
            </v:roundrect>
          </w:pict>
        </mc:Fallback>
      </mc:AlternateContent>
    </w:r>
  </w:p>
  <w:p w14:paraId="4BFA0B59" w14:textId="641AF429" w:rsidR="0071512F" w:rsidRDefault="0071512F">
    <w:pPr>
      <w:pStyle w:val="a6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F4ED8" w14:textId="6666CE2E" w:rsidR="0071512F" w:rsidRDefault="0071512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19EBB" w14:textId="3A02B820" w:rsidR="0071512F" w:rsidRDefault="0071512F">
    <w:pPr>
      <w:pStyle w:val="a6"/>
      <w:jc w:val="right"/>
    </w:pPr>
  </w:p>
  <w:p w14:paraId="38035C67" w14:textId="77777777" w:rsidR="0071512F" w:rsidRDefault="0071512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09DC4" w14:textId="6BAA0323" w:rsidR="0071512F" w:rsidRDefault="0071512F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</w:rPr>
      <w:id w:val="1726410078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44B00AC4" w14:textId="74474F2C" w:rsidR="0071512F" w:rsidRDefault="0071512F">
        <w:pPr>
          <w:pStyle w:val="a6"/>
          <w:jc w:val="right"/>
        </w:pPr>
        <w:r>
          <w:rPr>
            <w:b/>
            <w:bCs/>
            <w:noProof/>
            <w:szCs w:val="32"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666432" behindDoc="1" locked="0" layoutInCell="1" allowOverlap="1" wp14:anchorId="50B4AA3B" wp14:editId="00B58038">
                  <wp:simplePos x="0" y="0"/>
                  <wp:positionH relativeFrom="column">
                    <wp:posOffset>5774055</wp:posOffset>
                  </wp:positionH>
                  <wp:positionV relativeFrom="paragraph">
                    <wp:posOffset>37432</wp:posOffset>
                  </wp:positionV>
                  <wp:extent cx="400050" cy="201799"/>
                  <wp:effectExtent l="0" t="0" r="6350" b="1905"/>
                  <wp:wrapNone/>
                  <wp:docPr id="635300457" name="Rectangle: Rounded Corners 1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00050" cy="201799"/>
                          </a:xfrm>
                          <a:prstGeom prst="roundRect">
                            <a:avLst/>
                          </a:prstGeom>
                          <a:solidFill>
                            <a:srgbClr val="6BA4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roundrect w14:anchorId="38A076B9" id="Rectangle: Rounded Corners 12" o:spid="_x0000_s1026" style="position:absolute;margin-left:454.65pt;margin-top:2.95pt;width:31.5pt;height:15.9pt;z-index:-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" fillcolor="#6ba450" stroked="f" strokeweight="1pt">
                  <v:stroke joinstyle="miter"/>
                </v:roundrect>
              </w:pict>
            </mc:Fallback>
          </mc:AlternateContent>
        </w:r>
        <w:r w:rsidRPr="001B09E9">
          <w:rPr>
            <w:rFonts w:ascii="TH SarabunIT๙" w:hAnsi="TH SarabunIT๙" w:cs="TH SarabunIT๙" w:hint="cs"/>
            <w:b/>
            <w:bCs/>
            <w:sz w:val="32"/>
            <w:szCs w:val="32"/>
            <w:cs/>
          </w:rPr>
          <w:t>ก</w:t>
        </w:r>
      </w:p>
    </w:sdtContent>
  </w:sdt>
  <w:p w14:paraId="3099E9BB" w14:textId="7AB7789F" w:rsidR="0071512F" w:rsidRDefault="0071512F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5E92D" w14:textId="32D9E16E" w:rsidR="0071512F" w:rsidRDefault="0071512F">
    <w:pPr>
      <w:pStyle w:val="a6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0"/>
      </w:rPr>
      <w:id w:val="847834326"/>
      <w:docPartObj>
        <w:docPartGallery w:val="Page Numbers (Top of Page)"/>
        <w:docPartUnique/>
      </w:docPartObj>
    </w:sdtPr>
    <w:sdtContent>
      <w:p w14:paraId="4C47123A" w14:textId="38DC272C" w:rsidR="0071512F" w:rsidRDefault="0071512F" w:rsidP="00936FCC">
        <w:pPr>
          <w:pStyle w:val="a6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14:paraId="199A4240" w14:textId="31562DAA" w:rsidR="0071512F" w:rsidRDefault="0071512F" w:rsidP="00C23C6A">
    <w:pPr>
      <w:pStyle w:val="a6"/>
      <w:ind w:right="360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</w:rPr>
      <w:id w:val="-1163080721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7EF2F9BE" w14:textId="70D798C6" w:rsidR="0071512F" w:rsidRDefault="0071512F">
        <w:pPr>
          <w:pStyle w:val="a6"/>
          <w:jc w:val="right"/>
        </w:pPr>
        <w:r>
          <w:rPr>
            <w:b/>
            <w:bCs/>
            <w:noProof/>
            <w:szCs w:val="32"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705344" behindDoc="1" locked="0" layoutInCell="1" allowOverlap="1" wp14:anchorId="5D66A4FC" wp14:editId="62589D55">
                  <wp:simplePos x="0" y="0"/>
                  <wp:positionH relativeFrom="column">
                    <wp:posOffset>5781675</wp:posOffset>
                  </wp:positionH>
                  <wp:positionV relativeFrom="paragraph">
                    <wp:posOffset>20482</wp:posOffset>
                  </wp:positionV>
                  <wp:extent cx="400050" cy="201799"/>
                  <wp:effectExtent l="0" t="0" r="6350" b="1905"/>
                  <wp:wrapNone/>
                  <wp:docPr id="1249019021" name="Rectangle: Rounded Corners 1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00050" cy="201799"/>
                          </a:xfrm>
                          <a:prstGeom prst="roundRect">
                            <a:avLst/>
                          </a:prstGeom>
                          <a:solidFill>
                            <a:srgbClr val="6BA4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roundrect w14:anchorId="78DF49B5" id="Rectangle: Rounded Corners 12" o:spid="_x0000_s1026" style="position:absolute;margin-left:455.25pt;margin-top:1.6pt;width:31.5pt;height:15.9pt;z-index:-251611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" fillcolor="#6ba450" stroked="f" strokeweight="1pt">
                  <v:stroke joinstyle="miter"/>
                </v:roundrect>
              </w:pict>
            </mc:Fallback>
          </mc:AlternateContent>
        </w:r>
        <w:r>
          <w:rPr>
            <w:b/>
            <w:bCs/>
            <w:noProof/>
            <w:szCs w:val="32"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664384" behindDoc="1" locked="0" layoutInCell="1" allowOverlap="1" wp14:anchorId="43F8D40C" wp14:editId="471CC935">
                  <wp:simplePos x="0" y="0"/>
                  <wp:positionH relativeFrom="column">
                    <wp:posOffset>8640798</wp:posOffset>
                  </wp:positionH>
                  <wp:positionV relativeFrom="paragraph">
                    <wp:posOffset>1905</wp:posOffset>
                  </wp:positionV>
                  <wp:extent cx="401461" cy="201295"/>
                  <wp:effectExtent l="0" t="0" r="5080" b="1905"/>
                  <wp:wrapNone/>
                  <wp:docPr id="1537272748" name="Rectangle: Rounded Corners 1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flipH="1">
                            <a:off x="0" y="0"/>
                            <a:ext cx="401461" cy="201295"/>
                          </a:xfrm>
                          <a:prstGeom prst="roundRect">
                            <a:avLst/>
                          </a:prstGeom>
                          <a:solidFill>
                            <a:srgbClr val="6BA4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roundrect w14:anchorId="46DF842C" id="Rectangle: Rounded Corners 12" o:spid="_x0000_s1026" style="position:absolute;margin-left:680.4pt;margin-top:.15pt;width:31.6pt;height:15.85pt;flip:x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" fillcolor="#6ba450" stroked="f" strokeweight="1pt">
                  <v:stroke joinstyle="miter"/>
                </v:roundrect>
              </w:pict>
            </mc:Fallback>
          </mc:AlternateContent>
        </w:r>
        <w:r w:rsidRPr="001B09E9">
          <w:rPr>
            <w:rFonts w:ascii="TH SarabunPSK" w:hAnsi="TH SarabunPSK" w:cs="TH SarabunPSK" w:hint="cs"/>
            <w:b/>
            <w:bCs/>
            <w:sz w:val="32"/>
            <w:szCs w:val="32"/>
            <w:cs/>
          </w:rPr>
          <w:t>ข</w:t>
        </w:r>
        <w:r w:rsidRPr="001B09E9">
          <w:rPr>
            <w:rFonts w:hint="cs"/>
            <w:sz w:val="32"/>
            <w:szCs w:val="32"/>
            <w:cs/>
          </w:rPr>
          <w:t xml:space="preserve">            </w:t>
        </w:r>
      </w:p>
    </w:sdtContent>
  </w:sdt>
  <w:p w14:paraId="4A63E2FC" w14:textId="77777777" w:rsidR="0071512F" w:rsidRDefault="0071512F">
    <w:pPr>
      <w:pStyle w:val="a6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B00D" w14:textId="6EB535C1" w:rsidR="0071512F" w:rsidRDefault="0071512F">
    <w:pPr>
      <w:pStyle w:val="a6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531AD" w14:textId="7B791F71" w:rsidR="0071512F" w:rsidRDefault="0071512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20050D"/>
    <w:multiLevelType w:val="multilevel"/>
    <w:tmpl w:val="4628C7EC"/>
    <w:lvl w:ilvl="0">
      <w:start w:val="1"/>
      <w:numFmt w:val="thaiNumbers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039329C"/>
    <w:multiLevelType w:val="hybridMultilevel"/>
    <w:tmpl w:val="79F6320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1135EEA"/>
    <w:multiLevelType w:val="multilevel"/>
    <w:tmpl w:val="4628C7EC"/>
    <w:lvl w:ilvl="0">
      <w:start w:val="1"/>
      <w:numFmt w:val="thaiNumbers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2326F6D"/>
    <w:multiLevelType w:val="multilevel"/>
    <w:tmpl w:val="4628C7EC"/>
    <w:lvl w:ilvl="0">
      <w:start w:val="1"/>
      <w:numFmt w:val="thaiNumbers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BFA3161"/>
    <w:multiLevelType w:val="hybridMultilevel"/>
    <w:tmpl w:val="278EB844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54656C"/>
    <w:multiLevelType w:val="multilevel"/>
    <w:tmpl w:val="4628C7EC"/>
    <w:lvl w:ilvl="0">
      <w:start w:val="1"/>
      <w:numFmt w:val="thaiNumbers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AB58AE"/>
    <w:multiLevelType w:val="multilevel"/>
    <w:tmpl w:val="DB1C4E66"/>
    <w:lvl w:ilvl="0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724370"/>
    <w:multiLevelType w:val="multilevel"/>
    <w:tmpl w:val="4628C7EC"/>
    <w:lvl w:ilvl="0">
      <w:start w:val="1"/>
      <w:numFmt w:val="thaiNumbers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BF5FDD"/>
    <w:multiLevelType w:val="multilevel"/>
    <w:tmpl w:val="4628C7EC"/>
    <w:lvl w:ilvl="0">
      <w:start w:val="1"/>
      <w:numFmt w:val="thaiNumbers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952BE1"/>
    <w:multiLevelType w:val="multilevel"/>
    <w:tmpl w:val="4628C7EC"/>
    <w:lvl w:ilvl="0">
      <w:start w:val="1"/>
      <w:numFmt w:val="thaiNumbers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31144E"/>
    <w:multiLevelType w:val="multilevel"/>
    <w:tmpl w:val="AB8CB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haiNumbers"/>
      <w:lvlText w:val="%2."/>
      <w:lvlJc w:val="left"/>
      <w:pPr>
        <w:tabs>
          <w:tab w:val="num" w:pos="1440"/>
        </w:tabs>
        <w:ind w:left="1440" w:hanging="360"/>
      </w:pPr>
      <w:rPr>
        <w:rFonts w:ascii="TH SarabunPSK" w:eastAsia="Times New Roman" w:hAnsi="TH SarabunPSK" w:cs="TH SarabunPSK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515EB7"/>
    <w:multiLevelType w:val="multilevel"/>
    <w:tmpl w:val="F08CC85E"/>
    <w:lvl w:ilvl="0">
      <w:start w:val="1"/>
      <w:numFmt w:val="thaiNumbers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thaiNumbers"/>
      <w:lvlText w:val="%2."/>
      <w:lvlJc w:val="left"/>
      <w:pPr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5B7465"/>
    <w:multiLevelType w:val="multilevel"/>
    <w:tmpl w:val="4628C7EC"/>
    <w:lvl w:ilvl="0">
      <w:start w:val="1"/>
      <w:numFmt w:val="thaiNumbers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1368EC"/>
    <w:multiLevelType w:val="hybridMultilevel"/>
    <w:tmpl w:val="F746FAFC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783D85"/>
    <w:multiLevelType w:val="multilevel"/>
    <w:tmpl w:val="1F0EC468"/>
    <w:lvl w:ilvl="0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0A2410"/>
    <w:multiLevelType w:val="multilevel"/>
    <w:tmpl w:val="AD96DDF4"/>
    <w:lvl w:ilvl="0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E67404"/>
    <w:multiLevelType w:val="multilevel"/>
    <w:tmpl w:val="07EE99D0"/>
    <w:lvl w:ilvl="0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CD87B18"/>
    <w:multiLevelType w:val="multilevel"/>
    <w:tmpl w:val="4628C7EC"/>
    <w:lvl w:ilvl="0">
      <w:start w:val="1"/>
      <w:numFmt w:val="thaiNumbers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DC7075"/>
    <w:multiLevelType w:val="multilevel"/>
    <w:tmpl w:val="F08CC85E"/>
    <w:lvl w:ilvl="0">
      <w:start w:val="1"/>
      <w:numFmt w:val="thaiNumbers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thaiNumbers"/>
      <w:lvlText w:val="%2.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9F3CFF"/>
    <w:multiLevelType w:val="multilevel"/>
    <w:tmpl w:val="4628C7EC"/>
    <w:lvl w:ilvl="0">
      <w:start w:val="1"/>
      <w:numFmt w:val="thaiNumbers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46317B"/>
    <w:multiLevelType w:val="multilevel"/>
    <w:tmpl w:val="F08CC85E"/>
    <w:lvl w:ilvl="0">
      <w:start w:val="1"/>
      <w:numFmt w:val="thaiNumbers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thaiNumbers"/>
      <w:lvlText w:val="%2.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E240D0"/>
    <w:multiLevelType w:val="multilevel"/>
    <w:tmpl w:val="F08CC85E"/>
    <w:lvl w:ilvl="0">
      <w:start w:val="1"/>
      <w:numFmt w:val="thaiNumbers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thaiNumbers"/>
      <w:lvlText w:val="%2.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B619C5"/>
    <w:multiLevelType w:val="multilevel"/>
    <w:tmpl w:val="4628C7EC"/>
    <w:lvl w:ilvl="0">
      <w:start w:val="1"/>
      <w:numFmt w:val="thaiNumbers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BD0F76"/>
    <w:multiLevelType w:val="hybridMultilevel"/>
    <w:tmpl w:val="9946B9B4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6047AC"/>
    <w:multiLevelType w:val="multilevel"/>
    <w:tmpl w:val="F08CC85E"/>
    <w:lvl w:ilvl="0">
      <w:start w:val="1"/>
      <w:numFmt w:val="thaiNumbers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thaiNumbers"/>
      <w:lvlText w:val="%2."/>
      <w:lvlJc w:val="left"/>
      <w:pPr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301E09"/>
    <w:multiLevelType w:val="multilevel"/>
    <w:tmpl w:val="4628C7EC"/>
    <w:lvl w:ilvl="0">
      <w:start w:val="1"/>
      <w:numFmt w:val="thaiNumbers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5561F7"/>
    <w:multiLevelType w:val="multilevel"/>
    <w:tmpl w:val="4628C7EC"/>
    <w:lvl w:ilvl="0">
      <w:start w:val="1"/>
      <w:numFmt w:val="thaiNumbers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AD2E4B"/>
    <w:multiLevelType w:val="multilevel"/>
    <w:tmpl w:val="4628C7EC"/>
    <w:lvl w:ilvl="0">
      <w:start w:val="1"/>
      <w:numFmt w:val="thaiNumbers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513A25"/>
    <w:multiLevelType w:val="hybridMultilevel"/>
    <w:tmpl w:val="BD1C6244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0584A"/>
    <w:multiLevelType w:val="multilevel"/>
    <w:tmpl w:val="F08CC85E"/>
    <w:lvl w:ilvl="0">
      <w:start w:val="1"/>
      <w:numFmt w:val="thaiNumbers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thaiNumbers"/>
      <w:lvlText w:val="%2.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7217AA"/>
    <w:multiLevelType w:val="multilevel"/>
    <w:tmpl w:val="F08CC85E"/>
    <w:lvl w:ilvl="0">
      <w:start w:val="1"/>
      <w:numFmt w:val="thaiNumbers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thaiNumbers"/>
      <w:lvlText w:val="%2.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A37F36"/>
    <w:multiLevelType w:val="multilevel"/>
    <w:tmpl w:val="4628C7EC"/>
    <w:lvl w:ilvl="0">
      <w:start w:val="1"/>
      <w:numFmt w:val="thaiNumbers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35"/>
  </w:num>
  <w:num w:numId="3">
    <w:abstractNumId w:val="27"/>
  </w:num>
  <w:num w:numId="4">
    <w:abstractNumId w:val="26"/>
  </w:num>
  <w:num w:numId="5">
    <w:abstractNumId w:val="24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1"/>
  </w:num>
  <w:num w:numId="11">
    <w:abstractNumId w:val="0"/>
  </w:num>
  <w:num w:numId="12">
    <w:abstractNumId w:val="10"/>
  </w:num>
  <w:num w:numId="13">
    <w:abstractNumId w:val="19"/>
  </w:num>
  <w:num w:numId="14">
    <w:abstractNumId w:val="7"/>
  </w:num>
  <w:num w:numId="15">
    <w:abstractNumId w:val="34"/>
  </w:num>
  <w:num w:numId="16">
    <w:abstractNumId w:val="29"/>
  </w:num>
  <w:num w:numId="17">
    <w:abstractNumId w:val="15"/>
  </w:num>
  <w:num w:numId="18">
    <w:abstractNumId w:val="9"/>
  </w:num>
  <w:num w:numId="19">
    <w:abstractNumId w:val="28"/>
  </w:num>
  <w:num w:numId="20">
    <w:abstractNumId w:val="37"/>
  </w:num>
  <w:num w:numId="21">
    <w:abstractNumId w:val="14"/>
  </w:num>
  <w:num w:numId="22">
    <w:abstractNumId w:val="32"/>
  </w:num>
  <w:num w:numId="23">
    <w:abstractNumId w:val="33"/>
  </w:num>
  <w:num w:numId="24">
    <w:abstractNumId w:val="25"/>
  </w:num>
  <w:num w:numId="25">
    <w:abstractNumId w:val="13"/>
  </w:num>
  <w:num w:numId="26">
    <w:abstractNumId w:val="18"/>
  </w:num>
  <w:num w:numId="27">
    <w:abstractNumId w:val="31"/>
  </w:num>
  <w:num w:numId="28">
    <w:abstractNumId w:val="8"/>
  </w:num>
  <w:num w:numId="29">
    <w:abstractNumId w:val="6"/>
  </w:num>
  <w:num w:numId="30">
    <w:abstractNumId w:val="11"/>
  </w:num>
  <w:num w:numId="31">
    <w:abstractNumId w:val="23"/>
  </w:num>
  <w:num w:numId="32">
    <w:abstractNumId w:val="17"/>
  </w:num>
  <w:num w:numId="33">
    <w:abstractNumId w:val="30"/>
  </w:num>
  <w:num w:numId="34">
    <w:abstractNumId w:val="12"/>
  </w:num>
  <w:num w:numId="35">
    <w:abstractNumId w:val="22"/>
  </w:num>
  <w:num w:numId="36">
    <w:abstractNumId w:val="16"/>
  </w:num>
  <w:num w:numId="37">
    <w:abstractNumId w:val="21"/>
  </w:num>
  <w:num w:numId="38">
    <w:abstractNumId w:val="2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hideGrammaticalErrors/>
  <w:proofState w:spelling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0D0"/>
    <w:rsid w:val="0000570A"/>
    <w:rsid w:val="00015D03"/>
    <w:rsid w:val="00017505"/>
    <w:rsid w:val="000217DA"/>
    <w:rsid w:val="0003029F"/>
    <w:rsid w:val="000C1055"/>
    <w:rsid w:val="000C465C"/>
    <w:rsid w:val="000C58F2"/>
    <w:rsid w:val="000C6362"/>
    <w:rsid w:val="000E59B7"/>
    <w:rsid w:val="000E72F9"/>
    <w:rsid w:val="000F0805"/>
    <w:rsid w:val="000F1C0E"/>
    <w:rsid w:val="00106289"/>
    <w:rsid w:val="001072C7"/>
    <w:rsid w:val="00116F49"/>
    <w:rsid w:val="00117811"/>
    <w:rsid w:val="00122477"/>
    <w:rsid w:val="001301DB"/>
    <w:rsid w:val="00131E43"/>
    <w:rsid w:val="00145B2A"/>
    <w:rsid w:val="00173328"/>
    <w:rsid w:val="001762CB"/>
    <w:rsid w:val="00176743"/>
    <w:rsid w:val="00190BC4"/>
    <w:rsid w:val="001B03E7"/>
    <w:rsid w:val="001B09E9"/>
    <w:rsid w:val="001C0C44"/>
    <w:rsid w:val="001C0F61"/>
    <w:rsid w:val="001C10BF"/>
    <w:rsid w:val="001C69C5"/>
    <w:rsid w:val="001C7300"/>
    <w:rsid w:val="001F30D2"/>
    <w:rsid w:val="001F7EEE"/>
    <w:rsid w:val="0020271F"/>
    <w:rsid w:val="0021202C"/>
    <w:rsid w:val="0021258A"/>
    <w:rsid w:val="00214647"/>
    <w:rsid w:val="00220964"/>
    <w:rsid w:val="00257830"/>
    <w:rsid w:val="0026741D"/>
    <w:rsid w:val="00294DDD"/>
    <w:rsid w:val="00295AEA"/>
    <w:rsid w:val="002A004F"/>
    <w:rsid w:val="002A5623"/>
    <w:rsid w:val="002B5AFC"/>
    <w:rsid w:val="002B6BBE"/>
    <w:rsid w:val="002C263D"/>
    <w:rsid w:val="002C6007"/>
    <w:rsid w:val="002D3244"/>
    <w:rsid w:val="002E3A77"/>
    <w:rsid w:val="002E456E"/>
    <w:rsid w:val="003003E9"/>
    <w:rsid w:val="003040CF"/>
    <w:rsid w:val="0031012F"/>
    <w:rsid w:val="003231EA"/>
    <w:rsid w:val="00324471"/>
    <w:rsid w:val="00332A8F"/>
    <w:rsid w:val="003470F5"/>
    <w:rsid w:val="00352934"/>
    <w:rsid w:val="003529B3"/>
    <w:rsid w:val="00362CD8"/>
    <w:rsid w:val="00367293"/>
    <w:rsid w:val="00367FCC"/>
    <w:rsid w:val="0038170C"/>
    <w:rsid w:val="003A119D"/>
    <w:rsid w:val="003A6072"/>
    <w:rsid w:val="003B2708"/>
    <w:rsid w:val="003B3076"/>
    <w:rsid w:val="003C3E7B"/>
    <w:rsid w:val="003C655E"/>
    <w:rsid w:val="003D1D59"/>
    <w:rsid w:val="003D3540"/>
    <w:rsid w:val="003D7325"/>
    <w:rsid w:val="003E4827"/>
    <w:rsid w:val="003E485D"/>
    <w:rsid w:val="003F1EE7"/>
    <w:rsid w:val="003F69BE"/>
    <w:rsid w:val="00402FCC"/>
    <w:rsid w:val="00413068"/>
    <w:rsid w:val="00413558"/>
    <w:rsid w:val="00436780"/>
    <w:rsid w:val="004447B1"/>
    <w:rsid w:val="0044667C"/>
    <w:rsid w:val="00461FC6"/>
    <w:rsid w:val="00475A9F"/>
    <w:rsid w:val="0048228A"/>
    <w:rsid w:val="00495E58"/>
    <w:rsid w:val="004A17B2"/>
    <w:rsid w:val="004A5F5E"/>
    <w:rsid w:val="004B3A1F"/>
    <w:rsid w:val="004C52AE"/>
    <w:rsid w:val="004D594C"/>
    <w:rsid w:val="004D6147"/>
    <w:rsid w:val="004E3893"/>
    <w:rsid w:val="004F19A3"/>
    <w:rsid w:val="004F35C0"/>
    <w:rsid w:val="00505138"/>
    <w:rsid w:val="005214B0"/>
    <w:rsid w:val="00540399"/>
    <w:rsid w:val="00553F91"/>
    <w:rsid w:val="005570D1"/>
    <w:rsid w:val="00561263"/>
    <w:rsid w:val="005636DD"/>
    <w:rsid w:val="005771FB"/>
    <w:rsid w:val="00581804"/>
    <w:rsid w:val="00582CD4"/>
    <w:rsid w:val="005831B4"/>
    <w:rsid w:val="00584763"/>
    <w:rsid w:val="005A4F5E"/>
    <w:rsid w:val="005A572B"/>
    <w:rsid w:val="005B1AAA"/>
    <w:rsid w:val="005B6080"/>
    <w:rsid w:val="005C57F2"/>
    <w:rsid w:val="005D3AAA"/>
    <w:rsid w:val="005D7156"/>
    <w:rsid w:val="005D7E0E"/>
    <w:rsid w:val="005F20F7"/>
    <w:rsid w:val="00612B0B"/>
    <w:rsid w:val="006217EE"/>
    <w:rsid w:val="00623E41"/>
    <w:rsid w:val="00653E41"/>
    <w:rsid w:val="00665CDF"/>
    <w:rsid w:val="00685726"/>
    <w:rsid w:val="00686E7E"/>
    <w:rsid w:val="006C5AF5"/>
    <w:rsid w:val="006D2A29"/>
    <w:rsid w:val="006D2DEB"/>
    <w:rsid w:val="006D6988"/>
    <w:rsid w:val="006E51A5"/>
    <w:rsid w:val="006F1300"/>
    <w:rsid w:val="00702563"/>
    <w:rsid w:val="00704641"/>
    <w:rsid w:val="0071057A"/>
    <w:rsid w:val="0071512F"/>
    <w:rsid w:val="00725305"/>
    <w:rsid w:val="00731D37"/>
    <w:rsid w:val="007339B2"/>
    <w:rsid w:val="00736CE7"/>
    <w:rsid w:val="0074071E"/>
    <w:rsid w:val="007577F5"/>
    <w:rsid w:val="007652B3"/>
    <w:rsid w:val="00765637"/>
    <w:rsid w:val="00782138"/>
    <w:rsid w:val="00782D3D"/>
    <w:rsid w:val="00783097"/>
    <w:rsid w:val="00784582"/>
    <w:rsid w:val="007976CA"/>
    <w:rsid w:val="007A1550"/>
    <w:rsid w:val="007A6367"/>
    <w:rsid w:val="007A6A47"/>
    <w:rsid w:val="007E0685"/>
    <w:rsid w:val="007F2090"/>
    <w:rsid w:val="0080760E"/>
    <w:rsid w:val="00821F9A"/>
    <w:rsid w:val="00823987"/>
    <w:rsid w:val="008248DB"/>
    <w:rsid w:val="00825287"/>
    <w:rsid w:val="00826B0F"/>
    <w:rsid w:val="00854D87"/>
    <w:rsid w:val="008570C0"/>
    <w:rsid w:val="0087066B"/>
    <w:rsid w:val="008A3FF7"/>
    <w:rsid w:val="008A7BDC"/>
    <w:rsid w:val="008B0583"/>
    <w:rsid w:val="008B3AE5"/>
    <w:rsid w:val="008C512B"/>
    <w:rsid w:val="008E5238"/>
    <w:rsid w:val="009117CF"/>
    <w:rsid w:val="00927ED2"/>
    <w:rsid w:val="00936613"/>
    <w:rsid w:val="00936FCC"/>
    <w:rsid w:val="00944C80"/>
    <w:rsid w:val="00966AF5"/>
    <w:rsid w:val="00972F39"/>
    <w:rsid w:val="00975D40"/>
    <w:rsid w:val="00980718"/>
    <w:rsid w:val="009851BA"/>
    <w:rsid w:val="009871C7"/>
    <w:rsid w:val="00990846"/>
    <w:rsid w:val="009970D0"/>
    <w:rsid w:val="009B4828"/>
    <w:rsid w:val="009C5905"/>
    <w:rsid w:val="009F3139"/>
    <w:rsid w:val="00A00B7F"/>
    <w:rsid w:val="00A034A3"/>
    <w:rsid w:val="00A26A9B"/>
    <w:rsid w:val="00A37738"/>
    <w:rsid w:val="00A46D04"/>
    <w:rsid w:val="00A5485D"/>
    <w:rsid w:val="00A8313D"/>
    <w:rsid w:val="00A90D9B"/>
    <w:rsid w:val="00AA1529"/>
    <w:rsid w:val="00AA35FA"/>
    <w:rsid w:val="00AB71E0"/>
    <w:rsid w:val="00AC7BFD"/>
    <w:rsid w:val="00AD728A"/>
    <w:rsid w:val="00AF1972"/>
    <w:rsid w:val="00AF7A22"/>
    <w:rsid w:val="00B07B4B"/>
    <w:rsid w:val="00B157E3"/>
    <w:rsid w:val="00B21D3F"/>
    <w:rsid w:val="00B35B2F"/>
    <w:rsid w:val="00B478AD"/>
    <w:rsid w:val="00B50300"/>
    <w:rsid w:val="00B73C35"/>
    <w:rsid w:val="00B80158"/>
    <w:rsid w:val="00B861F8"/>
    <w:rsid w:val="00B8681A"/>
    <w:rsid w:val="00B9233C"/>
    <w:rsid w:val="00BA5DA3"/>
    <w:rsid w:val="00BC5012"/>
    <w:rsid w:val="00BF39E5"/>
    <w:rsid w:val="00BF3D7C"/>
    <w:rsid w:val="00BF3DFB"/>
    <w:rsid w:val="00C02E6B"/>
    <w:rsid w:val="00C02E86"/>
    <w:rsid w:val="00C110F1"/>
    <w:rsid w:val="00C140DE"/>
    <w:rsid w:val="00C21654"/>
    <w:rsid w:val="00C23C6A"/>
    <w:rsid w:val="00C30172"/>
    <w:rsid w:val="00C34339"/>
    <w:rsid w:val="00C40F52"/>
    <w:rsid w:val="00C61103"/>
    <w:rsid w:val="00C75F13"/>
    <w:rsid w:val="00C765C8"/>
    <w:rsid w:val="00C938EA"/>
    <w:rsid w:val="00CA0318"/>
    <w:rsid w:val="00CA48E8"/>
    <w:rsid w:val="00CB102D"/>
    <w:rsid w:val="00CB592D"/>
    <w:rsid w:val="00CD06A7"/>
    <w:rsid w:val="00D01CB8"/>
    <w:rsid w:val="00D066D9"/>
    <w:rsid w:val="00D12027"/>
    <w:rsid w:val="00D13085"/>
    <w:rsid w:val="00D27D03"/>
    <w:rsid w:val="00D47A42"/>
    <w:rsid w:val="00D536D3"/>
    <w:rsid w:val="00D71C71"/>
    <w:rsid w:val="00D80D62"/>
    <w:rsid w:val="00D80E3D"/>
    <w:rsid w:val="00D84C9B"/>
    <w:rsid w:val="00D96D94"/>
    <w:rsid w:val="00DA5E15"/>
    <w:rsid w:val="00DD5678"/>
    <w:rsid w:val="00DD7450"/>
    <w:rsid w:val="00DE4B40"/>
    <w:rsid w:val="00DF3735"/>
    <w:rsid w:val="00DF4D7E"/>
    <w:rsid w:val="00DF6FCB"/>
    <w:rsid w:val="00E161CC"/>
    <w:rsid w:val="00E17A72"/>
    <w:rsid w:val="00E21862"/>
    <w:rsid w:val="00E37C95"/>
    <w:rsid w:val="00E46B08"/>
    <w:rsid w:val="00E579D7"/>
    <w:rsid w:val="00E86F15"/>
    <w:rsid w:val="00EB35F5"/>
    <w:rsid w:val="00EB6C2D"/>
    <w:rsid w:val="00ED5D16"/>
    <w:rsid w:val="00EF1C93"/>
    <w:rsid w:val="00EF3C83"/>
    <w:rsid w:val="00EF4E5B"/>
    <w:rsid w:val="00F0109F"/>
    <w:rsid w:val="00F01DAC"/>
    <w:rsid w:val="00F057D3"/>
    <w:rsid w:val="00F063F1"/>
    <w:rsid w:val="00F06625"/>
    <w:rsid w:val="00F130C2"/>
    <w:rsid w:val="00F16F56"/>
    <w:rsid w:val="00F26F31"/>
    <w:rsid w:val="00F311A9"/>
    <w:rsid w:val="00F4457C"/>
    <w:rsid w:val="00F52CF2"/>
    <w:rsid w:val="00F53B14"/>
    <w:rsid w:val="00F7787B"/>
    <w:rsid w:val="00F90ADC"/>
    <w:rsid w:val="00F90FA2"/>
    <w:rsid w:val="00F92339"/>
    <w:rsid w:val="00FA02FB"/>
    <w:rsid w:val="00FB0E1F"/>
    <w:rsid w:val="00FB40FE"/>
    <w:rsid w:val="00FB5DB2"/>
    <w:rsid w:val="00FB79B0"/>
    <w:rsid w:val="00FC6220"/>
    <w:rsid w:val="00FD4A42"/>
    <w:rsid w:val="00FD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1CA7BFF"/>
  <w15:docId w15:val="{86FD2E18-3D5C-F648-8F33-A1744DE70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90BC4"/>
    <w:pPr>
      <w:spacing w:after="0" w:line="240" w:lineRule="auto"/>
    </w:pPr>
    <w:rPr>
      <w:rFonts w:ascii="Tahoma" w:eastAsia="Times New Roman" w:hAnsi="Tahoma" w:cs="Tahoma"/>
      <w:kern w:val="0"/>
      <w:sz w:val="24"/>
      <w:szCs w:val="24"/>
      <w14:ligatures w14:val="none"/>
    </w:rPr>
  </w:style>
  <w:style w:type="paragraph" w:styleId="1">
    <w:name w:val="heading 1"/>
    <w:basedOn w:val="a1"/>
    <w:next w:val="a1"/>
    <w:link w:val="10"/>
    <w:uiPriority w:val="9"/>
    <w:qFormat/>
    <w:rsid w:val="005B60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21">
    <w:name w:val="heading 2"/>
    <w:basedOn w:val="a1"/>
    <w:link w:val="22"/>
    <w:uiPriority w:val="9"/>
    <w:qFormat/>
    <w:rsid w:val="00F16F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1">
    <w:name w:val="heading 3"/>
    <w:basedOn w:val="a1"/>
    <w:link w:val="32"/>
    <w:uiPriority w:val="9"/>
    <w:qFormat/>
    <w:rsid w:val="00F16F5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1"/>
    <w:link w:val="40"/>
    <w:uiPriority w:val="9"/>
    <w:qFormat/>
    <w:rsid w:val="00F16F56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unhideWhenUsed/>
    <w:qFormat/>
    <w:rsid w:val="00B861F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szCs w:val="3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0E72F9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bidi="ar-SA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E72F9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bidi="ar-SA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E72F9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  <w:lang w:bidi="ar-SA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E72F9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msonormal0">
    <w:name w:val="msonormal"/>
    <w:basedOn w:val="a1"/>
    <w:rsid w:val="009970D0"/>
    <w:pPr>
      <w:spacing w:before="100" w:beforeAutospacing="1" w:after="100" w:afterAutospacing="1"/>
    </w:pPr>
    <w:rPr>
      <w:rFonts w:ascii="Angsana New" w:hAnsi="Angsana New" w:cs="Angsana New"/>
      <w:sz w:val="28"/>
    </w:rPr>
  </w:style>
  <w:style w:type="paragraph" w:styleId="a5">
    <w:name w:val="Normal (Web)"/>
    <w:basedOn w:val="a1"/>
    <w:uiPriority w:val="99"/>
    <w:semiHidden/>
    <w:unhideWhenUsed/>
    <w:rsid w:val="009970D0"/>
    <w:pPr>
      <w:spacing w:before="100" w:beforeAutospacing="1" w:after="100" w:afterAutospacing="1"/>
    </w:pPr>
    <w:rPr>
      <w:rFonts w:ascii="Angsana New" w:hAnsi="Angsana New" w:cs="Angsana New"/>
      <w:sz w:val="28"/>
    </w:rPr>
  </w:style>
  <w:style w:type="paragraph" w:styleId="a6">
    <w:name w:val="header"/>
    <w:basedOn w:val="a1"/>
    <w:link w:val="a7"/>
    <w:uiPriority w:val="99"/>
    <w:unhideWhenUsed/>
    <w:rsid w:val="00A00B7F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basedOn w:val="a2"/>
    <w:link w:val="a6"/>
    <w:uiPriority w:val="99"/>
    <w:rsid w:val="00A00B7F"/>
  </w:style>
  <w:style w:type="paragraph" w:styleId="a8">
    <w:name w:val="footer"/>
    <w:basedOn w:val="a1"/>
    <w:link w:val="a9"/>
    <w:uiPriority w:val="99"/>
    <w:unhideWhenUsed/>
    <w:rsid w:val="00A00B7F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basedOn w:val="a2"/>
    <w:link w:val="a8"/>
    <w:uiPriority w:val="99"/>
    <w:rsid w:val="00A00B7F"/>
  </w:style>
  <w:style w:type="paragraph" w:styleId="aa">
    <w:name w:val="Balloon Text"/>
    <w:basedOn w:val="a1"/>
    <w:link w:val="ab"/>
    <w:uiPriority w:val="99"/>
    <w:semiHidden/>
    <w:unhideWhenUsed/>
    <w:rsid w:val="000F1C0E"/>
    <w:rPr>
      <w:rFonts w:cs="Angsana New"/>
      <w:sz w:val="16"/>
      <w:szCs w:val="20"/>
    </w:rPr>
  </w:style>
  <w:style w:type="character" w:customStyle="1" w:styleId="ab">
    <w:name w:val="ข้อความบอลลูน อักขระ"/>
    <w:basedOn w:val="a2"/>
    <w:link w:val="aa"/>
    <w:uiPriority w:val="99"/>
    <w:semiHidden/>
    <w:rsid w:val="000F1C0E"/>
    <w:rPr>
      <w:rFonts w:ascii="Tahoma" w:hAnsi="Tahoma" w:cs="Angsana New"/>
      <w:sz w:val="16"/>
      <w:szCs w:val="20"/>
    </w:rPr>
  </w:style>
  <w:style w:type="character" w:styleId="ac">
    <w:name w:val="Hyperlink"/>
    <w:basedOn w:val="a2"/>
    <w:uiPriority w:val="99"/>
    <w:unhideWhenUsed/>
    <w:rsid w:val="00821F9A"/>
    <w:rPr>
      <w:color w:val="0000FF"/>
      <w:u w:val="single"/>
    </w:rPr>
  </w:style>
  <w:style w:type="paragraph" w:customStyle="1" w:styleId="p1">
    <w:name w:val="p1"/>
    <w:basedOn w:val="a1"/>
    <w:rsid w:val="00D84C9B"/>
    <w:rPr>
      <w:rFonts w:ascii="TH SarabunPSK" w:hAnsi="TH SarabunPSK" w:cs="TH SarabunPSK"/>
      <w:color w:val="01154D"/>
    </w:rPr>
  </w:style>
  <w:style w:type="character" w:customStyle="1" w:styleId="oypena">
    <w:name w:val="oypena"/>
    <w:basedOn w:val="a2"/>
    <w:rsid w:val="003A6072"/>
  </w:style>
  <w:style w:type="character" w:customStyle="1" w:styleId="22">
    <w:name w:val="หัวเรื่อง 2 อักขระ"/>
    <w:basedOn w:val="a2"/>
    <w:link w:val="21"/>
    <w:uiPriority w:val="9"/>
    <w:rsid w:val="00F16F56"/>
    <w:rPr>
      <w:rFonts w:ascii="Tahoma" w:eastAsia="Times New Roman" w:hAnsi="Tahoma" w:cs="Tahoma"/>
      <w:b/>
      <w:bCs/>
      <w:kern w:val="0"/>
      <w:sz w:val="36"/>
      <w:szCs w:val="36"/>
      <w14:ligatures w14:val="none"/>
    </w:rPr>
  </w:style>
  <w:style w:type="character" w:customStyle="1" w:styleId="32">
    <w:name w:val="หัวเรื่อง 3 อักขระ"/>
    <w:basedOn w:val="a2"/>
    <w:link w:val="31"/>
    <w:uiPriority w:val="9"/>
    <w:rsid w:val="00F16F56"/>
    <w:rPr>
      <w:rFonts w:ascii="Tahoma" w:eastAsia="Times New Roman" w:hAnsi="Tahoma" w:cs="Tahoma"/>
      <w:b/>
      <w:bCs/>
      <w:kern w:val="0"/>
      <w:sz w:val="27"/>
      <w:szCs w:val="27"/>
      <w14:ligatures w14:val="none"/>
    </w:rPr>
  </w:style>
  <w:style w:type="character" w:customStyle="1" w:styleId="40">
    <w:name w:val="หัวเรื่อง 4 อักขระ"/>
    <w:basedOn w:val="a2"/>
    <w:link w:val="4"/>
    <w:uiPriority w:val="9"/>
    <w:rsid w:val="00F16F56"/>
    <w:rPr>
      <w:rFonts w:ascii="Tahoma" w:eastAsia="Times New Roman" w:hAnsi="Tahoma" w:cs="Tahoma"/>
      <w:b/>
      <w:bCs/>
      <w:kern w:val="0"/>
      <w:sz w:val="24"/>
      <w:szCs w:val="24"/>
      <w14:ligatures w14:val="none"/>
    </w:rPr>
  </w:style>
  <w:style w:type="character" w:styleId="ad">
    <w:name w:val="Strong"/>
    <w:basedOn w:val="a2"/>
    <w:uiPriority w:val="22"/>
    <w:qFormat/>
    <w:rsid w:val="00F16F56"/>
    <w:rPr>
      <w:b/>
      <w:bCs/>
    </w:rPr>
  </w:style>
  <w:style w:type="character" w:customStyle="1" w:styleId="50">
    <w:name w:val="หัวเรื่อง 5 อักขระ"/>
    <w:basedOn w:val="a2"/>
    <w:link w:val="5"/>
    <w:uiPriority w:val="9"/>
    <w:rsid w:val="00B861F8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30"/>
      <w14:ligatures w14:val="none"/>
    </w:rPr>
  </w:style>
  <w:style w:type="table" w:styleId="ae">
    <w:name w:val="Table Grid"/>
    <w:basedOn w:val="a3"/>
    <w:uiPriority w:val="59"/>
    <w:rsid w:val="00294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2"/>
    <w:uiPriority w:val="20"/>
    <w:qFormat/>
    <w:rsid w:val="00784582"/>
    <w:rPr>
      <w:i/>
      <w:iCs/>
    </w:rPr>
  </w:style>
  <w:style w:type="character" w:styleId="af0">
    <w:name w:val="page number"/>
    <w:basedOn w:val="a2"/>
    <w:uiPriority w:val="99"/>
    <w:semiHidden/>
    <w:unhideWhenUsed/>
    <w:rsid w:val="00C02E86"/>
  </w:style>
  <w:style w:type="character" w:customStyle="1" w:styleId="10">
    <w:name w:val="หัวเรื่อง 1 อักขระ"/>
    <w:basedOn w:val="a2"/>
    <w:link w:val="1"/>
    <w:uiPriority w:val="9"/>
    <w:rsid w:val="005B608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40"/>
      <w14:ligatures w14:val="none"/>
    </w:rPr>
  </w:style>
  <w:style w:type="paragraph" w:styleId="af1">
    <w:name w:val="List Paragraph"/>
    <w:basedOn w:val="a1"/>
    <w:uiPriority w:val="34"/>
    <w:qFormat/>
    <w:rsid w:val="003C3E7B"/>
    <w:pPr>
      <w:spacing w:after="200" w:line="276" w:lineRule="auto"/>
      <w:ind w:left="720"/>
      <w:contextualSpacing/>
    </w:pPr>
    <w:rPr>
      <w:rFonts w:ascii="TH SarabunPSK" w:eastAsia="TH SarabunPSK" w:hAnsi="TH SarabunPSK" w:cstheme="minorBidi"/>
      <w:sz w:val="32"/>
      <w:szCs w:val="22"/>
      <w:lang w:bidi="ar-SA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0E72F9"/>
    <w:rPr>
      <w:rFonts w:asciiTheme="majorHAnsi" w:eastAsiaTheme="majorEastAsia" w:hAnsiTheme="majorHAnsi" w:cstheme="majorBidi"/>
      <w:i/>
      <w:iCs/>
      <w:color w:val="1F3763" w:themeColor="accent1" w:themeShade="7F"/>
      <w:kern w:val="0"/>
      <w:szCs w:val="22"/>
      <w:lang w:bidi="ar-SA"/>
      <w14:ligatures w14:val="none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0E72F9"/>
    <w:rPr>
      <w:rFonts w:asciiTheme="majorHAnsi" w:eastAsiaTheme="majorEastAsia" w:hAnsiTheme="majorHAnsi" w:cstheme="majorBidi"/>
      <w:i/>
      <w:iCs/>
      <w:color w:val="404040" w:themeColor="text1" w:themeTint="BF"/>
      <w:kern w:val="0"/>
      <w:szCs w:val="22"/>
      <w:lang w:bidi="ar-SA"/>
      <w14:ligatures w14:val="none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0E72F9"/>
    <w:rPr>
      <w:rFonts w:asciiTheme="majorHAnsi" w:eastAsiaTheme="majorEastAsia" w:hAnsiTheme="majorHAnsi" w:cstheme="majorBidi"/>
      <w:color w:val="4472C4" w:themeColor="accent1"/>
      <w:kern w:val="0"/>
      <w:sz w:val="20"/>
      <w:szCs w:val="20"/>
      <w:lang w:bidi="ar-SA"/>
      <w14:ligatures w14:val="none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0E72F9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bidi="ar-SA"/>
      <w14:ligatures w14:val="none"/>
    </w:rPr>
  </w:style>
  <w:style w:type="paragraph" w:styleId="af2">
    <w:name w:val="No Spacing"/>
    <w:link w:val="af3"/>
    <w:uiPriority w:val="99"/>
    <w:qFormat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</w:style>
  <w:style w:type="paragraph" w:styleId="af4">
    <w:name w:val="Title"/>
    <w:basedOn w:val="a1"/>
    <w:next w:val="a1"/>
    <w:link w:val="af5"/>
    <w:uiPriority w:val="10"/>
    <w:qFormat/>
    <w:rsid w:val="000E72F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bidi="ar-SA"/>
    </w:rPr>
  </w:style>
  <w:style w:type="character" w:customStyle="1" w:styleId="af5">
    <w:name w:val="ชื่อเรื่อง อักขระ"/>
    <w:basedOn w:val="a2"/>
    <w:link w:val="af4"/>
    <w:uiPriority w:val="10"/>
    <w:rsid w:val="000E72F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bidi="ar-SA"/>
      <w14:ligatures w14:val="none"/>
    </w:rPr>
  </w:style>
  <w:style w:type="paragraph" w:styleId="af6">
    <w:name w:val="Subtitle"/>
    <w:basedOn w:val="a1"/>
    <w:next w:val="a1"/>
    <w:link w:val="af7"/>
    <w:uiPriority w:val="11"/>
    <w:qFormat/>
    <w:rsid w:val="000E72F9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bidi="ar-SA"/>
    </w:rPr>
  </w:style>
  <w:style w:type="character" w:customStyle="1" w:styleId="af7">
    <w:name w:val="ชื่อเรื่องรอง อักขระ"/>
    <w:basedOn w:val="a2"/>
    <w:link w:val="af6"/>
    <w:uiPriority w:val="11"/>
    <w:rsid w:val="000E72F9"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  <w:lang w:bidi="ar-SA"/>
      <w14:ligatures w14:val="none"/>
    </w:rPr>
  </w:style>
  <w:style w:type="paragraph" w:styleId="af8">
    <w:name w:val="Body Text"/>
    <w:basedOn w:val="a1"/>
    <w:link w:val="af9"/>
    <w:uiPriority w:val="99"/>
    <w:unhideWhenUsed/>
    <w:rsid w:val="000E72F9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af9">
    <w:name w:val="เนื้อความ อักขระ"/>
    <w:basedOn w:val="a2"/>
    <w:link w:val="af8"/>
    <w:uiPriority w:val="99"/>
    <w:rsid w:val="000E72F9"/>
    <w:rPr>
      <w:rFonts w:eastAsiaTheme="minorEastAsia"/>
      <w:kern w:val="0"/>
      <w:szCs w:val="22"/>
      <w:lang w:bidi="ar-SA"/>
      <w14:ligatures w14:val="none"/>
    </w:rPr>
  </w:style>
  <w:style w:type="paragraph" w:styleId="23">
    <w:name w:val="Body Text 2"/>
    <w:basedOn w:val="a1"/>
    <w:link w:val="24"/>
    <w:uiPriority w:val="99"/>
    <w:unhideWhenUsed/>
    <w:rsid w:val="000E72F9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24">
    <w:name w:val="เนื้อความ 2 อักขระ"/>
    <w:basedOn w:val="a2"/>
    <w:link w:val="23"/>
    <w:uiPriority w:val="99"/>
    <w:rsid w:val="000E72F9"/>
    <w:rPr>
      <w:rFonts w:eastAsiaTheme="minorEastAsia"/>
      <w:kern w:val="0"/>
      <w:szCs w:val="22"/>
      <w:lang w:bidi="ar-SA"/>
      <w14:ligatures w14:val="none"/>
    </w:rPr>
  </w:style>
  <w:style w:type="paragraph" w:styleId="33">
    <w:name w:val="Body Text 3"/>
    <w:basedOn w:val="a1"/>
    <w:link w:val="34"/>
    <w:uiPriority w:val="99"/>
    <w:unhideWhenUsed/>
    <w:rsid w:val="000E72F9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  <w:lang w:bidi="ar-SA"/>
    </w:rPr>
  </w:style>
  <w:style w:type="character" w:customStyle="1" w:styleId="34">
    <w:name w:val="เนื้อความ 3 อักขระ"/>
    <w:basedOn w:val="a2"/>
    <w:link w:val="33"/>
    <w:uiPriority w:val="99"/>
    <w:rsid w:val="000E72F9"/>
    <w:rPr>
      <w:rFonts w:eastAsiaTheme="minorEastAsia"/>
      <w:kern w:val="0"/>
      <w:sz w:val="16"/>
      <w:szCs w:val="16"/>
      <w:lang w:bidi="ar-SA"/>
      <w14:ligatures w14:val="none"/>
    </w:rPr>
  </w:style>
  <w:style w:type="paragraph" w:styleId="afa">
    <w:name w:val="List"/>
    <w:basedOn w:val="a1"/>
    <w:uiPriority w:val="99"/>
    <w:unhideWhenUsed/>
    <w:rsid w:val="000E72F9"/>
    <w:pPr>
      <w:spacing w:after="200" w:line="276" w:lineRule="auto"/>
      <w:ind w:left="360" w:hanging="360"/>
      <w:contextualSpacing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paragraph" w:styleId="25">
    <w:name w:val="List 2"/>
    <w:basedOn w:val="a1"/>
    <w:uiPriority w:val="99"/>
    <w:unhideWhenUsed/>
    <w:rsid w:val="000E72F9"/>
    <w:pPr>
      <w:spacing w:after="200" w:line="276" w:lineRule="auto"/>
      <w:ind w:left="720" w:hanging="360"/>
      <w:contextualSpacing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paragraph" w:styleId="35">
    <w:name w:val="List 3"/>
    <w:basedOn w:val="a1"/>
    <w:uiPriority w:val="99"/>
    <w:unhideWhenUsed/>
    <w:rsid w:val="000E72F9"/>
    <w:pPr>
      <w:spacing w:after="200" w:line="276" w:lineRule="auto"/>
      <w:ind w:left="1080" w:hanging="360"/>
      <w:contextualSpacing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paragraph" w:styleId="a0">
    <w:name w:val="List Bullet"/>
    <w:basedOn w:val="a1"/>
    <w:uiPriority w:val="99"/>
    <w:unhideWhenUsed/>
    <w:rsid w:val="000E72F9"/>
    <w:pPr>
      <w:numPr>
        <w:numId w:val="6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paragraph" w:styleId="20">
    <w:name w:val="List Bullet 2"/>
    <w:basedOn w:val="a1"/>
    <w:uiPriority w:val="99"/>
    <w:unhideWhenUsed/>
    <w:rsid w:val="000E72F9"/>
    <w:pPr>
      <w:numPr>
        <w:numId w:val="7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paragraph" w:styleId="30">
    <w:name w:val="List Bullet 3"/>
    <w:basedOn w:val="a1"/>
    <w:uiPriority w:val="99"/>
    <w:unhideWhenUsed/>
    <w:rsid w:val="000E72F9"/>
    <w:pPr>
      <w:numPr>
        <w:numId w:val="8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paragraph" w:styleId="a">
    <w:name w:val="List Number"/>
    <w:basedOn w:val="a1"/>
    <w:uiPriority w:val="99"/>
    <w:unhideWhenUsed/>
    <w:rsid w:val="000E72F9"/>
    <w:pPr>
      <w:numPr>
        <w:numId w:val="9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paragraph" w:styleId="2">
    <w:name w:val="List Number 2"/>
    <w:basedOn w:val="a1"/>
    <w:uiPriority w:val="99"/>
    <w:unhideWhenUsed/>
    <w:rsid w:val="000E72F9"/>
    <w:pPr>
      <w:numPr>
        <w:numId w:val="10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paragraph" w:styleId="3">
    <w:name w:val="List Number 3"/>
    <w:basedOn w:val="a1"/>
    <w:uiPriority w:val="99"/>
    <w:unhideWhenUsed/>
    <w:rsid w:val="000E72F9"/>
    <w:pPr>
      <w:numPr>
        <w:numId w:val="1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paragraph" w:styleId="afb">
    <w:name w:val="List Continue"/>
    <w:basedOn w:val="a1"/>
    <w:uiPriority w:val="99"/>
    <w:unhideWhenUsed/>
    <w:rsid w:val="000E72F9"/>
    <w:pPr>
      <w:spacing w:after="120" w:line="276" w:lineRule="auto"/>
      <w:ind w:left="360"/>
      <w:contextualSpacing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paragraph" w:styleId="26">
    <w:name w:val="List Continue 2"/>
    <w:basedOn w:val="a1"/>
    <w:uiPriority w:val="99"/>
    <w:unhideWhenUsed/>
    <w:rsid w:val="000E72F9"/>
    <w:pPr>
      <w:spacing w:after="12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paragraph" w:styleId="36">
    <w:name w:val="List Continue 3"/>
    <w:basedOn w:val="a1"/>
    <w:uiPriority w:val="99"/>
    <w:unhideWhenUsed/>
    <w:rsid w:val="000E72F9"/>
    <w:pPr>
      <w:spacing w:after="120" w:line="276" w:lineRule="auto"/>
      <w:ind w:left="1080"/>
      <w:contextualSpacing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paragraph" w:styleId="afc">
    <w:name w:val="macro"/>
    <w:link w:val="afd"/>
    <w:uiPriority w:val="99"/>
    <w:unhideWhenUsed/>
    <w:rsid w:val="000E72F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kern w:val="0"/>
      <w:sz w:val="20"/>
      <w:szCs w:val="20"/>
      <w:lang w:bidi="ar-SA"/>
      <w14:ligatures w14:val="none"/>
    </w:rPr>
  </w:style>
  <w:style w:type="character" w:customStyle="1" w:styleId="afd">
    <w:name w:val="ข้อความแมโคร อักขระ"/>
    <w:basedOn w:val="a2"/>
    <w:link w:val="afc"/>
    <w:uiPriority w:val="99"/>
    <w:rsid w:val="000E72F9"/>
    <w:rPr>
      <w:rFonts w:ascii="Courier" w:eastAsiaTheme="minorEastAsia" w:hAnsi="Courier"/>
      <w:kern w:val="0"/>
      <w:sz w:val="20"/>
      <w:szCs w:val="20"/>
      <w:lang w:bidi="ar-SA"/>
      <w14:ligatures w14:val="none"/>
    </w:rPr>
  </w:style>
  <w:style w:type="paragraph" w:styleId="afe">
    <w:name w:val="Quote"/>
    <w:basedOn w:val="a1"/>
    <w:next w:val="a1"/>
    <w:link w:val="aff"/>
    <w:uiPriority w:val="29"/>
    <w:qFormat/>
    <w:rsid w:val="000E72F9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bidi="ar-SA"/>
    </w:rPr>
  </w:style>
  <w:style w:type="character" w:customStyle="1" w:styleId="aff">
    <w:name w:val="คำอ้างอิง อักขระ"/>
    <w:basedOn w:val="a2"/>
    <w:link w:val="afe"/>
    <w:uiPriority w:val="29"/>
    <w:rsid w:val="000E72F9"/>
    <w:rPr>
      <w:rFonts w:eastAsiaTheme="minorEastAsia"/>
      <w:i/>
      <w:iCs/>
      <w:color w:val="000000" w:themeColor="text1"/>
      <w:kern w:val="0"/>
      <w:szCs w:val="22"/>
      <w:lang w:bidi="ar-SA"/>
      <w14:ligatures w14:val="none"/>
    </w:rPr>
  </w:style>
  <w:style w:type="paragraph" w:styleId="aff0">
    <w:name w:val="caption"/>
    <w:basedOn w:val="a1"/>
    <w:next w:val="a1"/>
    <w:uiPriority w:val="35"/>
    <w:semiHidden/>
    <w:unhideWhenUsed/>
    <w:qFormat/>
    <w:rsid w:val="000E72F9"/>
    <w:pPr>
      <w:spacing w:after="200"/>
    </w:pPr>
    <w:rPr>
      <w:rFonts w:asciiTheme="minorHAnsi" w:eastAsiaTheme="minorEastAsia" w:hAnsiTheme="minorHAnsi" w:cstheme="minorBidi"/>
      <w:b/>
      <w:bCs/>
      <w:color w:val="4472C4" w:themeColor="accent1"/>
      <w:sz w:val="18"/>
      <w:szCs w:val="18"/>
      <w:lang w:bidi="ar-SA"/>
    </w:rPr>
  </w:style>
  <w:style w:type="paragraph" w:styleId="aff1">
    <w:name w:val="Intense Quote"/>
    <w:basedOn w:val="a1"/>
    <w:next w:val="a1"/>
    <w:link w:val="aff2"/>
    <w:uiPriority w:val="30"/>
    <w:qFormat/>
    <w:rsid w:val="000E72F9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472C4" w:themeColor="accent1"/>
      <w:sz w:val="22"/>
      <w:szCs w:val="22"/>
      <w:lang w:bidi="ar-SA"/>
    </w:rPr>
  </w:style>
  <w:style w:type="character" w:customStyle="1" w:styleId="aff2">
    <w:name w:val="ทำให้คำอ้างอิงเป็นสีเข้มขึ้น อักขระ"/>
    <w:basedOn w:val="a2"/>
    <w:link w:val="aff1"/>
    <w:uiPriority w:val="30"/>
    <w:rsid w:val="000E72F9"/>
    <w:rPr>
      <w:rFonts w:eastAsiaTheme="minorEastAsia"/>
      <w:b/>
      <w:bCs/>
      <w:i/>
      <w:iCs/>
      <w:color w:val="4472C4" w:themeColor="accent1"/>
      <w:kern w:val="0"/>
      <w:szCs w:val="22"/>
      <w:lang w:bidi="ar-SA"/>
      <w14:ligatures w14:val="none"/>
    </w:rPr>
  </w:style>
  <w:style w:type="character" w:styleId="aff3">
    <w:name w:val="Subtle Emphasis"/>
    <w:basedOn w:val="a2"/>
    <w:uiPriority w:val="19"/>
    <w:qFormat/>
    <w:rsid w:val="000E72F9"/>
    <w:rPr>
      <w:i/>
      <w:iCs/>
      <w:color w:val="808080" w:themeColor="text1" w:themeTint="7F"/>
    </w:rPr>
  </w:style>
  <w:style w:type="character" w:styleId="aff4">
    <w:name w:val="Intense Emphasis"/>
    <w:basedOn w:val="a2"/>
    <w:uiPriority w:val="21"/>
    <w:qFormat/>
    <w:rsid w:val="000E72F9"/>
    <w:rPr>
      <w:b/>
      <w:bCs/>
      <w:i/>
      <w:iCs/>
      <w:color w:val="4472C4" w:themeColor="accent1"/>
    </w:rPr>
  </w:style>
  <w:style w:type="character" w:styleId="aff5">
    <w:name w:val="Subtle Reference"/>
    <w:basedOn w:val="a2"/>
    <w:uiPriority w:val="31"/>
    <w:qFormat/>
    <w:rsid w:val="000E72F9"/>
    <w:rPr>
      <w:smallCaps/>
      <w:color w:val="ED7D31" w:themeColor="accent2"/>
      <w:u w:val="single"/>
    </w:rPr>
  </w:style>
  <w:style w:type="character" w:styleId="aff6">
    <w:name w:val="Intense Reference"/>
    <w:basedOn w:val="a2"/>
    <w:uiPriority w:val="32"/>
    <w:qFormat/>
    <w:rsid w:val="000E72F9"/>
    <w:rPr>
      <w:b/>
      <w:bCs/>
      <w:smallCaps/>
      <w:color w:val="ED7D31" w:themeColor="accent2"/>
      <w:spacing w:val="5"/>
      <w:u w:val="single"/>
    </w:rPr>
  </w:style>
  <w:style w:type="character" w:styleId="aff7">
    <w:name w:val="Book Title"/>
    <w:basedOn w:val="a2"/>
    <w:uiPriority w:val="33"/>
    <w:qFormat/>
    <w:rsid w:val="000E72F9"/>
    <w:rPr>
      <w:b/>
      <w:bCs/>
      <w:smallCaps/>
      <w:spacing w:val="5"/>
    </w:rPr>
  </w:style>
  <w:style w:type="paragraph" w:styleId="aff8">
    <w:name w:val="TOC Heading"/>
    <w:basedOn w:val="1"/>
    <w:next w:val="a1"/>
    <w:uiPriority w:val="39"/>
    <w:semiHidden/>
    <w:unhideWhenUsed/>
    <w:qFormat/>
    <w:rsid w:val="000E72F9"/>
    <w:pPr>
      <w:spacing w:before="480" w:line="276" w:lineRule="auto"/>
      <w:outlineLvl w:val="9"/>
    </w:pPr>
    <w:rPr>
      <w:b/>
      <w:bCs/>
      <w:sz w:val="28"/>
      <w:szCs w:val="28"/>
      <w:lang w:bidi="ar-SA"/>
    </w:rPr>
  </w:style>
  <w:style w:type="table" w:styleId="aff9">
    <w:name w:val="Light Shading"/>
    <w:basedOn w:val="a3"/>
    <w:uiPriority w:val="60"/>
    <w:rsid w:val="000E72F9"/>
    <w:pPr>
      <w:spacing w:after="0" w:line="240" w:lineRule="auto"/>
    </w:pPr>
    <w:rPr>
      <w:rFonts w:eastAsiaTheme="minorEastAsia"/>
      <w:color w:val="000000" w:themeColor="text1" w:themeShade="BF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0E72F9"/>
    <w:pPr>
      <w:spacing w:after="0" w:line="240" w:lineRule="auto"/>
    </w:pPr>
    <w:rPr>
      <w:rFonts w:eastAsiaTheme="minorEastAsia"/>
      <w:color w:val="2F5496" w:themeColor="accent1" w:themeShade="BF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-2">
    <w:name w:val="Light Shading Accent 2"/>
    <w:basedOn w:val="a3"/>
    <w:uiPriority w:val="60"/>
    <w:rsid w:val="000E72F9"/>
    <w:pPr>
      <w:spacing w:after="0" w:line="240" w:lineRule="auto"/>
    </w:pPr>
    <w:rPr>
      <w:rFonts w:eastAsiaTheme="minorEastAsia"/>
      <w:color w:val="C45911" w:themeColor="accent2" w:themeShade="BF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">
    <w:name w:val="Light Shading Accent 3"/>
    <w:basedOn w:val="a3"/>
    <w:uiPriority w:val="60"/>
    <w:rsid w:val="000E72F9"/>
    <w:pPr>
      <w:spacing w:after="0" w:line="240" w:lineRule="auto"/>
    </w:pPr>
    <w:rPr>
      <w:rFonts w:eastAsiaTheme="minorEastAsia"/>
      <w:color w:val="7B7B7B" w:themeColor="accent3" w:themeShade="BF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3"/>
    <w:uiPriority w:val="60"/>
    <w:rsid w:val="000E72F9"/>
    <w:pPr>
      <w:spacing w:after="0" w:line="240" w:lineRule="auto"/>
    </w:pPr>
    <w:rPr>
      <w:rFonts w:eastAsiaTheme="minorEastAsia"/>
      <w:color w:val="BF8F00" w:themeColor="accent4" w:themeShade="BF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3"/>
    <w:uiPriority w:val="60"/>
    <w:rsid w:val="000E72F9"/>
    <w:pPr>
      <w:spacing w:after="0" w:line="240" w:lineRule="auto"/>
    </w:pPr>
    <w:rPr>
      <w:rFonts w:eastAsiaTheme="minorEastAsia"/>
      <w:color w:val="2E74B5" w:themeColor="accent5" w:themeShade="BF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">
    <w:name w:val="Light Shading Accent 6"/>
    <w:basedOn w:val="a3"/>
    <w:uiPriority w:val="60"/>
    <w:rsid w:val="000E72F9"/>
    <w:pPr>
      <w:spacing w:after="0" w:line="240" w:lineRule="auto"/>
    </w:pPr>
    <w:rPr>
      <w:rFonts w:eastAsiaTheme="minorEastAsia"/>
      <w:color w:val="538135" w:themeColor="accent6" w:themeShade="BF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a">
    <w:name w:val="Light List"/>
    <w:basedOn w:val="a3"/>
    <w:uiPriority w:val="61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20">
    <w:name w:val="Light List Accent 2"/>
    <w:basedOn w:val="a3"/>
    <w:uiPriority w:val="61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0">
    <w:name w:val="Light List Accent 3"/>
    <w:basedOn w:val="a3"/>
    <w:uiPriority w:val="61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0">
    <w:name w:val="Light List Accent 4"/>
    <w:basedOn w:val="a3"/>
    <w:uiPriority w:val="61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0">
    <w:name w:val="Light List Accent 5"/>
    <w:basedOn w:val="a3"/>
    <w:uiPriority w:val="61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0">
    <w:name w:val="Light List Accent 6"/>
    <w:basedOn w:val="a3"/>
    <w:uiPriority w:val="61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b">
    <w:name w:val="Light Grid"/>
    <w:basedOn w:val="a3"/>
    <w:uiPriority w:val="62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-21">
    <w:name w:val="Light Grid Accent 2"/>
    <w:basedOn w:val="a3"/>
    <w:uiPriority w:val="62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3"/>
    <w:uiPriority w:val="62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1">
    <w:name w:val="Light Grid Accent 4"/>
    <w:basedOn w:val="a3"/>
    <w:uiPriority w:val="62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1">
    <w:name w:val="Light Grid Accent 5"/>
    <w:basedOn w:val="a3"/>
    <w:uiPriority w:val="62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1">
    <w:name w:val="Light Grid Accent 6"/>
    <w:basedOn w:val="a3"/>
    <w:uiPriority w:val="62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11">
    <w:name w:val="Medium Shading 1"/>
    <w:basedOn w:val="a3"/>
    <w:uiPriority w:val="63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0E72F9"/>
    <w:pPr>
      <w:spacing w:after="0" w:line="240" w:lineRule="auto"/>
    </w:pPr>
    <w:rPr>
      <w:rFonts w:eastAsiaTheme="minorEastAsia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0E72F9"/>
    <w:pPr>
      <w:spacing w:after="0" w:line="240" w:lineRule="auto"/>
    </w:pPr>
    <w:rPr>
      <w:rFonts w:eastAsiaTheme="minorEastAsia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1-20">
    <w:name w:val="Medium List 1 Accent 2"/>
    <w:basedOn w:val="a3"/>
    <w:uiPriority w:val="65"/>
    <w:rsid w:val="000E72F9"/>
    <w:pPr>
      <w:spacing w:after="0" w:line="240" w:lineRule="auto"/>
    </w:pPr>
    <w:rPr>
      <w:rFonts w:eastAsiaTheme="minorEastAsia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0">
    <w:name w:val="Medium List 1 Accent 3"/>
    <w:basedOn w:val="a3"/>
    <w:uiPriority w:val="65"/>
    <w:rsid w:val="000E72F9"/>
    <w:pPr>
      <w:spacing w:after="0" w:line="240" w:lineRule="auto"/>
    </w:pPr>
    <w:rPr>
      <w:rFonts w:eastAsiaTheme="minorEastAsia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0">
    <w:name w:val="Medium List 1 Accent 4"/>
    <w:basedOn w:val="a3"/>
    <w:uiPriority w:val="65"/>
    <w:rsid w:val="000E72F9"/>
    <w:pPr>
      <w:spacing w:after="0" w:line="240" w:lineRule="auto"/>
    </w:pPr>
    <w:rPr>
      <w:rFonts w:eastAsiaTheme="minorEastAsia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0">
    <w:name w:val="Medium List 1 Accent 5"/>
    <w:basedOn w:val="a3"/>
    <w:uiPriority w:val="65"/>
    <w:rsid w:val="000E72F9"/>
    <w:pPr>
      <w:spacing w:after="0" w:line="240" w:lineRule="auto"/>
    </w:pPr>
    <w:rPr>
      <w:rFonts w:eastAsiaTheme="minorEastAsia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0">
    <w:name w:val="Medium List 1 Accent 6"/>
    <w:basedOn w:val="a3"/>
    <w:uiPriority w:val="65"/>
    <w:rsid w:val="000E72F9"/>
    <w:pPr>
      <w:spacing w:after="0" w:line="240" w:lineRule="auto"/>
    </w:pPr>
    <w:rPr>
      <w:rFonts w:eastAsiaTheme="minorEastAsia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8">
    <w:name w:val="Medium List 2"/>
    <w:basedOn w:val="a3"/>
    <w:uiPriority w:val="66"/>
    <w:rsid w:val="000E72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0E72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0E72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0E72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0E72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0E72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0E72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-21">
    <w:name w:val="Medium Grid 1 Accent 2"/>
    <w:basedOn w:val="a3"/>
    <w:uiPriority w:val="67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3"/>
    <w:uiPriority w:val="67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3"/>
    <w:uiPriority w:val="67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3"/>
    <w:uiPriority w:val="67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1">
    <w:name w:val="Medium Grid 1 Accent 6"/>
    <w:basedOn w:val="a3"/>
    <w:uiPriority w:val="67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9">
    <w:name w:val="Medium Grid 2"/>
    <w:basedOn w:val="a3"/>
    <w:uiPriority w:val="68"/>
    <w:rsid w:val="000E72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0E72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0E72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0E72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0E72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0E72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0E72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3-2">
    <w:name w:val="Medium Grid 3 Accent 2"/>
    <w:basedOn w:val="a3"/>
    <w:uiPriority w:val="69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3"/>
    <w:uiPriority w:val="69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3"/>
    <w:uiPriority w:val="69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3"/>
    <w:uiPriority w:val="69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3-6">
    <w:name w:val="Medium Grid 3 Accent 6"/>
    <w:basedOn w:val="a3"/>
    <w:uiPriority w:val="69"/>
    <w:rsid w:val="000E72F9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c">
    <w:name w:val="Dark List"/>
    <w:basedOn w:val="a3"/>
    <w:uiPriority w:val="70"/>
    <w:rsid w:val="000E72F9"/>
    <w:pPr>
      <w:spacing w:after="0" w:line="240" w:lineRule="auto"/>
    </w:pPr>
    <w:rPr>
      <w:rFonts w:eastAsiaTheme="minorEastAsia"/>
      <w:color w:val="FFFFFF" w:themeColor="background1"/>
      <w:kern w:val="0"/>
      <w:szCs w:val="22"/>
      <w:lang w:bidi="ar-SA"/>
      <w14:ligatures w14:val="non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0E72F9"/>
    <w:pPr>
      <w:spacing w:after="0" w:line="240" w:lineRule="auto"/>
    </w:pPr>
    <w:rPr>
      <w:rFonts w:eastAsiaTheme="minorEastAsia"/>
      <w:color w:val="FFFFFF" w:themeColor="background1"/>
      <w:kern w:val="0"/>
      <w:szCs w:val="22"/>
      <w:lang w:bidi="ar-SA"/>
      <w14:ligatures w14:val="none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-22">
    <w:name w:val="Dark List Accent 2"/>
    <w:basedOn w:val="a3"/>
    <w:uiPriority w:val="70"/>
    <w:rsid w:val="000E72F9"/>
    <w:pPr>
      <w:spacing w:after="0" w:line="240" w:lineRule="auto"/>
    </w:pPr>
    <w:rPr>
      <w:rFonts w:eastAsiaTheme="minorEastAsia"/>
      <w:color w:val="FFFFFF" w:themeColor="background1"/>
      <w:kern w:val="0"/>
      <w:szCs w:val="22"/>
      <w:lang w:bidi="ar-SA"/>
      <w14:ligatures w14:val="none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3"/>
    <w:uiPriority w:val="70"/>
    <w:rsid w:val="000E72F9"/>
    <w:pPr>
      <w:spacing w:after="0" w:line="240" w:lineRule="auto"/>
    </w:pPr>
    <w:rPr>
      <w:rFonts w:eastAsiaTheme="minorEastAsia"/>
      <w:color w:val="FFFFFF" w:themeColor="background1"/>
      <w:kern w:val="0"/>
      <w:szCs w:val="22"/>
      <w:lang w:bidi="ar-SA"/>
      <w14:ligatures w14:val="none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3"/>
    <w:uiPriority w:val="70"/>
    <w:rsid w:val="000E72F9"/>
    <w:pPr>
      <w:spacing w:after="0" w:line="240" w:lineRule="auto"/>
    </w:pPr>
    <w:rPr>
      <w:rFonts w:eastAsiaTheme="minorEastAsia"/>
      <w:color w:val="FFFFFF" w:themeColor="background1"/>
      <w:kern w:val="0"/>
      <w:szCs w:val="22"/>
      <w:lang w:bidi="ar-SA"/>
      <w14:ligatures w14:val="none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3"/>
    <w:uiPriority w:val="70"/>
    <w:rsid w:val="000E72F9"/>
    <w:pPr>
      <w:spacing w:after="0" w:line="240" w:lineRule="auto"/>
    </w:pPr>
    <w:rPr>
      <w:rFonts w:eastAsiaTheme="minorEastAsia"/>
      <w:color w:val="FFFFFF" w:themeColor="background1"/>
      <w:kern w:val="0"/>
      <w:szCs w:val="22"/>
      <w:lang w:bidi="ar-SA"/>
      <w14:ligatures w14:val="none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2">
    <w:name w:val="Dark List Accent 6"/>
    <w:basedOn w:val="a3"/>
    <w:uiPriority w:val="70"/>
    <w:rsid w:val="000E72F9"/>
    <w:pPr>
      <w:spacing w:after="0" w:line="240" w:lineRule="auto"/>
    </w:pPr>
    <w:rPr>
      <w:rFonts w:eastAsiaTheme="minorEastAsia"/>
      <w:color w:val="FFFFFF" w:themeColor="background1"/>
      <w:kern w:val="0"/>
      <w:szCs w:val="22"/>
      <w:lang w:bidi="ar-SA"/>
      <w14:ligatures w14:val="none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affd">
    <w:name w:val="Colorful Shading"/>
    <w:basedOn w:val="a3"/>
    <w:uiPriority w:val="71"/>
    <w:rsid w:val="000E72F9"/>
    <w:pPr>
      <w:spacing w:after="0" w:line="240" w:lineRule="auto"/>
    </w:pPr>
    <w:rPr>
      <w:rFonts w:eastAsiaTheme="minorEastAsia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0E72F9"/>
    <w:pPr>
      <w:spacing w:after="0" w:line="240" w:lineRule="auto"/>
    </w:pPr>
    <w:rPr>
      <w:rFonts w:eastAsiaTheme="minorEastAsia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0E72F9"/>
    <w:pPr>
      <w:spacing w:after="0" w:line="240" w:lineRule="auto"/>
    </w:pPr>
    <w:rPr>
      <w:rFonts w:eastAsiaTheme="minorEastAsia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0E72F9"/>
    <w:pPr>
      <w:spacing w:after="0" w:line="240" w:lineRule="auto"/>
    </w:pPr>
    <w:rPr>
      <w:rFonts w:eastAsiaTheme="minorEastAsia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3">
    <w:name w:val="Colorful Shading Accent 4"/>
    <w:basedOn w:val="a3"/>
    <w:uiPriority w:val="71"/>
    <w:rsid w:val="000E72F9"/>
    <w:pPr>
      <w:spacing w:after="0" w:line="240" w:lineRule="auto"/>
    </w:pPr>
    <w:rPr>
      <w:rFonts w:eastAsiaTheme="minorEastAsia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0E72F9"/>
    <w:pPr>
      <w:spacing w:after="0" w:line="240" w:lineRule="auto"/>
    </w:pPr>
    <w:rPr>
      <w:rFonts w:eastAsiaTheme="minorEastAsia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0E72F9"/>
    <w:pPr>
      <w:spacing w:after="0" w:line="240" w:lineRule="auto"/>
    </w:pPr>
    <w:rPr>
      <w:rFonts w:eastAsiaTheme="minorEastAsia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e">
    <w:name w:val="Colorful List"/>
    <w:basedOn w:val="a3"/>
    <w:uiPriority w:val="72"/>
    <w:rsid w:val="000E72F9"/>
    <w:pPr>
      <w:spacing w:after="0" w:line="240" w:lineRule="auto"/>
    </w:pPr>
    <w:rPr>
      <w:rFonts w:eastAsiaTheme="minorEastAsia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0E72F9"/>
    <w:pPr>
      <w:spacing w:after="0" w:line="240" w:lineRule="auto"/>
    </w:pPr>
    <w:rPr>
      <w:rFonts w:eastAsiaTheme="minorEastAsia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4">
    <w:name w:val="Colorful List Accent 2"/>
    <w:basedOn w:val="a3"/>
    <w:uiPriority w:val="72"/>
    <w:rsid w:val="000E72F9"/>
    <w:pPr>
      <w:spacing w:after="0" w:line="240" w:lineRule="auto"/>
    </w:pPr>
    <w:rPr>
      <w:rFonts w:eastAsiaTheme="minorEastAsia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4">
    <w:name w:val="Colorful List Accent 3"/>
    <w:basedOn w:val="a3"/>
    <w:uiPriority w:val="72"/>
    <w:rsid w:val="000E72F9"/>
    <w:pPr>
      <w:spacing w:after="0" w:line="240" w:lineRule="auto"/>
    </w:pPr>
    <w:rPr>
      <w:rFonts w:eastAsiaTheme="minorEastAsia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Colorful List Accent 4"/>
    <w:basedOn w:val="a3"/>
    <w:uiPriority w:val="72"/>
    <w:rsid w:val="000E72F9"/>
    <w:pPr>
      <w:spacing w:after="0" w:line="240" w:lineRule="auto"/>
    </w:pPr>
    <w:rPr>
      <w:rFonts w:eastAsiaTheme="minorEastAsia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4">
    <w:name w:val="Colorful List Accent 5"/>
    <w:basedOn w:val="a3"/>
    <w:uiPriority w:val="72"/>
    <w:rsid w:val="000E72F9"/>
    <w:pPr>
      <w:spacing w:after="0" w:line="240" w:lineRule="auto"/>
    </w:pPr>
    <w:rPr>
      <w:rFonts w:eastAsiaTheme="minorEastAsia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4">
    <w:name w:val="Colorful List Accent 6"/>
    <w:basedOn w:val="a3"/>
    <w:uiPriority w:val="72"/>
    <w:rsid w:val="000E72F9"/>
    <w:pPr>
      <w:spacing w:after="0" w:line="240" w:lineRule="auto"/>
    </w:pPr>
    <w:rPr>
      <w:rFonts w:eastAsiaTheme="minorEastAsia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f">
    <w:name w:val="Colorful Grid"/>
    <w:basedOn w:val="a3"/>
    <w:uiPriority w:val="73"/>
    <w:rsid w:val="000E72F9"/>
    <w:pPr>
      <w:spacing w:after="0" w:line="240" w:lineRule="auto"/>
    </w:pPr>
    <w:rPr>
      <w:rFonts w:eastAsiaTheme="minorEastAsia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0E72F9"/>
    <w:pPr>
      <w:spacing w:after="0" w:line="240" w:lineRule="auto"/>
    </w:pPr>
    <w:rPr>
      <w:rFonts w:eastAsiaTheme="minorEastAsia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-25">
    <w:name w:val="Colorful Grid Accent 2"/>
    <w:basedOn w:val="a3"/>
    <w:uiPriority w:val="73"/>
    <w:rsid w:val="000E72F9"/>
    <w:pPr>
      <w:spacing w:after="0" w:line="240" w:lineRule="auto"/>
    </w:pPr>
    <w:rPr>
      <w:rFonts w:eastAsiaTheme="minorEastAsia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5">
    <w:name w:val="Colorful Grid Accent 3"/>
    <w:basedOn w:val="a3"/>
    <w:uiPriority w:val="73"/>
    <w:rsid w:val="000E72F9"/>
    <w:pPr>
      <w:spacing w:after="0" w:line="240" w:lineRule="auto"/>
    </w:pPr>
    <w:rPr>
      <w:rFonts w:eastAsiaTheme="minorEastAsia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5">
    <w:name w:val="Colorful Grid Accent 4"/>
    <w:basedOn w:val="a3"/>
    <w:uiPriority w:val="73"/>
    <w:rsid w:val="000E72F9"/>
    <w:pPr>
      <w:spacing w:after="0" w:line="240" w:lineRule="auto"/>
    </w:pPr>
    <w:rPr>
      <w:rFonts w:eastAsiaTheme="minorEastAsia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5">
    <w:name w:val="Colorful Grid Accent 5"/>
    <w:basedOn w:val="a3"/>
    <w:uiPriority w:val="73"/>
    <w:rsid w:val="000E72F9"/>
    <w:pPr>
      <w:spacing w:after="0" w:line="240" w:lineRule="auto"/>
    </w:pPr>
    <w:rPr>
      <w:rFonts w:eastAsiaTheme="minorEastAsia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5">
    <w:name w:val="Colorful Grid Accent 6"/>
    <w:basedOn w:val="a3"/>
    <w:uiPriority w:val="73"/>
    <w:rsid w:val="000E72F9"/>
    <w:pPr>
      <w:spacing w:after="0" w:line="240" w:lineRule="auto"/>
    </w:pPr>
    <w:rPr>
      <w:rFonts w:eastAsiaTheme="minorEastAsia"/>
      <w:color w:val="000000" w:themeColor="text1"/>
      <w:kern w:val="0"/>
      <w:szCs w:val="22"/>
      <w:lang w:bidi="ar-SA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character" w:customStyle="1" w:styleId="overflow-hidden">
    <w:name w:val="overflow-hidden"/>
    <w:basedOn w:val="a2"/>
    <w:rsid w:val="000E72F9"/>
  </w:style>
  <w:style w:type="character" w:customStyle="1" w:styleId="s1">
    <w:name w:val="s1"/>
    <w:basedOn w:val="a2"/>
    <w:rsid w:val="009F3139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li1">
    <w:name w:val="li1"/>
    <w:basedOn w:val="a1"/>
    <w:rsid w:val="009F3139"/>
    <w:rPr>
      <w:rFonts w:ascii="Helvetica" w:eastAsiaTheme="minorEastAsia" w:hAnsi="Helvetica"/>
      <w:sz w:val="18"/>
      <w:szCs w:val="18"/>
    </w:rPr>
  </w:style>
  <w:style w:type="character" w:customStyle="1" w:styleId="citation-837">
    <w:name w:val="citation-837"/>
    <w:basedOn w:val="a2"/>
    <w:rsid w:val="00332A8F"/>
  </w:style>
  <w:style w:type="character" w:customStyle="1" w:styleId="citation-836">
    <w:name w:val="citation-836"/>
    <w:basedOn w:val="a2"/>
    <w:rsid w:val="00332A8F"/>
  </w:style>
  <w:style w:type="character" w:customStyle="1" w:styleId="citation-788">
    <w:name w:val="citation-788"/>
    <w:basedOn w:val="a2"/>
    <w:rsid w:val="00332A8F"/>
  </w:style>
  <w:style w:type="character" w:customStyle="1" w:styleId="citation-769">
    <w:name w:val="citation-769"/>
    <w:basedOn w:val="a2"/>
    <w:rsid w:val="00332A8F"/>
  </w:style>
  <w:style w:type="character" w:customStyle="1" w:styleId="citation-761">
    <w:name w:val="citation-761"/>
    <w:basedOn w:val="a2"/>
    <w:rsid w:val="00332A8F"/>
  </w:style>
  <w:style w:type="character" w:customStyle="1" w:styleId="citation-749">
    <w:name w:val="citation-749"/>
    <w:basedOn w:val="a2"/>
    <w:rsid w:val="00332A8F"/>
  </w:style>
  <w:style w:type="character" w:customStyle="1" w:styleId="citation-726">
    <w:name w:val="citation-726"/>
    <w:basedOn w:val="a2"/>
    <w:rsid w:val="00332A8F"/>
  </w:style>
  <w:style w:type="character" w:customStyle="1" w:styleId="citation-715">
    <w:name w:val="citation-715"/>
    <w:basedOn w:val="a2"/>
    <w:rsid w:val="00332A8F"/>
  </w:style>
  <w:style w:type="character" w:customStyle="1" w:styleId="citation-714">
    <w:name w:val="citation-714"/>
    <w:basedOn w:val="a2"/>
    <w:rsid w:val="00332A8F"/>
  </w:style>
  <w:style w:type="character" w:customStyle="1" w:styleId="af3">
    <w:name w:val="ไม่มีการเว้นระยะห่าง อักขระ"/>
    <w:link w:val="af2"/>
    <w:uiPriority w:val="99"/>
    <w:rsid w:val="004D6147"/>
    <w:rPr>
      <w:rFonts w:eastAsiaTheme="minorEastAsia"/>
      <w:kern w:val="0"/>
      <w:szCs w:val="22"/>
      <w:lang w:bidi="ar-SA"/>
      <w14:ligatures w14:val="none"/>
    </w:rPr>
  </w:style>
  <w:style w:type="paragraph" w:styleId="afff0">
    <w:name w:val="Body Text Indent"/>
    <w:basedOn w:val="a1"/>
    <w:link w:val="afff1"/>
    <w:uiPriority w:val="99"/>
    <w:semiHidden/>
    <w:unhideWhenUsed/>
    <w:rsid w:val="00B157E3"/>
    <w:pPr>
      <w:spacing w:after="120"/>
      <w:ind w:left="360"/>
    </w:pPr>
    <w:rPr>
      <w:rFonts w:cs="Angsana New"/>
      <w:szCs w:val="30"/>
    </w:rPr>
  </w:style>
  <w:style w:type="character" w:customStyle="1" w:styleId="afff1">
    <w:name w:val="การเยื้องเนื้อความ อักขระ"/>
    <w:basedOn w:val="a2"/>
    <w:link w:val="afff0"/>
    <w:uiPriority w:val="99"/>
    <w:semiHidden/>
    <w:rsid w:val="00B157E3"/>
    <w:rPr>
      <w:rFonts w:ascii="Tahoma" w:eastAsia="Times New Roman" w:hAnsi="Tahoma" w:cs="Angsana New"/>
      <w:kern w:val="0"/>
      <w:sz w:val="24"/>
      <w:szCs w:val="3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9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7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8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8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3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5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7511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7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2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6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6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2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89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5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3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6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64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7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0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80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2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8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6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2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3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0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83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6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4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0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9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1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0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1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8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5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9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7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4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9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7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8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5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7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6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6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1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6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0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33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8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2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2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8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1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8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2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5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3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18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8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8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8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5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2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1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97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9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3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2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2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6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7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3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7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0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3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1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3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8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7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0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1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12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81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00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auto"/>
                                        <w:left w:val="single" w:sz="2" w:space="9" w:color="auto"/>
                                        <w:bottom w:val="single" w:sz="2" w:space="6" w:color="auto"/>
                                        <w:right w:val="single" w:sz="2" w:space="9" w:color="auto"/>
                                      </w:divBdr>
                                      <w:divsChild>
                                        <w:div w:id="674069647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37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2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6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1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8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8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4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5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5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3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7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3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8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2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2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6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9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0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ogle.com/search?q=%E0%B8%AA%E0%B8%B3%E0%B8%99%E0%B8%B1%E0%B8%81%E0%B8%87%E0%B8%B2%E0%B8%99%E0%B8%9E%E0%B8%B1%E0%B8%92%E0%B8%99%E0%B8%B2%E0%B8%AA%E0%B8%B1%E0%B8%87%E0%B8%84%E0%B8%A1%E0%B9%81%E0%B8%A5%E0%B8%B0%E0%B8%84%E0%B8%A7%E0%B8%B2%E0%B8%A1%E0%B8%A1%E0%B8%B1%E0%B9%88%E0%B8%99%E0%B8%84%E0%B8%87%E0%B8%82%E0%B8%AD%E0%B8%87%E0%B8%A1%E0%B8%99%E0%B8%B8%E0%B8%A9%E0%B8%A2%E0%B9%8C+%E0%B8%88.%E0%B8%A1%E0%B8%B8%E0%B8%81%E0%B8%94%E0%B8%B2%E0%B8%AB%E0%B8%B2%E0%B8%A3%E0%B9%82%E0%B8%97%E0%B8%A3&amp;sca_esv=c2417ebeb73254dc&amp;sxsrf=AHTn8zqgQ8aL1PobsXrJfniPWZVDuunDXw%3A1746032703124&amp;ei=P1gSaP6vB8Le2roP37r20AM&amp;ved=0ahUKEwi-y6TYnoCNAxVCr1YBHV-dHToQ4dUDCBA&amp;uact=5&amp;oq=%E0%B8%AA%E0%B8%B3%E0%B8%99%E0%B8%B1%E0%B8%81%E0%B8%87%E0%B8%B2%E0%B8%99%E0%B8%9E%E0%B8%B1%E0%B8%92%E0%B8%99%E0%B8%B2%E0%B8%AA%E0%B8%B1%E0%B8%87%E0%B8%84%E0%B8%A1%E0%B9%81%E0%B8%A5%E0%B8%B0%E0%B8%84%E0%B8%A7%E0%B8%B2%E0%B8%A1%E0%B8%A1%E0%B8%B1%E0%B9%88%E0%B8%99%E0%B8%84%E0%B8%87%E0%B8%82%E0%B8%AD%E0%B8%87%E0%B8%A1%E0%B8%99%E0%B8%B8%E0%B8%A9%E0%B8%A2%E0%B9%8C+%E0%B8%88.%E0%B8%A1%E0%B8%B8%E0%B8%81%E0%B8%94%E0%B8%B2%E0%B8%AB%E0%B8%B2%E0%B8%A3%E0%B9%82%E0%B8%97%E0%B8%A3&amp;gs_lp=Egxnd3Mtd2l6LXNlcnAingHguKrguLPguJnguLHguIHguIfguLLguJnguJ7guLHguJLguJnguLLguKrguLHguIfguITguKHguYHguKXguLDguITguKfguLLguKHguKHguLHguYjguJnguITguIfguILguK3guIfguKHguJnguLjguKnguKLguYwg4LiILuC4oeC4uOC4geC4lOC4suC4q-C4suC4o-C5guC4l-C4ozIIEAAYsAMY7wUyCxAAGIAEGLADGKIEMgsQABiABBiwAxiiBDIIEAAYsAMY7wVI9htQthtYthtwA3gAkAEAmAEAoAEAqgEAuAEDyAEA-AEC-AEBmAIDoAILmAMAiAYBkAYEkgcBM6AHALIHALgHAA&amp;sclient=gws-wiz-serp" TargetMode="External"/><Relationship Id="rId21" Type="http://schemas.openxmlformats.org/officeDocument/2006/relationships/image" Target="media/image4.jpeg"/><Relationship Id="rId42" Type="http://schemas.openxmlformats.org/officeDocument/2006/relationships/image" Target="media/image21.jpeg"/><Relationship Id="rId47" Type="http://schemas.openxmlformats.org/officeDocument/2006/relationships/image" Target="media/image26.jpeg"/><Relationship Id="rId63" Type="http://schemas.openxmlformats.org/officeDocument/2006/relationships/image" Target="media/image42.jpeg"/><Relationship Id="rId68" Type="http://schemas.openxmlformats.org/officeDocument/2006/relationships/image" Target="media/image47.jpeg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9" Type="http://schemas.openxmlformats.org/officeDocument/2006/relationships/image" Target="media/image8.jpg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image" Target="media/image11.jpeg"/><Relationship Id="rId37" Type="http://schemas.openxmlformats.org/officeDocument/2006/relationships/image" Target="media/image16.jpeg"/><Relationship Id="rId40" Type="http://schemas.openxmlformats.org/officeDocument/2006/relationships/image" Target="media/image19.jpeg"/><Relationship Id="rId45" Type="http://schemas.openxmlformats.org/officeDocument/2006/relationships/image" Target="media/image24.jpeg"/><Relationship Id="rId53" Type="http://schemas.openxmlformats.org/officeDocument/2006/relationships/image" Target="media/image32.jpeg"/><Relationship Id="rId58" Type="http://schemas.openxmlformats.org/officeDocument/2006/relationships/image" Target="media/image37.jpeg"/><Relationship Id="rId66" Type="http://schemas.openxmlformats.org/officeDocument/2006/relationships/image" Target="media/image45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0.jpeg"/><Relationship Id="rId19" Type="http://schemas.openxmlformats.org/officeDocument/2006/relationships/image" Target="media/image2.png"/><Relationship Id="rId14" Type="http://schemas.openxmlformats.org/officeDocument/2006/relationships/header" Target="header4.xml"/><Relationship Id="rId22" Type="http://schemas.openxmlformats.org/officeDocument/2006/relationships/image" Target="media/image5.jpg"/><Relationship Id="rId27" Type="http://schemas.openxmlformats.org/officeDocument/2006/relationships/hyperlink" Target="https://www.google.com/search?q=%E0%B8%9B%E0%B8%A0+%E0%B8%A1%E0%B8%B8%E0%B8%81%E0%B8%94%E0%B8%B2%E0%B8%AB%E0%B8%B2%E0%B8%A3+%E0%B9%82%E0%B8%97%E0%B8%A3&amp;sca_esv=c2417ebeb73254dc&amp;sxsrf=AHTn8zpf9FE4wgO9cvY6QpB-uV8i73tiXQ%3A1746032942868&amp;ei=LlkSaP7kNLTP2roPz_GvsAI&amp;ved=0ahUKEwj-s83Kn4CNAxW0p1YBHc_4CyYQ4dUDCBA&amp;uact=5&amp;oq=%E0%B8%9B%E0%B8%A0+%E0%B8%A1%E0%B8%B8%E0%B8%81%E0%B8%94%E0%B8%B2%E0%B8%AB%E0%B8%B2%E0%B8%A3+%E0%B9%82%E0%B8%97%E0%B8%A3&amp;gs_lp=Egxnd3Mtd2l6LXNlcnAiKeC4m-C4oCDguKHguLjguIHguJTguLLguKvguLLguKMg4LmC4LiX4LijMggQIRigARjDBEjpF1AAWIEWcAJ4AZABAJgBvQGgAeoFqgEDMC41uAEDyAEA-AEBmAIHoAKPBsICBhAAGAcYHsICCBAAGAcYCBgewgIKEAAYBxgIGAoYHsICChAhGKABGMMEGAqYAwCSBwMyLjWgB_AcsgcDMC41uAeEBg&amp;sclient=gws-wiz-serp" TargetMode="External"/><Relationship Id="rId30" Type="http://schemas.openxmlformats.org/officeDocument/2006/relationships/image" Target="media/image9.jpeg"/><Relationship Id="rId35" Type="http://schemas.openxmlformats.org/officeDocument/2006/relationships/image" Target="media/image14.jpeg"/><Relationship Id="rId43" Type="http://schemas.openxmlformats.org/officeDocument/2006/relationships/image" Target="media/image22.jpeg"/><Relationship Id="rId48" Type="http://schemas.openxmlformats.org/officeDocument/2006/relationships/image" Target="media/image27.jpeg"/><Relationship Id="rId56" Type="http://schemas.openxmlformats.org/officeDocument/2006/relationships/image" Target="media/image35.jpg"/><Relationship Id="rId64" Type="http://schemas.openxmlformats.org/officeDocument/2006/relationships/image" Target="media/image43.jpeg"/><Relationship Id="rId69" Type="http://schemas.openxmlformats.org/officeDocument/2006/relationships/image" Target="media/image48.jpeg"/><Relationship Id="rId8" Type="http://schemas.openxmlformats.org/officeDocument/2006/relationships/image" Target="media/image1.jpg"/><Relationship Id="rId51" Type="http://schemas.openxmlformats.org/officeDocument/2006/relationships/image" Target="media/image30.jpeg"/><Relationship Id="rId72" Type="http://schemas.openxmlformats.org/officeDocument/2006/relationships/header" Target="header13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eader" Target="header7.xml"/><Relationship Id="rId25" Type="http://schemas.openxmlformats.org/officeDocument/2006/relationships/header" Target="header11.xml"/><Relationship Id="rId33" Type="http://schemas.openxmlformats.org/officeDocument/2006/relationships/image" Target="media/image12.jpeg"/><Relationship Id="rId38" Type="http://schemas.openxmlformats.org/officeDocument/2006/relationships/image" Target="media/image17.jpeg"/><Relationship Id="rId46" Type="http://schemas.openxmlformats.org/officeDocument/2006/relationships/image" Target="media/image25.jpeg"/><Relationship Id="rId59" Type="http://schemas.openxmlformats.org/officeDocument/2006/relationships/image" Target="media/image38.jpeg"/><Relationship Id="rId67" Type="http://schemas.openxmlformats.org/officeDocument/2006/relationships/image" Target="media/image46.jpeg"/><Relationship Id="rId20" Type="http://schemas.openxmlformats.org/officeDocument/2006/relationships/image" Target="media/image3.png"/><Relationship Id="rId41" Type="http://schemas.openxmlformats.org/officeDocument/2006/relationships/image" Target="media/image20.jpeg"/><Relationship Id="rId54" Type="http://schemas.openxmlformats.org/officeDocument/2006/relationships/image" Target="media/image33.jpg"/><Relationship Id="rId62" Type="http://schemas.openxmlformats.org/officeDocument/2006/relationships/image" Target="media/image41.jpeg"/><Relationship Id="rId70" Type="http://schemas.openxmlformats.org/officeDocument/2006/relationships/image" Target="media/image49.jp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image" Target="media/image7.jpeg"/><Relationship Id="rId36" Type="http://schemas.openxmlformats.org/officeDocument/2006/relationships/image" Target="media/image15.jpeg"/><Relationship Id="rId49" Type="http://schemas.openxmlformats.org/officeDocument/2006/relationships/image" Target="media/image28.jpeg"/><Relationship Id="rId57" Type="http://schemas.openxmlformats.org/officeDocument/2006/relationships/image" Target="media/image36.png"/><Relationship Id="rId10" Type="http://schemas.openxmlformats.org/officeDocument/2006/relationships/header" Target="header2.xml"/><Relationship Id="rId31" Type="http://schemas.openxmlformats.org/officeDocument/2006/relationships/image" Target="media/image10.jpeg"/><Relationship Id="rId44" Type="http://schemas.openxmlformats.org/officeDocument/2006/relationships/image" Target="media/image23.jpeg"/><Relationship Id="rId52" Type="http://schemas.openxmlformats.org/officeDocument/2006/relationships/image" Target="media/image31.jpeg"/><Relationship Id="rId60" Type="http://schemas.openxmlformats.org/officeDocument/2006/relationships/image" Target="media/image39.jpeg"/><Relationship Id="rId65" Type="http://schemas.openxmlformats.org/officeDocument/2006/relationships/image" Target="media/image44.jpeg"/><Relationship Id="rId73" Type="http://schemas.openxmlformats.org/officeDocument/2006/relationships/header" Target="header1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39" Type="http://schemas.openxmlformats.org/officeDocument/2006/relationships/image" Target="media/image18.jpeg"/><Relationship Id="rId34" Type="http://schemas.openxmlformats.org/officeDocument/2006/relationships/image" Target="media/image13.jpeg"/><Relationship Id="rId50" Type="http://schemas.openxmlformats.org/officeDocument/2006/relationships/image" Target="media/image29.jpeg"/><Relationship Id="rId55" Type="http://schemas.openxmlformats.org/officeDocument/2006/relationships/image" Target="media/image34.jpg"/><Relationship Id="rId7" Type="http://schemas.openxmlformats.org/officeDocument/2006/relationships/endnotes" Target="endnotes.xml"/><Relationship Id="rId71" Type="http://schemas.openxmlformats.org/officeDocument/2006/relationships/header" Target="header12.xm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AA240-62C8-43FB-9D0E-C94EED98D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94</Pages>
  <Words>18010</Words>
  <Characters>102661</Characters>
  <Application>Microsoft Office Word</Application>
  <DocSecurity>0</DocSecurity>
  <Lines>855</Lines>
  <Paragraphs>240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8</cp:revision>
  <cp:lastPrinted>2026-06-14T05:45:00Z</cp:lastPrinted>
  <dcterms:created xsi:type="dcterms:W3CDTF">2026-06-09T09:55:00Z</dcterms:created>
  <dcterms:modified xsi:type="dcterms:W3CDTF">2026-06-14T05:49:00Z</dcterms:modified>
</cp:coreProperties>
</file>